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AD6D31" w14:textId="77777777" w:rsidR="00EB79A5" w:rsidRDefault="00EB79A5" w:rsidP="00A509D0">
      <w:pPr>
        <w:shd w:val="clear" w:color="auto" w:fill="C6D9F1" w:themeFill="text2" w:themeFillTint="33"/>
        <w:spacing w:after="0"/>
      </w:pPr>
    </w:p>
    <w:p w14:paraId="3442DEDF" w14:textId="77777777" w:rsidR="002E6C54" w:rsidRDefault="002E6C54" w:rsidP="00A509D0">
      <w:pPr>
        <w:shd w:val="clear" w:color="auto" w:fill="C6D9F1" w:themeFill="text2" w:themeFillTint="33"/>
        <w:spacing w:after="0"/>
      </w:pPr>
    </w:p>
    <w:p w14:paraId="046CE456" w14:textId="77777777" w:rsidR="002E6C54" w:rsidRDefault="00A509D0" w:rsidP="00A509D0">
      <w:pPr>
        <w:shd w:val="clear" w:color="auto" w:fill="C6D9F1" w:themeFill="text2" w:themeFillTint="33"/>
        <w:spacing w:after="0"/>
      </w:pPr>
      <w:r>
        <w:rPr>
          <w:noProof/>
        </w:rPr>
        <w:t xml:space="preserve">        </w:t>
      </w:r>
      <w:r w:rsidR="002E6C54">
        <w:rPr>
          <w:noProof/>
        </w:rPr>
        <w:drawing>
          <wp:inline distT="0" distB="0" distL="0" distR="0" wp14:anchorId="5BF8FA06" wp14:editId="799C9CE1">
            <wp:extent cx="1238250" cy="1254530"/>
            <wp:effectExtent l="0" t="0" r="0" b="317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198b0b8-c75d-4a3d-a125-dfb87ce97031.jpg"/>
                    <pic:cNvPicPr/>
                  </pic:nvPicPr>
                  <pic:blipFill>
                    <a:blip r:embed="rId8">
                      <a:extLst>
                        <a:ext uri="{28A0092B-C50C-407E-A947-70E740481C1C}">
                          <a14:useLocalDpi xmlns:a14="http://schemas.microsoft.com/office/drawing/2010/main" val="0"/>
                        </a:ext>
                      </a:extLst>
                    </a:blip>
                    <a:stretch>
                      <a:fillRect/>
                    </a:stretch>
                  </pic:blipFill>
                  <pic:spPr>
                    <a:xfrm>
                      <a:off x="0" y="0"/>
                      <a:ext cx="1240451" cy="1256760"/>
                    </a:xfrm>
                    <a:prstGeom prst="rect">
                      <a:avLst/>
                    </a:prstGeom>
                  </pic:spPr>
                </pic:pic>
              </a:graphicData>
            </a:graphic>
          </wp:inline>
        </w:drawing>
      </w:r>
    </w:p>
    <w:p w14:paraId="60806A1E" w14:textId="77777777" w:rsidR="002E6C54" w:rsidRPr="00A509D0" w:rsidRDefault="002E6C54" w:rsidP="00A509D0">
      <w:pPr>
        <w:shd w:val="clear" w:color="auto" w:fill="C6D9F1" w:themeFill="text2" w:themeFillTint="33"/>
        <w:spacing w:after="0"/>
      </w:pPr>
    </w:p>
    <w:p w14:paraId="3973E78D" w14:textId="31ED6D98" w:rsidR="002E6C54" w:rsidRDefault="002E6C54" w:rsidP="00A509D0">
      <w:pPr>
        <w:shd w:val="clear" w:color="auto" w:fill="C6D9F1" w:themeFill="text2" w:themeFillTint="33"/>
        <w:jc w:val="center"/>
        <w:rPr>
          <w:color w:val="1F497D" w:themeColor="text2"/>
          <w:sz w:val="96"/>
          <w:szCs w:val="96"/>
          <w:lang w:val="mk-MK"/>
        </w:rPr>
      </w:pPr>
      <w:r w:rsidRPr="002E6C54">
        <w:rPr>
          <w:color w:val="1F497D" w:themeColor="text2"/>
          <w:sz w:val="96"/>
          <w:szCs w:val="96"/>
          <w:lang w:val="mk-MK"/>
        </w:rPr>
        <w:t>„</w:t>
      </w:r>
      <w:r w:rsidR="00333346" w:rsidRPr="00333346">
        <w:t xml:space="preserve"> </w:t>
      </w:r>
      <w:r w:rsidR="00333346" w:rsidRPr="00333346">
        <w:rPr>
          <w:color w:val="1F497D" w:themeColor="text2"/>
          <w:sz w:val="96"/>
          <w:szCs w:val="96"/>
          <w:lang w:val="mk-MK"/>
        </w:rPr>
        <w:t>Žaiskime dar kartą</w:t>
      </w:r>
      <w:r w:rsidRPr="002E6C54">
        <w:rPr>
          <w:color w:val="1F497D" w:themeColor="text2"/>
          <w:sz w:val="96"/>
          <w:szCs w:val="96"/>
        </w:rPr>
        <w:t xml:space="preserve"> “</w:t>
      </w:r>
    </w:p>
    <w:p w14:paraId="2E86E038" w14:textId="77777777" w:rsidR="00811F4B" w:rsidRPr="00811F4B" w:rsidRDefault="00811F4B" w:rsidP="00A509D0">
      <w:pPr>
        <w:shd w:val="clear" w:color="auto" w:fill="C6D9F1" w:themeFill="text2" w:themeFillTint="33"/>
        <w:jc w:val="center"/>
        <w:rPr>
          <w:color w:val="1F497D" w:themeColor="text2"/>
          <w:sz w:val="40"/>
          <w:szCs w:val="40"/>
          <w:lang w:val="mk-MK"/>
        </w:rPr>
      </w:pPr>
      <w:r w:rsidRPr="00811F4B">
        <w:rPr>
          <w:b/>
          <w:color w:val="1F497D" w:themeColor="text2"/>
          <w:sz w:val="40"/>
          <w:szCs w:val="40"/>
        </w:rPr>
        <w:t>2023-1-PL01-KA220-SCH-000158550</w:t>
      </w:r>
    </w:p>
    <w:p w14:paraId="07548F93" w14:textId="77777777" w:rsidR="00A509D0" w:rsidRDefault="00811F4B" w:rsidP="00A509D0">
      <w:pPr>
        <w:shd w:val="clear" w:color="auto" w:fill="C6D9F1" w:themeFill="text2" w:themeFillTint="33"/>
        <w:jc w:val="center"/>
        <w:rPr>
          <w:color w:val="1F497D" w:themeColor="text2"/>
          <w:sz w:val="40"/>
          <w:szCs w:val="40"/>
        </w:rPr>
      </w:pPr>
      <w:r>
        <w:rPr>
          <w:noProof/>
          <w:color w:val="1F497D" w:themeColor="text2"/>
          <w:sz w:val="96"/>
          <w:szCs w:val="96"/>
        </w:rPr>
        <w:drawing>
          <wp:inline distT="0" distB="0" distL="0" distR="0" wp14:anchorId="083B68BD" wp14:editId="6A2DDE05">
            <wp:extent cx="2127066" cy="2076450"/>
            <wp:effectExtent l="0" t="0" r="6985"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zagrajmy dobre (1).jpg"/>
                    <pic:cNvPicPr/>
                  </pic:nvPicPr>
                  <pic:blipFill>
                    <a:blip r:embed="rId9">
                      <a:extLst>
                        <a:ext uri="{28A0092B-C50C-407E-A947-70E740481C1C}">
                          <a14:useLocalDpi xmlns:a14="http://schemas.microsoft.com/office/drawing/2010/main" val="0"/>
                        </a:ext>
                      </a:extLst>
                    </a:blip>
                    <a:stretch>
                      <a:fillRect/>
                    </a:stretch>
                  </pic:blipFill>
                  <pic:spPr>
                    <a:xfrm>
                      <a:off x="0" y="0"/>
                      <a:ext cx="2127354" cy="2076731"/>
                    </a:xfrm>
                    <a:prstGeom prst="rect">
                      <a:avLst/>
                    </a:prstGeom>
                  </pic:spPr>
                </pic:pic>
              </a:graphicData>
            </a:graphic>
          </wp:inline>
        </w:drawing>
      </w:r>
    </w:p>
    <w:p w14:paraId="5214BBF7" w14:textId="77777777" w:rsidR="00A509D0" w:rsidRPr="00A509D0" w:rsidRDefault="00A509D0" w:rsidP="00A509D0">
      <w:pPr>
        <w:shd w:val="clear" w:color="auto" w:fill="C6D9F1" w:themeFill="text2" w:themeFillTint="33"/>
        <w:jc w:val="center"/>
        <w:rPr>
          <w:color w:val="1F497D" w:themeColor="text2"/>
          <w:sz w:val="40"/>
          <w:szCs w:val="40"/>
        </w:rPr>
      </w:pPr>
    </w:p>
    <w:p w14:paraId="007BCA1A" w14:textId="77777777" w:rsidR="00A509D0" w:rsidRPr="00333346" w:rsidRDefault="00A509D0" w:rsidP="00A509D0">
      <w:pPr>
        <w:shd w:val="clear" w:color="auto" w:fill="C6D9F1" w:themeFill="text2" w:themeFillTint="33"/>
        <w:spacing w:after="0"/>
        <w:rPr>
          <w:noProof/>
          <w:lang w:val="pl-PL"/>
        </w:rPr>
      </w:pPr>
      <w:r w:rsidRPr="00333346">
        <w:rPr>
          <w:noProof/>
          <w:lang w:val="pl-PL"/>
        </w:rPr>
        <w:t xml:space="preserve">              </w:t>
      </w:r>
      <w:r>
        <w:rPr>
          <w:noProof/>
        </w:rPr>
        <w:drawing>
          <wp:inline distT="0" distB="0" distL="0" distR="0" wp14:anchorId="7CAB4AF7" wp14:editId="5267EE2D">
            <wp:extent cx="1562100" cy="973563"/>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wnload pol.png"/>
                    <pic:cNvPicPr/>
                  </pic:nvPicPr>
                  <pic:blipFill>
                    <a:blip r:embed="rId10">
                      <a:extLst>
                        <a:ext uri="{28A0092B-C50C-407E-A947-70E740481C1C}">
                          <a14:useLocalDpi xmlns:a14="http://schemas.microsoft.com/office/drawing/2010/main" val="0"/>
                        </a:ext>
                      </a:extLst>
                    </a:blip>
                    <a:stretch>
                      <a:fillRect/>
                    </a:stretch>
                  </pic:blipFill>
                  <pic:spPr>
                    <a:xfrm>
                      <a:off x="0" y="0"/>
                      <a:ext cx="1565864" cy="975909"/>
                    </a:xfrm>
                    <a:prstGeom prst="rect">
                      <a:avLst/>
                    </a:prstGeom>
                  </pic:spPr>
                </pic:pic>
              </a:graphicData>
            </a:graphic>
          </wp:inline>
        </w:drawing>
      </w:r>
      <w:r w:rsidRPr="00333346">
        <w:rPr>
          <w:noProof/>
          <w:lang w:val="pl-PL"/>
        </w:rPr>
        <w:t xml:space="preserve">           </w:t>
      </w:r>
      <w:r>
        <w:rPr>
          <w:noProof/>
        </w:rPr>
        <w:drawing>
          <wp:inline distT="0" distB="0" distL="0" distR="0" wp14:anchorId="78290558" wp14:editId="58BEE85E">
            <wp:extent cx="1790701" cy="89535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wnload mkd.png"/>
                    <pic:cNvPicPr/>
                  </pic:nvPicPr>
                  <pic:blipFill>
                    <a:blip r:embed="rId11">
                      <a:extLst>
                        <a:ext uri="{28A0092B-C50C-407E-A947-70E740481C1C}">
                          <a14:useLocalDpi xmlns:a14="http://schemas.microsoft.com/office/drawing/2010/main" val="0"/>
                        </a:ext>
                      </a:extLst>
                    </a:blip>
                    <a:stretch>
                      <a:fillRect/>
                    </a:stretch>
                  </pic:blipFill>
                  <pic:spPr>
                    <a:xfrm>
                      <a:off x="0" y="0"/>
                      <a:ext cx="1831883" cy="915941"/>
                    </a:xfrm>
                    <a:prstGeom prst="rect">
                      <a:avLst/>
                    </a:prstGeom>
                  </pic:spPr>
                </pic:pic>
              </a:graphicData>
            </a:graphic>
          </wp:inline>
        </w:drawing>
      </w:r>
      <w:r w:rsidRPr="00333346">
        <w:rPr>
          <w:noProof/>
          <w:lang w:val="pl-PL"/>
        </w:rPr>
        <w:t xml:space="preserve">      </w:t>
      </w:r>
      <w:r>
        <w:rPr>
          <w:noProof/>
        </w:rPr>
        <w:drawing>
          <wp:inline distT="0" distB="0" distL="0" distR="0" wp14:anchorId="2EE55177" wp14:editId="2E730A9D">
            <wp:extent cx="1828800" cy="9144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wnload lith.png"/>
                    <pic:cNvPicPr/>
                  </pic:nvPicPr>
                  <pic:blipFill>
                    <a:blip r:embed="rId12">
                      <a:extLst>
                        <a:ext uri="{28A0092B-C50C-407E-A947-70E740481C1C}">
                          <a14:useLocalDpi xmlns:a14="http://schemas.microsoft.com/office/drawing/2010/main" val="0"/>
                        </a:ext>
                      </a:extLst>
                    </a:blip>
                    <a:stretch>
                      <a:fillRect/>
                    </a:stretch>
                  </pic:blipFill>
                  <pic:spPr>
                    <a:xfrm>
                      <a:off x="0" y="0"/>
                      <a:ext cx="1831680" cy="915840"/>
                    </a:xfrm>
                    <a:prstGeom prst="rect">
                      <a:avLst/>
                    </a:prstGeom>
                  </pic:spPr>
                </pic:pic>
              </a:graphicData>
            </a:graphic>
          </wp:inline>
        </w:drawing>
      </w:r>
    </w:p>
    <w:p w14:paraId="2804F2FB" w14:textId="77777777" w:rsidR="00A509D0" w:rsidRPr="00333346" w:rsidRDefault="00A509D0" w:rsidP="00A509D0">
      <w:pPr>
        <w:shd w:val="clear" w:color="auto" w:fill="C6D9F1" w:themeFill="text2" w:themeFillTint="33"/>
        <w:spacing w:after="0"/>
        <w:rPr>
          <w:noProof/>
          <w:lang w:val="pl-PL"/>
        </w:rPr>
      </w:pPr>
      <w:r w:rsidRPr="00333346">
        <w:rPr>
          <w:noProof/>
          <w:lang w:val="pl-PL"/>
        </w:rPr>
        <w:t xml:space="preserve">       </w:t>
      </w:r>
    </w:p>
    <w:p w14:paraId="60EA4F1D" w14:textId="77777777" w:rsidR="00A509D0" w:rsidRPr="00333346" w:rsidRDefault="00A509D0" w:rsidP="00A509D0">
      <w:pPr>
        <w:shd w:val="clear" w:color="auto" w:fill="C6D9F1" w:themeFill="text2" w:themeFillTint="33"/>
        <w:spacing w:after="0"/>
        <w:rPr>
          <w:noProof/>
          <w:lang w:val="pl-PL"/>
        </w:rPr>
      </w:pPr>
      <w:r w:rsidRPr="00333346">
        <w:rPr>
          <w:noProof/>
          <w:lang w:val="pl-PL"/>
        </w:rPr>
        <w:t xml:space="preserve">                 </w:t>
      </w:r>
      <w:r>
        <w:rPr>
          <w:noProof/>
        </w:rPr>
        <w:drawing>
          <wp:inline distT="0" distB="0" distL="0" distR="0" wp14:anchorId="0E6AEE59" wp14:editId="3746807C">
            <wp:extent cx="1543050" cy="1026830"/>
            <wp:effectExtent l="0" t="0" r="0" b="190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wnload malta.png"/>
                    <pic:cNvPicPr/>
                  </pic:nvPicPr>
                  <pic:blipFill>
                    <a:blip r:embed="rId13">
                      <a:extLst>
                        <a:ext uri="{28A0092B-C50C-407E-A947-70E740481C1C}">
                          <a14:useLocalDpi xmlns:a14="http://schemas.microsoft.com/office/drawing/2010/main" val="0"/>
                        </a:ext>
                      </a:extLst>
                    </a:blip>
                    <a:stretch>
                      <a:fillRect/>
                    </a:stretch>
                  </pic:blipFill>
                  <pic:spPr>
                    <a:xfrm>
                      <a:off x="0" y="0"/>
                      <a:ext cx="1547579" cy="1029844"/>
                    </a:xfrm>
                    <a:prstGeom prst="rect">
                      <a:avLst/>
                    </a:prstGeom>
                  </pic:spPr>
                </pic:pic>
              </a:graphicData>
            </a:graphic>
          </wp:inline>
        </w:drawing>
      </w:r>
      <w:r w:rsidRPr="00333346">
        <w:rPr>
          <w:noProof/>
          <w:lang w:val="pl-PL"/>
        </w:rPr>
        <w:t xml:space="preserve">              </w:t>
      </w:r>
      <w:r>
        <w:rPr>
          <w:noProof/>
        </w:rPr>
        <w:drawing>
          <wp:inline distT="0" distB="0" distL="0" distR="0" wp14:anchorId="26BBD8B6" wp14:editId="0F75726C">
            <wp:extent cx="1581150" cy="1052183"/>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wnload gre.png"/>
                    <pic:cNvPicPr/>
                  </pic:nvPicPr>
                  <pic:blipFill>
                    <a:blip r:embed="rId14">
                      <a:extLst>
                        <a:ext uri="{28A0092B-C50C-407E-A947-70E740481C1C}">
                          <a14:useLocalDpi xmlns:a14="http://schemas.microsoft.com/office/drawing/2010/main" val="0"/>
                        </a:ext>
                      </a:extLst>
                    </a:blip>
                    <a:stretch>
                      <a:fillRect/>
                    </a:stretch>
                  </pic:blipFill>
                  <pic:spPr>
                    <a:xfrm>
                      <a:off x="0" y="0"/>
                      <a:ext cx="1594328" cy="1060953"/>
                    </a:xfrm>
                    <a:prstGeom prst="rect">
                      <a:avLst/>
                    </a:prstGeom>
                  </pic:spPr>
                </pic:pic>
              </a:graphicData>
            </a:graphic>
          </wp:inline>
        </w:drawing>
      </w:r>
      <w:r w:rsidRPr="00333346">
        <w:rPr>
          <w:noProof/>
          <w:lang w:val="pl-PL"/>
        </w:rPr>
        <w:t xml:space="preserve">            </w:t>
      </w:r>
      <w:r>
        <w:rPr>
          <w:noProof/>
        </w:rPr>
        <w:drawing>
          <wp:inline distT="0" distB="0" distL="0" distR="0" wp14:anchorId="27B34478" wp14:editId="23568204">
            <wp:extent cx="1524000" cy="1014153"/>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wnload cyprus.png"/>
                    <pic:cNvPicPr/>
                  </pic:nvPicPr>
                  <pic:blipFill>
                    <a:blip r:embed="rId15">
                      <a:extLst>
                        <a:ext uri="{28A0092B-C50C-407E-A947-70E740481C1C}">
                          <a14:useLocalDpi xmlns:a14="http://schemas.microsoft.com/office/drawing/2010/main" val="0"/>
                        </a:ext>
                      </a:extLst>
                    </a:blip>
                    <a:stretch>
                      <a:fillRect/>
                    </a:stretch>
                  </pic:blipFill>
                  <pic:spPr>
                    <a:xfrm>
                      <a:off x="0" y="0"/>
                      <a:ext cx="1534317" cy="1021019"/>
                    </a:xfrm>
                    <a:prstGeom prst="rect">
                      <a:avLst/>
                    </a:prstGeom>
                  </pic:spPr>
                </pic:pic>
              </a:graphicData>
            </a:graphic>
          </wp:inline>
        </w:drawing>
      </w:r>
    </w:p>
    <w:p w14:paraId="17E9FF44" w14:textId="77777777" w:rsidR="00A509D0" w:rsidRPr="00333346" w:rsidRDefault="00A509D0" w:rsidP="00A509D0">
      <w:pPr>
        <w:shd w:val="clear" w:color="auto" w:fill="C6D9F1" w:themeFill="text2" w:themeFillTint="33"/>
        <w:spacing w:after="0"/>
        <w:rPr>
          <w:noProof/>
          <w:lang w:val="pl-PL"/>
        </w:rPr>
      </w:pPr>
    </w:p>
    <w:p w14:paraId="06F288E8" w14:textId="77777777" w:rsidR="002E6C54" w:rsidRPr="00333346" w:rsidRDefault="002E6C54" w:rsidP="00EB79A5">
      <w:pPr>
        <w:spacing w:after="0"/>
        <w:rPr>
          <w:lang w:val="pl-PL"/>
        </w:rPr>
      </w:pPr>
    </w:p>
    <w:p w14:paraId="217ADE69" w14:textId="77777777" w:rsidR="002E6C54" w:rsidRPr="00333346" w:rsidRDefault="002E6C54" w:rsidP="00EB79A5">
      <w:pPr>
        <w:spacing w:after="0"/>
        <w:rPr>
          <w:lang w:val="pl-PL"/>
        </w:rPr>
      </w:pPr>
    </w:p>
    <w:p w14:paraId="01B3297B" w14:textId="77777777" w:rsidR="002E6C54" w:rsidRPr="00333346" w:rsidRDefault="002E6C54" w:rsidP="00EB79A5">
      <w:pPr>
        <w:spacing w:after="0"/>
        <w:rPr>
          <w:lang w:val="pl-PL"/>
        </w:rPr>
      </w:pPr>
    </w:p>
    <w:p w14:paraId="514B0429" w14:textId="77777777" w:rsidR="002E6C54" w:rsidRPr="00333346" w:rsidRDefault="002E6C54" w:rsidP="00EB79A5">
      <w:pPr>
        <w:spacing w:after="0"/>
        <w:rPr>
          <w:lang w:val="pl-PL"/>
        </w:rPr>
      </w:pPr>
    </w:p>
    <w:p w14:paraId="45EB86BE" w14:textId="77777777" w:rsidR="002E6C54" w:rsidRPr="00333346" w:rsidRDefault="002E6C54" w:rsidP="00EB79A5">
      <w:pPr>
        <w:spacing w:after="0"/>
        <w:rPr>
          <w:lang w:val="pl-PL"/>
        </w:rPr>
      </w:pPr>
    </w:p>
    <w:p w14:paraId="779CFC70" w14:textId="77777777" w:rsidR="002E6C54" w:rsidRPr="00333346" w:rsidRDefault="002E6C54" w:rsidP="00EB79A5">
      <w:pPr>
        <w:spacing w:after="0"/>
        <w:rPr>
          <w:lang w:val="pl-PL"/>
        </w:rPr>
      </w:pPr>
    </w:p>
    <w:p w14:paraId="5C8D5796" w14:textId="77777777" w:rsidR="002E6C54" w:rsidRPr="00333346" w:rsidRDefault="002E6C54" w:rsidP="00EB79A5">
      <w:pPr>
        <w:spacing w:after="0"/>
        <w:rPr>
          <w:lang w:val="pl-PL"/>
        </w:rPr>
      </w:pPr>
    </w:p>
    <w:p w14:paraId="3565FBEC" w14:textId="77777777" w:rsidR="002E6C54" w:rsidRPr="00333346" w:rsidRDefault="002E6C54" w:rsidP="00EB79A5">
      <w:pPr>
        <w:spacing w:after="0"/>
        <w:rPr>
          <w:lang w:val="pl-PL"/>
        </w:rPr>
      </w:pPr>
    </w:p>
    <w:p w14:paraId="247E4BD3" w14:textId="77777777" w:rsidR="002E6C54" w:rsidRPr="00333346" w:rsidRDefault="002E6C54" w:rsidP="00EB79A5">
      <w:pPr>
        <w:spacing w:after="0"/>
        <w:rPr>
          <w:lang w:val="pl-PL"/>
        </w:rPr>
      </w:pPr>
    </w:p>
    <w:p w14:paraId="799F1664" w14:textId="77777777" w:rsidR="00333346" w:rsidRPr="00333346" w:rsidRDefault="00333346" w:rsidP="00333346">
      <w:pPr>
        <w:spacing w:after="0"/>
        <w:rPr>
          <w:lang w:val="pl-PL"/>
        </w:rPr>
      </w:pPr>
      <w:proofErr w:type="spellStart"/>
      <w:r w:rsidRPr="00333346">
        <w:rPr>
          <w:lang w:val="pl-PL"/>
        </w:rPr>
        <w:t>Nuotraukos</w:t>
      </w:r>
      <w:proofErr w:type="spellEnd"/>
      <w:r w:rsidRPr="00333346">
        <w:rPr>
          <w:lang w:val="pl-PL"/>
        </w:rPr>
        <w:t>:</w:t>
      </w:r>
    </w:p>
    <w:p w14:paraId="672AF43C" w14:textId="36F30FA5" w:rsidR="00333346" w:rsidRPr="00333346" w:rsidRDefault="00333346" w:rsidP="00333346">
      <w:pPr>
        <w:spacing w:after="0"/>
        <w:rPr>
          <w:lang w:val="pl-PL"/>
        </w:rPr>
      </w:pPr>
      <w:r w:rsidRPr="00333346">
        <w:rPr>
          <w:lang w:val="pl-PL"/>
        </w:rPr>
        <w:t xml:space="preserve">Zespół Szkół im. gen. Nikodema Sulika, Dąbrowa Białostocka – </w:t>
      </w:r>
      <w:proofErr w:type="spellStart"/>
      <w:r w:rsidRPr="00333346">
        <w:rPr>
          <w:lang w:val="pl-PL"/>
        </w:rPr>
        <w:t>Lenkija</w:t>
      </w:r>
      <w:proofErr w:type="spellEnd"/>
      <w:r w:rsidRPr="00333346">
        <w:rPr>
          <w:lang w:val="pl-PL"/>
        </w:rPr>
        <w:t xml:space="preserve">: Natalia Wnuk, Maja Natalia Sulik, Jarosław Budnik, Edyta Olszewska – </w:t>
      </w:r>
      <w:proofErr w:type="spellStart"/>
      <w:r w:rsidRPr="00333346">
        <w:rPr>
          <w:lang w:val="pl-PL"/>
        </w:rPr>
        <w:t>BudnikJan</w:t>
      </w:r>
      <w:proofErr w:type="spellEnd"/>
      <w:r w:rsidRPr="00333346">
        <w:rPr>
          <w:lang w:val="pl-PL"/>
        </w:rPr>
        <w:t xml:space="preserve"> </w:t>
      </w:r>
      <w:proofErr w:type="spellStart"/>
      <w:r w:rsidRPr="00333346">
        <w:rPr>
          <w:lang w:val="pl-PL"/>
        </w:rPr>
        <w:t>Sniadecki</w:t>
      </w:r>
      <w:proofErr w:type="spellEnd"/>
      <w:r w:rsidRPr="00333346">
        <w:rPr>
          <w:lang w:val="pl-PL"/>
        </w:rPr>
        <w:t xml:space="preserve"> </w:t>
      </w:r>
      <w:proofErr w:type="spellStart"/>
      <w:r w:rsidRPr="00333346">
        <w:rPr>
          <w:lang w:val="pl-PL"/>
        </w:rPr>
        <w:t>gimnazija</w:t>
      </w:r>
      <w:proofErr w:type="spellEnd"/>
      <w:r w:rsidRPr="00333346">
        <w:rPr>
          <w:lang w:val="pl-PL"/>
        </w:rPr>
        <w:t xml:space="preserve">, </w:t>
      </w:r>
      <w:proofErr w:type="spellStart"/>
      <w:r w:rsidRPr="00333346">
        <w:rPr>
          <w:lang w:val="pl-PL"/>
        </w:rPr>
        <w:t>Šalčininkai</w:t>
      </w:r>
      <w:proofErr w:type="spellEnd"/>
      <w:r w:rsidRPr="00333346">
        <w:rPr>
          <w:lang w:val="pl-PL"/>
        </w:rPr>
        <w:t xml:space="preserve"> – </w:t>
      </w:r>
      <w:proofErr w:type="spellStart"/>
      <w:r w:rsidRPr="00333346">
        <w:rPr>
          <w:lang w:val="pl-PL"/>
        </w:rPr>
        <w:t>Lietuva</w:t>
      </w:r>
      <w:proofErr w:type="spellEnd"/>
      <w:r w:rsidRPr="00333346">
        <w:rPr>
          <w:lang w:val="pl-PL"/>
        </w:rPr>
        <w:t xml:space="preserve">: </w:t>
      </w:r>
      <w:proofErr w:type="spellStart"/>
      <w:r w:rsidRPr="00333346">
        <w:rPr>
          <w:lang w:val="pl-PL"/>
        </w:rPr>
        <w:t>Marija</w:t>
      </w:r>
      <w:proofErr w:type="spellEnd"/>
      <w:r>
        <w:rPr>
          <w:lang w:val="pl-PL"/>
        </w:rPr>
        <w:t xml:space="preserve"> </w:t>
      </w:r>
      <w:proofErr w:type="spellStart"/>
      <w:r>
        <w:rPr>
          <w:lang w:val="pl-PL"/>
        </w:rPr>
        <w:t>Jundo</w:t>
      </w:r>
      <w:proofErr w:type="spellEnd"/>
      <w:r w:rsidRPr="00333346">
        <w:rPr>
          <w:lang w:val="pl-PL"/>
        </w:rPr>
        <w:t xml:space="preserve">, </w:t>
      </w:r>
      <w:proofErr w:type="spellStart"/>
      <w:r w:rsidRPr="00333346">
        <w:rPr>
          <w:lang w:val="pl-PL"/>
        </w:rPr>
        <w:t>Ugnė</w:t>
      </w:r>
      <w:proofErr w:type="spellEnd"/>
      <w:r w:rsidRPr="00333346">
        <w:rPr>
          <w:lang w:val="pl-PL"/>
        </w:rPr>
        <w:t xml:space="preserve"> </w:t>
      </w:r>
      <w:proofErr w:type="spellStart"/>
      <w:r w:rsidRPr="00333346">
        <w:rPr>
          <w:lang w:val="pl-PL"/>
        </w:rPr>
        <w:t>Pečkauskaitė</w:t>
      </w:r>
      <w:proofErr w:type="spellEnd"/>
    </w:p>
    <w:p w14:paraId="75E89003" w14:textId="77777777" w:rsidR="00333346" w:rsidRPr="00333346" w:rsidRDefault="00333346" w:rsidP="00333346">
      <w:pPr>
        <w:spacing w:after="0"/>
        <w:rPr>
          <w:lang w:val="pl-PL"/>
        </w:rPr>
      </w:pPr>
      <w:proofErr w:type="spellStart"/>
      <w:r w:rsidRPr="00333346">
        <w:rPr>
          <w:lang w:val="pl-PL"/>
        </w:rPr>
        <w:t>Laniteio</w:t>
      </w:r>
      <w:proofErr w:type="spellEnd"/>
      <w:r w:rsidRPr="00333346">
        <w:rPr>
          <w:lang w:val="pl-PL"/>
        </w:rPr>
        <w:t xml:space="preserve"> </w:t>
      </w:r>
      <w:proofErr w:type="spellStart"/>
      <w:r w:rsidRPr="00333346">
        <w:rPr>
          <w:lang w:val="pl-PL"/>
        </w:rPr>
        <w:t>Lykeio</w:t>
      </w:r>
      <w:proofErr w:type="spellEnd"/>
      <w:r w:rsidRPr="00333346">
        <w:rPr>
          <w:lang w:val="pl-PL"/>
        </w:rPr>
        <w:t xml:space="preserve"> – </w:t>
      </w:r>
      <w:proofErr w:type="spellStart"/>
      <w:r w:rsidRPr="00333346">
        <w:rPr>
          <w:lang w:val="pl-PL"/>
        </w:rPr>
        <w:t>Kipras</w:t>
      </w:r>
      <w:proofErr w:type="spellEnd"/>
      <w:r w:rsidRPr="00333346">
        <w:rPr>
          <w:lang w:val="pl-PL"/>
        </w:rPr>
        <w:t xml:space="preserve">: </w:t>
      </w:r>
      <w:proofErr w:type="spellStart"/>
      <w:r w:rsidRPr="00333346">
        <w:rPr>
          <w:lang w:val="pl-PL"/>
        </w:rPr>
        <w:t>Iakovos</w:t>
      </w:r>
      <w:proofErr w:type="spellEnd"/>
      <w:r w:rsidRPr="00333346">
        <w:rPr>
          <w:lang w:val="pl-PL"/>
        </w:rPr>
        <w:t xml:space="preserve"> </w:t>
      </w:r>
      <w:proofErr w:type="spellStart"/>
      <w:r w:rsidRPr="00333346">
        <w:rPr>
          <w:lang w:val="pl-PL"/>
        </w:rPr>
        <w:t>Pavlou</w:t>
      </w:r>
      <w:proofErr w:type="spellEnd"/>
      <w:r w:rsidRPr="00333346">
        <w:rPr>
          <w:lang w:val="pl-PL"/>
        </w:rPr>
        <w:t xml:space="preserve">, Michalis, </w:t>
      </w:r>
      <w:proofErr w:type="spellStart"/>
      <w:r w:rsidRPr="00333346">
        <w:rPr>
          <w:lang w:val="pl-PL"/>
        </w:rPr>
        <w:t>Zinovios</w:t>
      </w:r>
      <w:proofErr w:type="spellEnd"/>
      <w:r w:rsidRPr="00333346">
        <w:rPr>
          <w:lang w:val="pl-PL"/>
        </w:rPr>
        <w:t xml:space="preserve">, Andreas Alexandrou1-asis </w:t>
      </w:r>
      <w:proofErr w:type="spellStart"/>
      <w:r w:rsidRPr="00333346">
        <w:rPr>
          <w:lang w:val="pl-PL"/>
        </w:rPr>
        <w:t>bendrasis</w:t>
      </w:r>
      <w:proofErr w:type="spellEnd"/>
      <w:r w:rsidRPr="00333346">
        <w:rPr>
          <w:lang w:val="pl-PL"/>
        </w:rPr>
        <w:t xml:space="preserve"> </w:t>
      </w:r>
      <w:proofErr w:type="spellStart"/>
      <w:r w:rsidRPr="00333346">
        <w:rPr>
          <w:lang w:val="pl-PL"/>
        </w:rPr>
        <w:t>licėjus</w:t>
      </w:r>
      <w:proofErr w:type="spellEnd"/>
      <w:r w:rsidRPr="00333346">
        <w:rPr>
          <w:lang w:val="pl-PL"/>
        </w:rPr>
        <w:t xml:space="preserve">, </w:t>
      </w:r>
      <w:proofErr w:type="spellStart"/>
      <w:r w:rsidRPr="00333346">
        <w:rPr>
          <w:lang w:val="pl-PL"/>
        </w:rPr>
        <w:t>Ierapetra</w:t>
      </w:r>
      <w:proofErr w:type="spellEnd"/>
      <w:r w:rsidRPr="00333346">
        <w:rPr>
          <w:lang w:val="pl-PL"/>
        </w:rPr>
        <w:t xml:space="preserve"> – </w:t>
      </w:r>
      <w:proofErr w:type="spellStart"/>
      <w:r w:rsidRPr="00333346">
        <w:rPr>
          <w:lang w:val="pl-PL"/>
        </w:rPr>
        <w:t>Graikija</w:t>
      </w:r>
      <w:proofErr w:type="spellEnd"/>
      <w:r w:rsidRPr="00333346">
        <w:rPr>
          <w:lang w:val="pl-PL"/>
        </w:rPr>
        <w:t xml:space="preserve">: </w:t>
      </w:r>
      <w:proofErr w:type="spellStart"/>
      <w:r w:rsidRPr="00333346">
        <w:rPr>
          <w:lang w:val="pl-PL"/>
        </w:rPr>
        <w:t>Eleni</w:t>
      </w:r>
      <w:proofErr w:type="spellEnd"/>
      <w:r w:rsidRPr="00333346">
        <w:rPr>
          <w:lang w:val="pl-PL"/>
        </w:rPr>
        <w:t xml:space="preserve"> </w:t>
      </w:r>
      <w:proofErr w:type="spellStart"/>
      <w:r w:rsidRPr="00333346">
        <w:rPr>
          <w:lang w:val="pl-PL"/>
        </w:rPr>
        <w:t>Xilouri</w:t>
      </w:r>
      <w:proofErr w:type="spellEnd"/>
    </w:p>
    <w:p w14:paraId="75E9CAB5" w14:textId="77777777" w:rsidR="00333346" w:rsidRPr="00333346" w:rsidRDefault="00333346" w:rsidP="00333346">
      <w:pPr>
        <w:spacing w:after="0"/>
        <w:rPr>
          <w:lang w:val="pl-PL"/>
        </w:rPr>
      </w:pPr>
      <w:r w:rsidRPr="00333346">
        <w:rPr>
          <w:lang w:val="pl-PL"/>
        </w:rPr>
        <w:t xml:space="preserve">Newark </w:t>
      </w:r>
      <w:proofErr w:type="spellStart"/>
      <w:r w:rsidRPr="00333346">
        <w:rPr>
          <w:lang w:val="pl-PL"/>
        </w:rPr>
        <w:t>mokykla</w:t>
      </w:r>
      <w:proofErr w:type="spellEnd"/>
      <w:r w:rsidRPr="00333346">
        <w:rPr>
          <w:lang w:val="pl-PL"/>
        </w:rPr>
        <w:t xml:space="preserve"> – Malta: </w:t>
      </w:r>
      <w:proofErr w:type="spellStart"/>
      <w:r w:rsidRPr="00333346">
        <w:rPr>
          <w:lang w:val="pl-PL"/>
        </w:rPr>
        <w:t>Svetlana</w:t>
      </w:r>
      <w:proofErr w:type="spellEnd"/>
      <w:r w:rsidRPr="00333346">
        <w:rPr>
          <w:lang w:val="pl-PL"/>
        </w:rPr>
        <w:t xml:space="preserve"> Sabo</w:t>
      </w:r>
    </w:p>
    <w:p w14:paraId="1C2FB53F" w14:textId="25127944" w:rsidR="002E6C54" w:rsidRPr="00333346" w:rsidRDefault="00333346" w:rsidP="00333346">
      <w:pPr>
        <w:spacing w:after="0"/>
        <w:rPr>
          <w:lang w:val="pl-PL"/>
        </w:rPr>
      </w:pPr>
      <w:r w:rsidRPr="00333346">
        <w:rPr>
          <w:lang w:val="pl-PL"/>
        </w:rPr>
        <w:t>„</w:t>
      </w:r>
      <w:proofErr w:type="spellStart"/>
      <w:r w:rsidRPr="00333346">
        <w:rPr>
          <w:lang w:val="pl-PL"/>
        </w:rPr>
        <w:t>Koco</w:t>
      </w:r>
      <w:proofErr w:type="spellEnd"/>
      <w:r w:rsidRPr="00333346">
        <w:rPr>
          <w:lang w:val="pl-PL"/>
        </w:rPr>
        <w:t xml:space="preserve"> </w:t>
      </w:r>
      <w:proofErr w:type="spellStart"/>
      <w:proofErr w:type="gramStart"/>
      <w:r w:rsidRPr="00333346">
        <w:rPr>
          <w:lang w:val="pl-PL"/>
        </w:rPr>
        <w:t>Racin</w:t>
      </w:r>
      <w:proofErr w:type="spellEnd"/>
      <w:r w:rsidRPr="00333346">
        <w:rPr>
          <w:lang w:val="pl-PL"/>
        </w:rPr>
        <w:t xml:space="preserve">“ </w:t>
      </w:r>
      <w:proofErr w:type="spellStart"/>
      <w:r w:rsidRPr="00333346">
        <w:rPr>
          <w:lang w:val="pl-PL"/>
        </w:rPr>
        <w:t>savivaldybės</w:t>
      </w:r>
      <w:proofErr w:type="spellEnd"/>
      <w:proofErr w:type="gramEnd"/>
      <w:r w:rsidRPr="00333346">
        <w:rPr>
          <w:lang w:val="pl-PL"/>
        </w:rPr>
        <w:t xml:space="preserve"> </w:t>
      </w:r>
      <w:proofErr w:type="spellStart"/>
      <w:r w:rsidRPr="00333346">
        <w:rPr>
          <w:lang w:val="pl-PL"/>
        </w:rPr>
        <w:t>pradinė</w:t>
      </w:r>
      <w:proofErr w:type="spellEnd"/>
      <w:r w:rsidRPr="00333346">
        <w:rPr>
          <w:lang w:val="pl-PL"/>
        </w:rPr>
        <w:t xml:space="preserve"> </w:t>
      </w:r>
      <w:proofErr w:type="spellStart"/>
      <w:r w:rsidRPr="00333346">
        <w:rPr>
          <w:lang w:val="pl-PL"/>
        </w:rPr>
        <w:t>mokykla</w:t>
      </w:r>
      <w:proofErr w:type="spellEnd"/>
      <w:r w:rsidRPr="00333346">
        <w:rPr>
          <w:lang w:val="pl-PL"/>
        </w:rPr>
        <w:t xml:space="preserve"> – </w:t>
      </w:r>
      <w:proofErr w:type="spellStart"/>
      <w:r w:rsidRPr="00333346">
        <w:rPr>
          <w:lang w:val="pl-PL"/>
        </w:rPr>
        <w:t>Kratovo</w:t>
      </w:r>
      <w:proofErr w:type="spellEnd"/>
      <w:r w:rsidRPr="00333346">
        <w:rPr>
          <w:lang w:val="pl-PL"/>
        </w:rPr>
        <w:t xml:space="preserve"> – </w:t>
      </w:r>
      <w:proofErr w:type="spellStart"/>
      <w:r w:rsidRPr="00333346">
        <w:rPr>
          <w:lang w:val="pl-PL"/>
        </w:rPr>
        <w:t>Šiaurės</w:t>
      </w:r>
      <w:proofErr w:type="spellEnd"/>
      <w:r w:rsidRPr="00333346">
        <w:rPr>
          <w:lang w:val="pl-PL"/>
        </w:rPr>
        <w:t xml:space="preserve"> </w:t>
      </w:r>
      <w:proofErr w:type="spellStart"/>
      <w:r w:rsidRPr="00333346">
        <w:rPr>
          <w:lang w:val="pl-PL"/>
        </w:rPr>
        <w:t>Makedonija</w:t>
      </w:r>
      <w:proofErr w:type="spellEnd"/>
      <w:r w:rsidRPr="00333346">
        <w:rPr>
          <w:lang w:val="pl-PL"/>
        </w:rPr>
        <w:t xml:space="preserve">: </w:t>
      </w:r>
      <w:proofErr w:type="spellStart"/>
      <w:r w:rsidRPr="00333346">
        <w:rPr>
          <w:lang w:val="pl-PL"/>
        </w:rPr>
        <w:t>Kristina</w:t>
      </w:r>
      <w:proofErr w:type="spellEnd"/>
      <w:r w:rsidRPr="00333346">
        <w:rPr>
          <w:lang w:val="pl-PL"/>
        </w:rPr>
        <w:t xml:space="preserve"> </w:t>
      </w:r>
      <w:proofErr w:type="spellStart"/>
      <w:r w:rsidRPr="00333346">
        <w:rPr>
          <w:lang w:val="pl-PL"/>
        </w:rPr>
        <w:t>Tsontkinska</w:t>
      </w:r>
      <w:proofErr w:type="spellEnd"/>
      <w:r w:rsidRPr="00333346">
        <w:rPr>
          <w:lang w:val="pl-PL"/>
        </w:rPr>
        <w:t xml:space="preserve">, Daniel </w:t>
      </w:r>
      <w:proofErr w:type="spellStart"/>
      <w:r w:rsidRPr="00333346">
        <w:rPr>
          <w:lang w:val="pl-PL"/>
        </w:rPr>
        <w:t>Todorovski</w:t>
      </w:r>
      <w:proofErr w:type="spellEnd"/>
    </w:p>
    <w:p w14:paraId="6D48F253" w14:textId="77777777" w:rsidR="002E6C54" w:rsidRPr="00333346" w:rsidRDefault="002E6C54" w:rsidP="00EB79A5">
      <w:pPr>
        <w:spacing w:after="0"/>
        <w:rPr>
          <w:lang w:val="pl-PL"/>
        </w:rPr>
      </w:pPr>
    </w:p>
    <w:p w14:paraId="22853C16" w14:textId="77777777" w:rsidR="002E6C54" w:rsidRPr="00811F4B" w:rsidRDefault="002E6C54" w:rsidP="00EB79A5">
      <w:pPr>
        <w:spacing w:after="0"/>
        <w:rPr>
          <w:lang w:val="mk-MK"/>
        </w:rPr>
      </w:pPr>
    </w:p>
    <w:p w14:paraId="536B0670" w14:textId="77777777" w:rsidR="00EB79A5" w:rsidRPr="00A72FC9" w:rsidRDefault="00EB79A5" w:rsidP="00EB79A5">
      <w:pPr>
        <w:spacing w:after="0"/>
        <w:rPr>
          <w:lang w:val="mk-MK"/>
        </w:rPr>
      </w:pPr>
    </w:p>
    <w:p w14:paraId="55D42ED2" w14:textId="77777777" w:rsidR="00EB79A5" w:rsidRPr="00333346" w:rsidRDefault="00EB79A5" w:rsidP="00EB79A5">
      <w:pPr>
        <w:pStyle w:val="Antrat1"/>
        <w:spacing w:before="0"/>
        <w:rPr>
          <w:lang w:val="mk-MK"/>
        </w:rPr>
      </w:pPr>
    </w:p>
    <w:p w14:paraId="4815092D" w14:textId="77777777" w:rsidR="00EB79A5" w:rsidRPr="00333346" w:rsidRDefault="00EB79A5" w:rsidP="00EB79A5">
      <w:pPr>
        <w:pStyle w:val="Antrat1"/>
        <w:spacing w:before="0"/>
        <w:rPr>
          <w:lang w:val="mk-MK"/>
        </w:rPr>
      </w:pPr>
    </w:p>
    <w:p w14:paraId="6A0DE9D9" w14:textId="77777777" w:rsidR="00EB79A5" w:rsidRPr="00333346" w:rsidRDefault="00EB79A5" w:rsidP="00EB79A5">
      <w:pPr>
        <w:rPr>
          <w:lang w:val="mk-MK"/>
        </w:rPr>
      </w:pPr>
    </w:p>
    <w:p w14:paraId="32D11641" w14:textId="77777777" w:rsidR="00EB79A5" w:rsidRPr="00333346" w:rsidRDefault="00EB79A5" w:rsidP="00EB79A5">
      <w:pPr>
        <w:rPr>
          <w:lang w:val="mk-MK"/>
        </w:rPr>
      </w:pPr>
    </w:p>
    <w:p w14:paraId="1A4F8F16" w14:textId="77777777" w:rsidR="00EB79A5" w:rsidRPr="00333346" w:rsidRDefault="00EB79A5" w:rsidP="00EB79A5">
      <w:pPr>
        <w:rPr>
          <w:lang w:val="mk-MK"/>
        </w:rPr>
      </w:pPr>
    </w:p>
    <w:p w14:paraId="7930FFCD" w14:textId="77777777" w:rsidR="00EB79A5" w:rsidRPr="00333346" w:rsidRDefault="00EB79A5" w:rsidP="00EB79A5">
      <w:pPr>
        <w:rPr>
          <w:lang w:val="mk-MK"/>
        </w:rPr>
      </w:pPr>
    </w:p>
    <w:p w14:paraId="67D2603E" w14:textId="77777777" w:rsidR="00EB79A5" w:rsidRDefault="00EB79A5" w:rsidP="00EB79A5">
      <w:pPr>
        <w:rPr>
          <w:lang w:val="mk-MK"/>
        </w:rPr>
      </w:pPr>
    </w:p>
    <w:p w14:paraId="0CC325A2" w14:textId="77777777" w:rsidR="00811F4B" w:rsidRDefault="00811F4B" w:rsidP="00EB79A5">
      <w:pPr>
        <w:rPr>
          <w:lang w:val="mk-MK"/>
        </w:rPr>
      </w:pPr>
    </w:p>
    <w:p w14:paraId="35877C0A" w14:textId="77777777" w:rsidR="00811F4B" w:rsidRDefault="00811F4B" w:rsidP="00EB79A5">
      <w:pPr>
        <w:rPr>
          <w:lang w:val="mk-MK"/>
        </w:rPr>
      </w:pPr>
    </w:p>
    <w:p w14:paraId="29AE4A59" w14:textId="77777777" w:rsidR="00811F4B" w:rsidRDefault="00811F4B" w:rsidP="00EB79A5">
      <w:pPr>
        <w:rPr>
          <w:lang w:val="mk-MK"/>
        </w:rPr>
      </w:pPr>
    </w:p>
    <w:p w14:paraId="1E671372" w14:textId="77777777" w:rsidR="00811F4B" w:rsidRDefault="00811F4B" w:rsidP="00EB79A5">
      <w:pPr>
        <w:rPr>
          <w:lang w:val="mk-MK"/>
        </w:rPr>
      </w:pPr>
    </w:p>
    <w:p w14:paraId="7361D174" w14:textId="77777777" w:rsidR="00811F4B" w:rsidRPr="00333346" w:rsidRDefault="00811F4B" w:rsidP="00EB79A5">
      <w:pPr>
        <w:rPr>
          <w:lang w:val="mk-MK"/>
        </w:rPr>
      </w:pPr>
    </w:p>
    <w:p w14:paraId="0AAD5591" w14:textId="77777777" w:rsidR="00811F4B" w:rsidRPr="00811F4B" w:rsidRDefault="00811F4B" w:rsidP="00EB79A5">
      <w:pPr>
        <w:rPr>
          <w:lang w:val="mk-MK"/>
        </w:rPr>
      </w:pPr>
    </w:p>
    <w:p w14:paraId="0AB66B7E" w14:textId="77777777" w:rsidR="00EB79A5" w:rsidRPr="00EB79A5" w:rsidRDefault="00EB79A5" w:rsidP="00EB79A5">
      <w:pPr>
        <w:spacing w:after="0"/>
        <w:jc w:val="center"/>
        <w:rPr>
          <w:color w:val="1F497D" w:themeColor="text2"/>
          <w:lang w:val="mk-MK"/>
        </w:rPr>
      </w:pPr>
    </w:p>
    <w:p w14:paraId="13467873" w14:textId="77777777" w:rsidR="00EB79A5" w:rsidRPr="00EB79A5" w:rsidRDefault="00EB79A5" w:rsidP="00EB79A5">
      <w:pPr>
        <w:spacing w:after="0"/>
        <w:jc w:val="center"/>
        <w:rPr>
          <w:color w:val="1F497D" w:themeColor="text2"/>
          <w:lang w:val="mk-MK"/>
        </w:rPr>
      </w:pPr>
    </w:p>
    <w:p w14:paraId="118785AF" w14:textId="77777777" w:rsidR="00EB79A5" w:rsidRPr="00EB79A5" w:rsidRDefault="00EB79A5" w:rsidP="00A4511F">
      <w:pPr>
        <w:jc w:val="center"/>
        <w:rPr>
          <w:color w:val="1F497D" w:themeColor="text2"/>
          <w:sz w:val="18"/>
          <w:szCs w:val="18"/>
          <w:lang w:val="mk-MK"/>
        </w:rPr>
      </w:pPr>
    </w:p>
    <w:p w14:paraId="17203D01" w14:textId="77777777" w:rsidR="00EB79A5" w:rsidRPr="00EB79A5" w:rsidRDefault="00EB79A5" w:rsidP="00A4511F">
      <w:pPr>
        <w:jc w:val="center"/>
        <w:rPr>
          <w:color w:val="1F497D" w:themeColor="text2"/>
          <w:sz w:val="18"/>
          <w:szCs w:val="18"/>
          <w:lang w:val="mk-MK"/>
        </w:rPr>
      </w:pPr>
    </w:p>
    <w:p w14:paraId="4AD10C34" w14:textId="76C08041" w:rsidR="00A977FD" w:rsidRDefault="00A977FD" w:rsidP="00EB79A5">
      <w:pPr>
        <w:rPr>
          <w:color w:val="1F497D" w:themeColor="text2"/>
          <w:sz w:val="32"/>
          <w:szCs w:val="32"/>
          <w:lang w:val="mk-MK"/>
        </w:rPr>
      </w:pPr>
    </w:p>
    <w:sdt>
      <w:sdtPr>
        <w:rPr>
          <w:rFonts w:asciiTheme="minorHAnsi" w:eastAsiaTheme="minorEastAsia" w:hAnsiTheme="minorHAnsi" w:cstheme="minorBidi"/>
          <w:b w:val="0"/>
          <w:bCs w:val="0"/>
          <w:color w:val="auto"/>
          <w:sz w:val="22"/>
          <w:szCs w:val="22"/>
        </w:rPr>
        <w:id w:val="-922253129"/>
        <w:docPartObj>
          <w:docPartGallery w:val="Table of Contents"/>
          <w:docPartUnique/>
        </w:docPartObj>
      </w:sdtPr>
      <w:sdtEndPr/>
      <w:sdtContent>
        <w:p w14:paraId="73BCEDE0" w14:textId="77777777" w:rsidR="00A977FD" w:rsidRDefault="00A977FD" w:rsidP="00A977FD">
          <w:pPr>
            <w:pStyle w:val="Turinioantrat"/>
            <w:rPr>
              <w:lang w:val="mk-MK"/>
            </w:rPr>
          </w:pPr>
          <w:r>
            <w:rPr>
              <w:lang w:val="mk-MK"/>
            </w:rPr>
            <w:t>Turinys</w:t>
          </w:r>
        </w:p>
        <w:p w14:paraId="31FEA3AF" w14:textId="77777777" w:rsidR="00A977FD" w:rsidRPr="00E3341D" w:rsidRDefault="00A977FD" w:rsidP="00A977FD">
          <w:pPr>
            <w:rPr>
              <w:lang w:val="mk-MK"/>
            </w:rPr>
          </w:pPr>
        </w:p>
        <w:p w14:paraId="10DA4D6A" w14:textId="77777777" w:rsidR="00A977FD" w:rsidRPr="008C64C0" w:rsidRDefault="00A977FD" w:rsidP="00A977FD">
          <w:pPr>
            <w:pStyle w:val="Turinys1"/>
            <w:numPr>
              <w:ilvl w:val="0"/>
              <w:numId w:val="13"/>
            </w:numPr>
            <w:rPr>
              <w:b/>
              <w:bCs/>
              <w:lang w:val="mk-MK"/>
            </w:rPr>
          </w:pPr>
          <w:r w:rsidRPr="00BB18D9">
            <w:rPr>
              <w:lang w:val="mk-MK"/>
            </w:rPr>
            <w:t xml:space="preserve">Informacija apie projektą „Žaiskime </w:t>
          </w:r>
          <w:r>
            <w:rPr>
              <w:lang w:val="mk-MK"/>
            </w:rPr>
            <w:t xml:space="preserve">dar </w:t>
          </w:r>
          <w:r w:rsidRPr="00BB18D9">
            <w:rPr>
              <w:lang w:val="mk-MK"/>
            </w:rPr>
            <w:t>kartą“ (Jaroslavas Budnikas</w:t>
          </w:r>
          <w:r>
            <w:rPr>
              <w:lang w:val="mk-MK"/>
            </w:rPr>
            <w:t>)</w:t>
          </w:r>
          <w:r>
            <w:ptab w:relativeTo="margin" w:alignment="right" w:leader="dot"/>
          </w:r>
          <w:r>
            <w:rPr>
              <w:b/>
              <w:bCs/>
              <w:lang w:val="mk-MK"/>
            </w:rPr>
            <w:t>4</w:t>
          </w:r>
        </w:p>
        <w:p w14:paraId="21D89102" w14:textId="77777777" w:rsidR="00A977FD" w:rsidRPr="008C64C0" w:rsidRDefault="00A977FD" w:rsidP="00A977FD">
          <w:pPr>
            <w:pStyle w:val="Turinys1"/>
            <w:numPr>
              <w:ilvl w:val="0"/>
              <w:numId w:val="13"/>
            </w:numPr>
          </w:pPr>
          <w:proofErr w:type="spellStart"/>
          <w:r w:rsidRPr="00EB79A5">
            <w:t>Informacija</w:t>
          </w:r>
          <w:proofErr w:type="spellEnd"/>
          <w:r w:rsidRPr="00EB79A5">
            <w:t xml:space="preserve"> </w:t>
          </w:r>
          <w:proofErr w:type="spellStart"/>
          <w:r w:rsidRPr="00EB79A5">
            <w:t>mokykloms</w:t>
          </w:r>
          <w:proofErr w:type="spellEnd"/>
          <w:r>
            <w:ptab w:relativeTo="margin" w:alignment="right" w:leader="dot"/>
          </w:r>
          <w:r>
            <w:rPr>
              <w:b/>
              <w:bCs/>
              <w:lang w:val="mk-MK"/>
            </w:rPr>
            <w:t>9</w:t>
          </w:r>
        </w:p>
        <w:p w14:paraId="0C3FC7BB" w14:textId="77777777" w:rsidR="00A977FD" w:rsidRPr="00461051" w:rsidRDefault="00A977FD" w:rsidP="00A977FD">
          <w:pPr>
            <w:pStyle w:val="Turinys2"/>
            <w:ind w:left="216"/>
            <w:rPr>
              <w:lang w:val="mk-MK"/>
            </w:rPr>
          </w:pPr>
          <w:r>
            <w:rPr>
              <w:lang w:val="mk-MK"/>
            </w:rPr>
            <w:t xml:space="preserve"> </w:t>
          </w:r>
          <w:r>
            <w:rPr>
              <w:lang w:val="mk-MK"/>
            </w:rPr>
            <w:tab/>
          </w:r>
          <w:r w:rsidRPr="00A977FD">
            <w:rPr>
              <w:lang w:val="pl-PL"/>
            </w:rPr>
            <w:t xml:space="preserve">2.1. „Nikodem </w:t>
          </w:r>
          <w:proofErr w:type="spellStart"/>
          <w:proofErr w:type="gramStart"/>
          <w:r w:rsidRPr="00A977FD">
            <w:rPr>
              <w:lang w:val="pl-PL"/>
            </w:rPr>
            <w:t>Sulić</w:t>
          </w:r>
          <w:proofErr w:type="spellEnd"/>
          <w:r w:rsidRPr="00A977FD">
            <w:rPr>
              <w:lang w:val="pl-PL"/>
            </w:rPr>
            <w:t xml:space="preserve">“ </w:t>
          </w:r>
          <w:r>
            <w:rPr>
              <w:lang w:val="mk-MK"/>
            </w:rPr>
            <w:t>vidurinės</w:t>
          </w:r>
          <w:proofErr w:type="gramEnd"/>
          <w:r>
            <w:rPr>
              <w:lang w:val="mk-MK"/>
            </w:rPr>
            <w:t xml:space="preserve"> mokyklos </w:t>
          </w:r>
          <w:proofErr w:type="spellStart"/>
          <w:r w:rsidRPr="00A977FD">
            <w:rPr>
              <w:lang w:val="pl-PL"/>
            </w:rPr>
            <w:t>kompleksas</w:t>
          </w:r>
          <w:proofErr w:type="spellEnd"/>
          <w:r w:rsidRPr="00A977FD">
            <w:rPr>
              <w:lang w:val="pl-PL"/>
            </w:rPr>
            <w:t xml:space="preserve">, </w:t>
          </w:r>
          <w:proofErr w:type="spellStart"/>
          <w:r w:rsidRPr="00A977FD">
            <w:rPr>
              <w:lang w:val="pl-PL"/>
            </w:rPr>
            <w:t>Lenkija</w:t>
          </w:r>
          <w:proofErr w:type="spellEnd"/>
          <w:r w:rsidRPr="00A977FD">
            <w:rPr>
              <w:lang w:val="pl-PL"/>
            </w:rPr>
            <w:t xml:space="preserve"> (Edyta Olszewska-Budnik)</w:t>
          </w:r>
          <w:r>
            <w:ptab w:relativeTo="margin" w:alignment="right" w:leader="dot"/>
          </w:r>
          <w:r>
            <w:rPr>
              <w:lang w:val="mk-MK"/>
            </w:rPr>
            <w:t>10</w:t>
          </w:r>
        </w:p>
        <w:p w14:paraId="05DE07C9" w14:textId="77777777" w:rsidR="00A977FD" w:rsidRDefault="00A977FD" w:rsidP="00A977FD">
          <w:pPr>
            <w:pStyle w:val="Turinys2"/>
            <w:ind w:left="216"/>
            <w:rPr>
              <w:lang w:val="mk-MK"/>
            </w:rPr>
          </w:pPr>
          <w:r>
            <w:rPr>
              <w:lang w:val="mk-MK"/>
            </w:rPr>
            <w:t xml:space="preserve">          </w:t>
          </w:r>
          <w:r w:rsidRPr="00BB18D9">
            <w:rPr>
              <w:lang w:val="mk-MK"/>
            </w:rPr>
            <w:t>2.</w:t>
          </w:r>
          <w:r>
            <w:rPr>
              <w:lang w:val="mk-MK"/>
            </w:rPr>
            <w:t>2</w:t>
          </w:r>
          <w:r w:rsidRPr="00BB18D9">
            <w:rPr>
              <w:lang w:val="mk-MK"/>
            </w:rPr>
            <w:t xml:space="preserve">. Koco Racin savivaldybės pradinė mokykla, Šiaurės Makedonija (Kristina Tzontkinska) </w:t>
          </w:r>
          <w:r>
            <w:ptab w:relativeTo="margin" w:alignment="right" w:leader="dot"/>
          </w:r>
          <w:r w:rsidRPr="00BB18D9">
            <w:rPr>
              <w:lang w:val="mk-MK"/>
            </w:rPr>
            <w:t>12</w:t>
          </w:r>
        </w:p>
        <w:p w14:paraId="31DD5BFF" w14:textId="77777777" w:rsidR="00A977FD" w:rsidRPr="00DC2EB3" w:rsidRDefault="00A977FD" w:rsidP="00A977FD">
          <w:pPr>
            <w:pStyle w:val="Turinys2"/>
            <w:ind w:left="216" w:firstLine="504"/>
            <w:rPr>
              <w:lang w:val="mk-MK"/>
            </w:rPr>
          </w:pPr>
          <w:r w:rsidRPr="00BB18D9">
            <w:rPr>
              <w:lang w:val="mk-MK"/>
            </w:rPr>
            <w:t>2.</w:t>
          </w:r>
          <w:r>
            <w:rPr>
              <w:lang w:val="mk-MK"/>
            </w:rPr>
            <w:t>3</w:t>
          </w:r>
          <w:r w:rsidRPr="00BB18D9">
            <w:rPr>
              <w:lang w:val="mk-MK"/>
            </w:rPr>
            <w:t xml:space="preserve">. Newark mokykla, Malta (Corinne Galea, Svetlana Sabo) </w:t>
          </w:r>
          <w:r>
            <w:ptab w:relativeTo="margin" w:alignment="right" w:leader="dot"/>
          </w:r>
          <w:r>
            <w:rPr>
              <w:lang w:val="mk-MK"/>
            </w:rPr>
            <w:t>14</w:t>
          </w:r>
        </w:p>
        <w:p w14:paraId="141F2566" w14:textId="3C6C09DF" w:rsidR="00A977FD" w:rsidRPr="00DC2EB3" w:rsidRDefault="00A977FD" w:rsidP="00A977FD">
          <w:pPr>
            <w:pStyle w:val="Turinys2"/>
            <w:ind w:left="720"/>
            <w:rPr>
              <w:lang w:val="mk-MK"/>
            </w:rPr>
          </w:pPr>
          <w:r w:rsidRPr="00BB18D9">
            <w:rPr>
              <w:lang w:val="mk-MK"/>
            </w:rPr>
            <w:t>2.</w:t>
          </w:r>
          <w:r>
            <w:rPr>
              <w:lang w:val="mk-MK"/>
            </w:rPr>
            <w:t>4</w:t>
          </w:r>
          <w:r w:rsidRPr="00BB18D9">
            <w:rPr>
              <w:lang w:val="mk-MK"/>
            </w:rPr>
            <w:t>. Ja</w:t>
          </w:r>
          <w:proofErr w:type="spellStart"/>
          <w:r w:rsidR="00F9121C">
            <w:rPr>
              <w:lang w:val="lt-LT"/>
            </w:rPr>
            <w:t>no</w:t>
          </w:r>
          <w:proofErr w:type="spellEnd"/>
          <w:r w:rsidR="00F9121C">
            <w:rPr>
              <w:lang w:val="lt-LT"/>
            </w:rPr>
            <w:t xml:space="preserve"> Sniadeckio</w:t>
          </w:r>
          <w:r w:rsidRPr="00BB18D9">
            <w:rPr>
              <w:lang w:val="mk-MK"/>
            </w:rPr>
            <w:t xml:space="preserve"> gimnazija, </w:t>
          </w:r>
          <w:r>
            <w:rPr>
              <w:lang w:val="mk-MK"/>
            </w:rPr>
            <w:t>Šalčininkai</w:t>
          </w:r>
          <w:r w:rsidRPr="00BB18D9">
            <w:rPr>
              <w:lang w:val="mk-MK"/>
            </w:rPr>
            <w:t>, Lietuva (Bo</w:t>
          </w:r>
          <w:proofErr w:type="spellStart"/>
          <w:r w:rsidR="00F9121C">
            <w:rPr>
              <w:lang w:val="lt-LT"/>
            </w:rPr>
            <w:t>ze</w:t>
          </w:r>
          <w:proofErr w:type="spellEnd"/>
          <w:r w:rsidRPr="00BB18D9">
            <w:rPr>
              <w:lang w:val="mk-MK"/>
            </w:rPr>
            <w:t>na Daniele, Jelena Janovič, Liudmila Kukliėnė)</w:t>
          </w:r>
          <w:r>
            <w:ptab w:relativeTo="margin" w:alignment="right" w:leader="dot"/>
          </w:r>
          <w:r>
            <w:rPr>
              <w:lang w:val="mk-MK"/>
            </w:rPr>
            <w:t>16</w:t>
          </w:r>
        </w:p>
        <w:p w14:paraId="09EA72C7" w14:textId="77777777" w:rsidR="00A977FD" w:rsidRPr="00DC2EB3" w:rsidRDefault="00A977FD" w:rsidP="00A977FD">
          <w:pPr>
            <w:pStyle w:val="Turinys2"/>
            <w:ind w:left="216" w:firstLine="504"/>
            <w:rPr>
              <w:lang w:val="mk-MK"/>
            </w:rPr>
          </w:pPr>
          <w:r w:rsidRPr="00BB18D9">
            <w:rPr>
              <w:lang w:val="mk-MK"/>
            </w:rPr>
            <w:t>2.</w:t>
          </w:r>
          <w:r>
            <w:rPr>
              <w:lang w:val="mk-MK"/>
            </w:rPr>
            <w:t>5</w:t>
          </w:r>
          <w:r w:rsidRPr="00BB18D9">
            <w:rPr>
              <w:lang w:val="mk-MK"/>
            </w:rPr>
            <w:t xml:space="preserve">. Pirmoji bendroji vidurinė mokykla Ierapetra, Graikija (Eleni Xilouri) </w:t>
          </w:r>
          <w:r>
            <w:ptab w:relativeTo="margin" w:alignment="right" w:leader="dot"/>
          </w:r>
          <w:r>
            <w:rPr>
              <w:lang w:val="mk-MK"/>
            </w:rPr>
            <w:t>18</w:t>
          </w:r>
        </w:p>
        <w:p w14:paraId="02420308" w14:textId="77777777" w:rsidR="00A977FD" w:rsidRPr="00DC2EB3" w:rsidRDefault="00A977FD" w:rsidP="00A977FD">
          <w:pPr>
            <w:pStyle w:val="Turinys2"/>
            <w:ind w:left="216" w:firstLine="504"/>
            <w:rPr>
              <w:lang w:val="mk-MK"/>
            </w:rPr>
          </w:pPr>
          <w:r w:rsidRPr="00BB18D9">
            <w:rPr>
              <w:lang w:val="mk-MK"/>
            </w:rPr>
            <w:t>2.</w:t>
          </w:r>
          <w:r>
            <w:rPr>
              <w:lang w:val="mk-MK"/>
            </w:rPr>
            <w:t>6</w:t>
          </w:r>
          <w:r w:rsidRPr="00BB18D9">
            <w:rPr>
              <w:lang w:val="mk-MK"/>
            </w:rPr>
            <w:t xml:space="preserve">. </w:t>
          </w:r>
          <w:r>
            <w:rPr>
              <w:lang w:val="mk-MK"/>
            </w:rPr>
            <w:t>Lanitheo vidurinė mokykla</w:t>
          </w:r>
          <w:r w:rsidRPr="00BB18D9">
            <w:rPr>
              <w:lang w:val="mk-MK"/>
            </w:rPr>
            <w:t>, Limassolis, Kipras (Panagiota Nikolaidou</w:t>
          </w:r>
          <w:r>
            <w:rPr>
              <w:lang w:val="mk-MK"/>
            </w:rPr>
            <w:t>)</w:t>
          </w:r>
          <w:r w:rsidRPr="00BB18D9">
            <w:rPr>
              <w:lang w:val="mk-MK"/>
            </w:rPr>
            <w:t xml:space="preserve"> </w:t>
          </w:r>
          <w:r>
            <w:ptab w:relativeTo="margin" w:alignment="right" w:leader="dot"/>
          </w:r>
          <w:r>
            <w:rPr>
              <w:lang w:val="mk-MK"/>
            </w:rPr>
            <w:t>19</w:t>
          </w:r>
        </w:p>
        <w:p w14:paraId="397AE901" w14:textId="77777777" w:rsidR="00A977FD" w:rsidRPr="00DC2EB3" w:rsidRDefault="00A977FD" w:rsidP="00A977FD">
          <w:pPr>
            <w:pStyle w:val="Turinys1"/>
            <w:ind w:firstLine="216"/>
            <w:rPr>
              <w:lang w:val="mk-MK"/>
            </w:rPr>
          </w:pPr>
          <w:r>
            <w:rPr>
              <w:lang w:val="mk-MK"/>
            </w:rPr>
            <w:t xml:space="preserve">3.      </w:t>
          </w:r>
          <w:r w:rsidRPr="00BB18D9">
            <w:rPr>
              <w:lang w:val="mk-MK"/>
            </w:rPr>
            <w:t>Tradiciniai žaidimai</w:t>
          </w:r>
          <w:r>
            <w:ptab w:relativeTo="margin" w:alignment="right" w:leader="dot"/>
          </w:r>
          <w:r>
            <w:rPr>
              <w:b/>
              <w:bCs/>
              <w:lang w:val="mk-MK"/>
            </w:rPr>
            <w:t>21</w:t>
          </w:r>
        </w:p>
        <w:p w14:paraId="3B498D74" w14:textId="77777777" w:rsidR="00A977FD" w:rsidRPr="00DC2EB3" w:rsidRDefault="00A977FD" w:rsidP="00A977FD">
          <w:pPr>
            <w:pStyle w:val="Turinys2"/>
            <w:ind w:left="720"/>
            <w:rPr>
              <w:lang w:val="mk-MK"/>
            </w:rPr>
          </w:pPr>
          <w:r>
            <w:rPr>
              <w:lang w:val="mk-MK"/>
            </w:rPr>
            <w:t xml:space="preserve">3.1 </w:t>
          </w:r>
          <w:r w:rsidRPr="00BB18D9">
            <w:rPr>
              <w:lang w:val="mk-MK"/>
            </w:rPr>
            <w:t>Tradiciniai lauko žaidimai (Elzbieta Kondracka, Zuzanna Piegiel, Sylwia Hmielewska, Natalia Orpik)</w:t>
          </w:r>
          <w:r>
            <w:ptab w:relativeTo="margin" w:alignment="right" w:leader="dot"/>
          </w:r>
          <w:r>
            <w:rPr>
              <w:lang w:val="mk-MK"/>
            </w:rPr>
            <w:t>22</w:t>
          </w:r>
        </w:p>
        <w:p w14:paraId="0FC46D91" w14:textId="77777777" w:rsidR="00A977FD" w:rsidRPr="00DC2EB3" w:rsidRDefault="00A977FD" w:rsidP="00A977FD">
          <w:pPr>
            <w:pStyle w:val="Turinys3"/>
            <w:ind w:left="446" w:firstLine="274"/>
            <w:rPr>
              <w:lang w:val="mk-MK"/>
            </w:rPr>
          </w:pPr>
          <w:r>
            <w:rPr>
              <w:lang w:val="mk-MK"/>
            </w:rPr>
            <w:t xml:space="preserve">3.2. </w:t>
          </w:r>
          <w:r w:rsidRPr="00BB18D9">
            <w:rPr>
              <w:lang w:val="mk-MK"/>
            </w:rPr>
            <w:t>Tradiciniai makedonų žaidimai (Kristina Zonkinaska)</w:t>
          </w:r>
          <w:r>
            <w:ptab w:relativeTo="margin" w:alignment="right" w:leader="dot"/>
          </w:r>
          <w:r>
            <w:rPr>
              <w:lang w:val="mk-MK"/>
            </w:rPr>
            <w:t>24</w:t>
          </w:r>
        </w:p>
        <w:p w14:paraId="7DABFFA8" w14:textId="77777777" w:rsidR="00A977FD" w:rsidRPr="00DC2EB3" w:rsidRDefault="00A977FD" w:rsidP="00A977FD">
          <w:pPr>
            <w:pStyle w:val="Turinys3"/>
            <w:ind w:left="446" w:firstLine="274"/>
            <w:rPr>
              <w:lang w:val="mk-MK"/>
            </w:rPr>
          </w:pPr>
          <w:r>
            <w:rPr>
              <w:lang w:val="mk-MK"/>
            </w:rPr>
            <w:t xml:space="preserve">3.3. </w:t>
          </w:r>
          <w:r w:rsidRPr="00BB18D9">
            <w:rPr>
              <w:lang w:val="mk-MK"/>
            </w:rPr>
            <w:t>Tradiciniai maltiečių žaidimai (Milica Mijović Đuković, Svetlana Sabo)</w:t>
          </w:r>
          <w:r>
            <w:ptab w:relativeTo="margin" w:alignment="right" w:leader="dot"/>
          </w:r>
          <w:r>
            <w:rPr>
              <w:lang w:val="mk-MK"/>
            </w:rPr>
            <w:t>27</w:t>
          </w:r>
        </w:p>
        <w:p w14:paraId="4A7BC1C6" w14:textId="77777777" w:rsidR="00A977FD" w:rsidRPr="00E3341D" w:rsidRDefault="00A977FD" w:rsidP="00A977FD">
          <w:pPr>
            <w:spacing w:after="0"/>
            <w:ind w:left="720"/>
            <w:rPr>
              <w:lang w:val="mk-MK"/>
            </w:rPr>
          </w:pPr>
          <w:r>
            <w:rPr>
              <w:lang w:val="mk-MK"/>
            </w:rPr>
            <w:t xml:space="preserve">3.4. </w:t>
          </w:r>
          <w:r w:rsidRPr="00BB18D9">
            <w:rPr>
              <w:lang w:val="mk-MK"/>
            </w:rPr>
            <w:t>Tradiciniai lietuviški žaidimai (Patricija Milač, Ana Bagdunaite, Evelina Zdanovič, Ugnė Pečkauskaitė, Ewa Provoloka, Donata Kiseliovska, Artjom Timofejev, Agnė Stanulievė)</w:t>
          </w:r>
          <w:r>
            <w:rPr>
              <w:lang w:val="mk-MK"/>
            </w:rPr>
            <w:t xml:space="preserve"> ........................</w:t>
          </w:r>
          <w:r w:rsidRPr="00BB18D9">
            <w:rPr>
              <w:lang w:val="mk-MK"/>
            </w:rPr>
            <w:t xml:space="preserve"> 31</w:t>
          </w:r>
        </w:p>
        <w:p w14:paraId="08C59895" w14:textId="77777777" w:rsidR="00A977FD" w:rsidRPr="00E3341D" w:rsidRDefault="00A977FD" w:rsidP="00A977FD">
          <w:pPr>
            <w:spacing w:after="0"/>
            <w:ind w:left="720"/>
            <w:rPr>
              <w:lang w:val="mk-MK"/>
            </w:rPr>
          </w:pPr>
          <w:r>
            <w:rPr>
              <w:lang w:val="mk-MK"/>
            </w:rPr>
            <w:t xml:space="preserve">3.5. </w:t>
          </w:r>
          <w:r w:rsidRPr="00BB18D9">
            <w:rPr>
              <w:lang w:val="mk-MK"/>
            </w:rPr>
            <w:t>Tradiciniai graikų žaidimai (P</w:t>
          </w:r>
          <w:r>
            <w:rPr>
              <w:lang w:val="mk-MK"/>
            </w:rPr>
            <w:t xml:space="preserve">. </w:t>
          </w:r>
          <w:r w:rsidRPr="00BB18D9">
            <w:rPr>
              <w:lang w:val="mk-MK"/>
            </w:rPr>
            <w:t>Ioannu, J</w:t>
          </w:r>
          <w:r>
            <w:rPr>
              <w:lang w:val="mk-MK"/>
            </w:rPr>
            <w:t xml:space="preserve">. </w:t>
          </w:r>
          <w:r w:rsidRPr="00BB18D9">
            <w:rPr>
              <w:lang w:val="mk-MK"/>
            </w:rPr>
            <w:t>Vassarmida, A</w:t>
          </w:r>
          <w:r>
            <w:rPr>
              <w:lang w:val="mk-MK"/>
            </w:rPr>
            <w:t xml:space="preserve">. </w:t>
          </w:r>
          <w:r w:rsidRPr="00BB18D9">
            <w:rPr>
              <w:lang w:val="mk-MK"/>
            </w:rPr>
            <w:t>Haritou, M</w:t>
          </w:r>
          <w:r>
            <w:rPr>
              <w:lang w:val="mk-MK"/>
            </w:rPr>
            <w:t xml:space="preserve">. </w:t>
          </w:r>
          <w:r w:rsidRPr="00BB18D9">
            <w:rPr>
              <w:lang w:val="mk-MK"/>
            </w:rPr>
            <w:t>Metaksaki, E</w:t>
          </w:r>
          <w:r>
            <w:rPr>
              <w:lang w:val="mk-MK"/>
            </w:rPr>
            <w:t xml:space="preserve">. </w:t>
          </w:r>
          <w:r w:rsidRPr="00BB18D9">
            <w:rPr>
              <w:lang w:val="mk-MK"/>
            </w:rPr>
            <w:t>Xilouri, S</w:t>
          </w:r>
          <w:r>
            <w:rPr>
              <w:lang w:val="mk-MK"/>
            </w:rPr>
            <w:t xml:space="preserve">. </w:t>
          </w:r>
          <w:r w:rsidRPr="00BB18D9">
            <w:rPr>
              <w:lang w:val="mk-MK"/>
            </w:rPr>
            <w:t>Kontakaki, J</w:t>
          </w:r>
          <w:r>
            <w:rPr>
              <w:lang w:val="mk-MK"/>
            </w:rPr>
            <w:t xml:space="preserve">. </w:t>
          </w:r>
          <w:r w:rsidRPr="00BB18D9">
            <w:rPr>
              <w:lang w:val="mk-MK"/>
            </w:rPr>
            <w:t>Fanourakis, P</w:t>
          </w:r>
          <w:r>
            <w:rPr>
              <w:lang w:val="mk-MK"/>
            </w:rPr>
            <w:t xml:space="preserve">. </w:t>
          </w:r>
          <w:r w:rsidRPr="00BB18D9">
            <w:rPr>
              <w:lang w:val="mk-MK"/>
            </w:rPr>
            <w:t>Bougia, M</w:t>
          </w:r>
          <w:r>
            <w:rPr>
              <w:lang w:val="mk-MK"/>
            </w:rPr>
            <w:t xml:space="preserve">. </w:t>
          </w:r>
          <w:r w:rsidRPr="00BB18D9">
            <w:rPr>
              <w:lang w:val="mk-MK"/>
            </w:rPr>
            <w:t>Orfanakis)</w:t>
          </w:r>
          <w:r>
            <w:rPr>
              <w:lang w:val="mk-MK"/>
            </w:rPr>
            <w:t xml:space="preserve"> ..........................................................................................................</w:t>
          </w:r>
          <w:r w:rsidRPr="00BB18D9">
            <w:rPr>
              <w:lang w:val="mk-MK"/>
            </w:rPr>
            <w:t xml:space="preserve"> 33</w:t>
          </w:r>
        </w:p>
        <w:p w14:paraId="1F7B42D4" w14:textId="77777777" w:rsidR="00A977FD" w:rsidRDefault="00A977FD" w:rsidP="00A977FD">
          <w:pPr>
            <w:pStyle w:val="Turinys3"/>
            <w:ind w:left="446" w:firstLine="274"/>
            <w:rPr>
              <w:lang w:val="mk-MK"/>
            </w:rPr>
          </w:pPr>
          <w:r>
            <w:rPr>
              <w:lang w:val="mk-MK"/>
            </w:rPr>
            <w:t xml:space="preserve">3.6. </w:t>
          </w:r>
          <w:r w:rsidRPr="00BB18D9">
            <w:rPr>
              <w:lang w:val="mk-MK"/>
            </w:rPr>
            <w:t>Tradiciniai Kipro žaidimai (Panagiota Nikolaidou)</w:t>
          </w:r>
          <w:r>
            <w:rPr>
              <w:lang w:val="mk-MK"/>
            </w:rPr>
            <w:t xml:space="preserve"> ................................................................................... 38</w:t>
          </w:r>
        </w:p>
        <w:p w14:paraId="56BF896B" w14:textId="503C1B9D" w:rsidR="00A977FD" w:rsidRPr="00F9121C" w:rsidRDefault="00A977FD" w:rsidP="00A977FD">
          <w:pPr>
            <w:pStyle w:val="Turinys1"/>
            <w:ind w:left="360"/>
            <w:rPr>
              <w:b/>
              <w:bCs/>
              <w:lang w:val="lt-LT"/>
            </w:rPr>
          </w:pPr>
          <w:r>
            <w:rPr>
              <w:lang w:val="mk-MK"/>
            </w:rPr>
            <w:t>4</w:t>
          </w:r>
          <w:r w:rsidRPr="00E3341D">
            <w:rPr>
              <w:lang w:val="mk-MK"/>
            </w:rPr>
            <w:t>.</w:t>
          </w:r>
          <w:r w:rsidRPr="00E3341D">
            <w:rPr>
              <w:lang w:val="mk-MK"/>
            </w:rPr>
            <w:tab/>
          </w:r>
          <w:r w:rsidRPr="00BB18D9">
            <w:rPr>
              <w:lang w:val="mk-MK"/>
            </w:rPr>
            <w:t xml:space="preserve">Projekte dalyvaujančių šalių švietimo sistemos </w:t>
          </w:r>
          <w:r>
            <w:ptab w:relativeTo="margin" w:alignment="right" w:leader="dot"/>
          </w:r>
          <w:r>
            <w:rPr>
              <w:b/>
              <w:bCs/>
              <w:lang w:val="mk-MK"/>
            </w:rPr>
            <w:t>4</w:t>
          </w:r>
          <w:r w:rsidR="00F9121C">
            <w:rPr>
              <w:b/>
              <w:bCs/>
              <w:lang w:val="lt-LT"/>
            </w:rPr>
            <w:t>4</w:t>
          </w:r>
        </w:p>
        <w:p w14:paraId="0D07B5E0" w14:textId="61669A50" w:rsidR="00A977FD" w:rsidRPr="00F9121C" w:rsidRDefault="00A977FD" w:rsidP="00A977FD">
          <w:pPr>
            <w:spacing w:after="0"/>
            <w:ind w:firstLine="720"/>
            <w:rPr>
              <w:lang w:val="lt-LT"/>
            </w:rPr>
          </w:pPr>
          <w:r>
            <w:rPr>
              <w:lang w:val="mk-MK"/>
            </w:rPr>
            <w:t>4</w:t>
          </w:r>
          <w:r w:rsidRPr="00BB18D9">
            <w:rPr>
              <w:lang w:val="mk-MK"/>
            </w:rPr>
            <w:t xml:space="preserve">.1. </w:t>
          </w:r>
          <w:r>
            <w:rPr>
              <w:lang w:val="mk-MK"/>
            </w:rPr>
            <w:t xml:space="preserve">Lenkija </w:t>
          </w:r>
          <w:r>
            <w:ptab w:relativeTo="margin" w:alignment="right" w:leader="dot"/>
          </w:r>
          <w:r>
            <w:rPr>
              <w:lang w:val="mk-MK"/>
            </w:rPr>
            <w:t>4</w:t>
          </w:r>
          <w:r w:rsidR="00F9121C">
            <w:rPr>
              <w:lang w:val="lt-LT"/>
            </w:rPr>
            <w:t>5</w:t>
          </w:r>
        </w:p>
        <w:p w14:paraId="7BD90A58" w14:textId="454AD449" w:rsidR="00A977FD" w:rsidRPr="00F9121C" w:rsidRDefault="00A977FD" w:rsidP="00A977FD">
          <w:pPr>
            <w:spacing w:after="0"/>
            <w:ind w:firstLine="720"/>
            <w:rPr>
              <w:lang w:val="lt-LT" w:eastAsia="ja-JP"/>
            </w:rPr>
          </w:pPr>
          <w:r>
            <w:rPr>
              <w:lang w:val="mk-MK"/>
            </w:rPr>
            <w:t>4</w:t>
          </w:r>
          <w:r w:rsidRPr="00BB18D9">
            <w:rPr>
              <w:lang w:val="mk-MK"/>
            </w:rPr>
            <w:t>.</w:t>
          </w:r>
          <w:r>
            <w:rPr>
              <w:lang w:val="mk-MK"/>
            </w:rPr>
            <w:t>2</w:t>
          </w:r>
          <w:r w:rsidRPr="00BB18D9">
            <w:rPr>
              <w:lang w:val="mk-MK"/>
            </w:rPr>
            <w:t xml:space="preserve">. </w:t>
          </w:r>
          <w:r>
            <w:rPr>
              <w:lang w:val="mk-MK"/>
            </w:rPr>
            <w:t xml:space="preserve">Pietų Makedonija </w:t>
          </w:r>
          <w:r>
            <w:ptab w:relativeTo="margin" w:alignment="right" w:leader="dot"/>
          </w:r>
          <w:r>
            <w:rPr>
              <w:lang w:val="mk-MK"/>
            </w:rPr>
            <w:t>4</w:t>
          </w:r>
          <w:r w:rsidR="00F9121C">
            <w:rPr>
              <w:lang w:val="lt-LT"/>
            </w:rPr>
            <w:t>5</w:t>
          </w:r>
        </w:p>
        <w:p w14:paraId="506EC61B" w14:textId="4B0E2777" w:rsidR="00A977FD" w:rsidRPr="00F9121C" w:rsidRDefault="00A977FD" w:rsidP="00A977FD">
          <w:pPr>
            <w:spacing w:after="0"/>
            <w:ind w:firstLine="720"/>
            <w:rPr>
              <w:lang w:val="lt-LT" w:eastAsia="ja-JP"/>
            </w:rPr>
          </w:pPr>
          <w:r>
            <w:rPr>
              <w:lang w:val="mk-MK"/>
            </w:rPr>
            <w:t>4</w:t>
          </w:r>
          <w:r w:rsidRPr="00BB18D9">
            <w:rPr>
              <w:lang w:val="mk-MK"/>
            </w:rPr>
            <w:t>.</w:t>
          </w:r>
          <w:r>
            <w:rPr>
              <w:lang w:val="mk-MK"/>
            </w:rPr>
            <w:t>3</w:t>
          </w:r>
          <w:r w:rsidRPr="00BB18D9">
            <w:rPr>
              <w:lang w:val="mk-MK"/>
            </w:rPr>
            <w:t xml:space="preserve">. </w:t>
          </w:r>
          <w:r>
            <w:rPr>
              <w:lang w:val="mk-MK"/>
            </w:rPr>
            <w:t xml:space="preserve">Malta </w:t>
          </w:r>
          <w:r>
            <w:ptab w:relativeTo="margin" w:alignment="right" w:leader="dot"/>
          </w:r>
          <w:r>
            <w:rPr>
              <w:lang w:val="mk-MK"/>
            </w:rPr>
            <w:t>4</w:t>
          </w:r>
          <w:r w:rsidR="00F9121C">
            <w:rPr>
              <w:lang w:val="lt-LT"/>
            </w:rPr>
            <w:t>6</w:t>
          </w:r>
        </w:p>
        <w:p w14:paraId="44B2E8A1" w14:textId="0060F053" w:rsidR="00A977FD" w:rsidRPr="00F9121C" w:rsidRDefault="00A977FD" w:rsidP="00A977FD">
          <w:pPr>
            <w:spacing w:after="0"/>
            <w:ind w:firstLine="720"/>
            <w:rPr>
              <w:lang w:val="lt-LT" w:eastAsia="ja-JP"/>
            </w:rPr>
          </w:pPr>
          <w:r>
            <w:rPr>
              <w:lang w:val="mk-MK"/>
            </w:rPr>
            <w:t>4</w:t>
          </w:r>
          <w:r w:rsidRPr="00BB18D9">
            <w:rPr>
              <w:lang w:val="mk-MK"/>
            </w:rPr>
            <w:t>.</w:t>
          </w:r>
          <w:r>
            <w:rPr>
              <w:lang w:val="mk-MK"/>
            </w:rPr>
            <w:t>4</w:t>
          </w:r>
          <w:r w:rsidRPr="00BB18D9">
            <w:rPr>
              <w:lang w:val="mk-MK"/>
            </w:rPr>
            <w:t xml:space="preserve">. </w:t>
          </w:r>
          <w:r>
            <w:rPr>
              <w:lang w:val="mk-MK"/>
            </w:rPr>
            <w:t xml:space="preserve">Lietuva </w:t>
          </w:r>
          <w:r>
            <w:ptab w:relativeTo="margin" w:alignment="right" w:leader="dot"/>
          </w:r>
          <w:r>
            <w:rPr>
              <w:lang w:val="mk-MK"/>
            </w:rPr>
            <w:t>4</w:t>
          </w:r>
          <w:r w:rsidR="00F9121C">
            <w:rPr>
              <w:lang w:val="lt-LT"/>
            </w:rPr>
            <w:t>6</w:t>
          </w:r>
        </w:p>
        <w:p w14:paraId="1E9334C5" w14:textId="77777777" w:rsidR="00A977FD" w:rsidRPr="003569D8" w:rsidRDefault="00A977FD" w:rsidP="00A977FD">
          <w:pPr>
            <w:spacing w:after="0"/>
            <w:ind w:firstLine="720"/>
            <w:rPr>
              <w:lang w:val="mk-MK" w:eastAsia="ja-JP"/>
            </w:rPr>
          </w:pPr>
          <w:r>
            <w:rPr>
              <w:lang w:val="mk-MK"/>
            </w:rPr>
            <w:t>4</w:t>
          </w:r>
          <w:r w:rsidRPr="00BB18D9">
            <w:rPr>
              <w:lang w:val="mk-MK"/>
            </w:rPr>
            <w:t>.</w:t>
          </w:r>
          <w:r>
            <w:rPr>
              <w:lang w:val="mk-MK"/>
            </w:rPr>
            <w:t>5</w:t>
          </w:r>
          <w:r w:rsidRPr="00BB18D9">
            <w:rPr>
              <w:lang w:val="mk-MK"/>
            </w:rPr>
            <w:t xml:space="preserve">. </w:t>
          </w:r>
          <w:r>
            <w:rPr>
              <w:lang w:val="mk-MK"/>
            </w:rPr>
            <w:t xml:space="preserve">Graikija </w:t>
          </w:r>
          <w:r>
            <w:ptab w:relativeTo="margin" w:alignment="right" w:leader="dot"/>
          </w:r>
          <w:r>
            <w:rPr>
              <w:lang w:val="mk-MK"/>
            </w:rPr>
            <w:t>46</w:t>
          </w:r>
        </w:p>
        <w:p w14:paraId="105C1999" w14:textId="54DCF330" w:rsidR="00A977FD" w:rsidRPr="00F9121C" w:rsidRDefault="00A977FD" w:rsidP="00A977FD">
          <w:pPr>
            <w:spacing w:after="0"/>
            <w:ind w:firstLine="720"/>
            <w:rPr>
              <w:lang w:val="lt-LT"/>
            </w:rPr>
          </w:pPr>
          <w:r>
            <w:rPr>
              <w:lang w:val="mk-MK"/>
            </w:rPr>
            <w:t>4</w:t>
          </w:r>
          <w:r w:rsidRPr="00BB18D9">
            <w:rPr>
              <w:lang w:val="mk-MK"/>
            </w:rPr>
            <w:t>.</w:t>
          </w:r>
          <w:r>
            <w:rPr>
              <w:lang w:val="mk-MK"/>
            </w:rPr>
            <w:t>6</w:t>
          </w:r>
          <w:r w:rsidRPr="00BB18D9">
            <w:rPr>
              <w:lang w:val="mk-MK"/>
            </w:rPr>
            <w:t xml:space="preserve">. </w:t>
          </w:r>
          <w:r>
            <w:rPr>
              <w:lang w:val="mk-MK"/>
            </w:rPr>
            <w:t xml:space="preserve">Kipras </w:t>
          </w:r>
          <w:r>
            <w:ptab w:relativeTo="margin" w:alignment="right" w:leader="dot"/>
          </w:r>
          <w:r>
            <w:rPr>
              <w:lang w:val="mk-MK"/>
            </w:rPr>
            <w:t>4</w:t>
          </w:r>
          <w:r w:rsidR="00F9121C">
            <w:rPr>
              <w:lang w:val="lt-LT"/>
            </w:rPr>
            <w:t>7</w:t>
          </w:r>
        </w:p>
        <w:p w14:paraId="384EC69E" w14:textId="77302740" w:rsidR="00A977FD" w:rsidRPr="003569D8" w:rsidRDefault="00A977FD" w:rsidP="00A977FD">
          <w:pPr>
            <w:pStyle w:val="Turinys1"/>
            <w:ind w:left="360"/>
            <w:rPr>
              <w:b/>
              <w:bCs/>
              <w:lang w:val="mk-MK"/>
            </w:rPr>
          </w:pPr>
          <w:r>
            <w:rPr>
              <w:lang w:val="mk-MK"/>
            </w:rPr>
            <w:t>5</w:t>
          </w:r>
          <w:r w:rsidRPr="00E3341D">
            <w:rPr>
              <w:lang w:val="mk-MK"/>
            </w:rPr>
            <w:t>.</w:t>
          </w:r>
          <w:r w:rsidRPr="00E3341D">
            <w:rPr>
              <w:lang w:val="mk-MK"/>
            </w:rPr>
            <w:tab/>
          </w:r>
          <w:r w:rsidR="000D1E10">
            <w:rPr>
              <w:lang w:val="lt-LT"/>
            </w:rPr>
            <w:t>Fizinio ugdymo</w:t>
          </w:r>
          <w:r w:rsidRPr="00BB18D9">
            <w:rPr>
              <w:lang w:val="mk-MK"/>
            </w:rPr>
            <w:t xml:space="preserve"> programa ir projektas „Žaiskime </w:t>
          </w:r>
          <w:r>
            <w:rPr>
              <w:lang w:val="mk-MK"/>
            </w:rPr>
            <w:t xml:space="preserve">dar </w:t>
          </w:r>
          <w:r w:rsidRPr="00BB18D9">
            <w:rPr>
              <w:lang w:val="mk-MK"/>
            </w:rPr>
            <w:t xml:space="preserve">kartą“ </w:t>
          </w:r>
          <w:r>
            <w:ptab w:relativeTo="margin" w:alignment="right" w:leader="dot"/>
          </w:r>
          <w:r>
            <w:rPr>
              <w:b/>
              <w:bCs/>
              <w:lang w:val="mk-MK"/>
            </w:rPr>
            <w:t>48</w:t>
          </w:r>
        </w:p>
        <w:p w14:paraId="4126728A" w14:textId="77777777" w:rsidR="00A977FD" w:rsidRPr="003569D8" w:rsidRDefault="00A977FD" w:rsidP="00A977FD">
          <w:pPr>
            <w:spacing w:after="0"/>
            <w:ind w:firstLine="720"/>
            <w:rPr>
              <w:lang w:val="mk-MK"/>
            </w:rPr>
          </w:pPr>
          <w:r>
            <w:rPr>
              <w:lang w:val="mk-MK"/>
            </w:rPr>
            <w:t>5</w:t>
          </w:r>
          <w:r w:rsidRPr="00BB18D9">
            <w:rPr>
              <w:lang w:val="mk-MK"/>
            </w:rPr>
            <w:t xml:space="preserve">.1. </w:t>
          </w:r>
          <w:r>
            <w:rPr>
              <w:lang w:val="mk-MK"/>
            </w:rPr>
            <w:t xml:space="preserve">Lenkija </w:t>
          </w:r>
          <w:r>
            <w:ptab w:relativeTo="margin" w:alignment="right" w:leader="dot"/>
          </w:r>
          <w:r>
            <w:rPr>
              <w:lang w:val="mk-MK"/>
            </w:rPr>
            <w:t>49</w:t>
          </w:r>
        </w:p>
        <w:p w14:paraId="7B04FB7C" w14:textId="77777777" w:rsidR="00A977FD" w:rsidRPr="003569D8" w:rsidRDefault="00A977FD" w:rsidP="00A977FD">
          <w:pPr>
            <w:spacing w:after="0"/>
            <w:ind w:firstLine="720"/>
            <w:rPr>
              <w:lang w:val="mk-MK" w:eastAsia="ja-JP"/>
            </w:rPr>
          </w:pPr>
          <w:r>
            <w:rPr>
              <w:lang w:val="mk-MK"/>
            </w:rPr>
            <w:t>5</w:t>
          </w:r>
          <w:r w:rsidRPr="00BB18D9">
            <w:rPr>
              <w:lang w:val="mk-MK"/>
            </w:rPr>
            <w:t>.</w:t>
          </w:r>
          <w:r>
            <w:rPr>
              <w:lang w:val="mk-MK"/>
            </w:rPr>
            <w:t>2</w:t>
          </w:r>
          <w:r w:rsidRPr="00BB18D9">
            <w:rPr>
              <w:lang w:val="mk-MK"/>
            </w:rPr>
            <w:t xml:space="preserve">. </w:t>
          </w:r>
          <w:r>
            <w:rPr>
              <w:lang w:val="mk-MK"/>
            </w:rPr>
            <w:t xml:space="preserve">Šiaurės Makedonija </w:t>
          </w:r>
          <w:r>
            <w:ptab w:relativeTo="margin" w:alignment="right" w:leader="dot"/>
          </w:r>
          <w:r>
            <w:rPr>
              <w:lang w:val="mk-MK"/>
            </w:rPr>
            <w:t>49</w:t>
          </w:r>
        </w:p>
        <w:p w14:paraId="0930BEB5" w14:textId="77777777" w:rsidR="00A977FD" w:rsidRPr="003569D8" w:rsidRDefault="00A977FD" w:rsidP="00A977FD">
          <w:pPr>
            <w:spacing w:after="0"/>
            <w:ind w:firstLine="720"/>
            <w:rPr>
              <w:lang w:val="mk-MK" w:eastAsia="ja-JP"/>
            </w:rPr>
          </w:pPr>
          <w:r>
            <w:rPr>
              <w:lang w:val="mk-MK"/>
            </w:rPr>
            <w:t>5</w:t>
          </w:r>
          <w:r w:rsidRPr="00BB18D9">
            <w:rPr>
              <w:lang w:val="mk-MK"/>
            </w:rPr>
            <w:t>.</w:t>
          </w:r>
          <w:r>
            <w:rPr>
              <w:lang w:val="mk-MK"/>
            </w:rPr>
            <w:t>3</w:t>
          </w:r>
          <w:r w:rsidRPr="00BB18D9">
            <w:rPr>
              <w:lang w:val="mk-MK"/>
            </w:rPr>
            <w:t xml:space="preserve">. </w:t>
          </w:r>
          <w:r>
            <w:rPr>
              <w:lang w:val="mk-MK"/>
            </w:rPr>
            <w:t xml:space="preserve">Malta </w:t>
          </w:r>
          <w:r>
            <w:ptab w:relativeTo="margin" w:alignment="right" w:leader="dot"/>
          </w:r>
          <w:r>
            <w:rPr>
              <w:lang w:val="mk-MK"/>
            </w:rPr>
            <w:t>50</w:t>
          </w:r>
        </w:p>
        <w:p w14:paraId="2E10E691" w14:textId="77777777" w:rsidR="00A977FD" w:rsidRPr="003569D8" w:rsidRDefault="00A977FD" w:rsidP="00A977FD">
          <w:pPr>
            <w:spacing w:after="0"/>
            <w:ind w:firstLine="720"/>
            <w:rPr>
              <w:lang w:val="mk-MK" w:eastAsia="ja-JP"/>
            </w:rPr>
          </w:pPr>
          <w:r>
            <w:rPr>
              <w:lang w:val="mk-MK"/>
            </w:rPr>
            <w:t>5</w:t>
          </w:r>
          <w:r w:rsidRPr="00BB18D9">
            <w:rPr>
              <w:lang w:val="mk-MK"/>
            </w:rPr>
            <w:t>.</w:t>
          </w:r>
          <w:r>
            <w:rPr>
              <w:lang w:val="mk-MK"/>
            </w:rPr>
            <w:t>4</w:t>
          </w:r>
          <w:r w:rsidRPr="00BB18D9">
            <w:rPr>
              <w:lang w:val="mk-MK"/>
            </w:rPr>
            <w:t xml:space="preserve">. </w:t>
          </w:r>
          <w:r>
            <w:rPr>
              <w:lang w:val="mk-MK"/>
            </w:rPr>
            <w:t xml:space="preserve">Lietuva </w:t>
          </w:r>
          <w:r>
            <w:ptab w:relativeTo="margin" w:alignment="right" w:leader="dot"/>
          </w:r>
          <w:r>
            <w:rPr>
              <w:lang w:val="mk-MK"/>
            </w:rPr>
            <w:t>51</w:t>
          </w:r>
        </w:p>
        <w:p w14:paraId="596A2716" w14:textId="77777777" w:rsidR="00A977FD" w:rsidRPr="00E3341D" w:rsidRDefault="00A977FD" w:rsidP="00A977FD">
          <w:pPr>
            <w:spacing w:after="0"/>
            <w:ind w:firstLine="720"/>
            <w:rPr>
              <w:lang w:val="mk-MK" w:eastAsia="ja-JP"/>
            </w:rPr>
          </w:pPr>
          <w:r>
            <w:rPr>
              <w:lang w:val="mk-MK"/>
            </w:rPr>
            <w:t>5</w:t>
          </w:r>
          <w:r w:rsidRPr="00A977FD">
            <w:rPr>
              <w:lang w:val="mk-MK"/>
            </w:rPr>
            <w:t>.</w:t>
          </w:r>
          <w:r>
            <w:rPr>
              <w:lang w:val="mk-MK"/>
            </w:rPr>
            <w:t>5</w:t>
          </w:r>
          <w:r w:rsidRPr="00A977FD">
            <w:rPr>
              <w:lang w:val="mk-MK"/>
            </w:rPr>
            <w:t xml:space="preserve">. </w:t>
          </w:r>
          <w:r>
            <w:rPr>
              <w:lang w:val="mk-MK"/>
            </w:rPr>
            <w:t xml:space="preserve">Graikija </w:t>
          </w:r>
          <w:r>
            <w:ptab w:relativeTo="margin" w:alignment="right" w:leader="dot"/>
          </w:r>
          <w:r w:rsidRPr="00A977FD">
            <w:rPr>
              <w:lang w:val="mk-MK"/>
            </w:rPr>
            <w:t>52</w:t>
          </w:r>
        </w:p>
        <w:p w14:paraId="586A4BBC" w14:textId="77777777" w:rsidR="00A977FD" w:rsidRPr="003569D8" w:rsidRDefault="00A977FD" w:rsidP="00A977FD">
          <w:pPr>
            <w:spacing w:after="0"/>
            <w:ind w:firstLine="720"/>
            <w:rPr>
              <w:lang w:val="mk-MK"/>
            </w:rPr>
          </w:pPr>
          <w:r>
            <w:rPr>
              <w:lang w:val="mk-MK"/>
            </w:rPr>
            <w:t>5</w:t>
          </w:r>
          <w:r w:rsidRPr="00EB79A5">
            <w:t>.</w:t>
          </w:r>
          <w:r>
            <w:rPr>
              <w:lang w:val="mk-MK"/>
            </w:rPr>
            <w:t>6</w:t>
          </w:r>
          <w:r w:rsidRPr="00EB79A5">
            <w:t xml:space="preserve">. </w:t>
          </w:r>
          <w:r>
            <w:rPr>
              <w:lang w:val="mk-MK"/>
            </w:rPr>
            <w:t xml:space="preserve">Kipras </w:t>
          </w:r>
          <w:r>
            <w:ptab w:relativeTo="margin" w:alignment="right" w:leader="dot"/>
          </w:r>
          <w:r>
            <w:t>52</w:t>
          </w:r>
        </w:p>
        <w:p w14:paraId="00E855D9" w14:textId="77777777" w:rsidR="00A977FD" w:rsidRPr="000276AA" w:rsidRDefault="00A977FD" w:rsidP="00A977FD">
          <w:pPr>
            <w:pStyle w:val="Turinys1"/>
            <w:ind w:left="360"/>
            <w:rPr>
              <w:b/>
              <w:bCs/>
              <w:lang w:val="mk-MK"/>
            </w:rPr>
          </w:pPr>
          <w:r w:rsidRPr="00E3341D">
            <w:rPr>
              <w:lang w:val="mk-MK"/>
            </w:rPr>
            <w:t>6</w:t>
          </w:r>
          <w:r w:rsidRPr="00E3341D">
            <w:rPr>
              <w:lang w:val="mk-MK"/>
            </w:rPr>
            <w:tab/>
          </w:r>
          <w:proofErr w:type="spellStart"/>
          <w:r w:rsidRPr="00EB79A5">
            <w:t>Išvados</w:t>
          </w:r>
          <w:proofErr w:type="spellEnd"/>
          <w:r>
            <w:t xml:space="preserve"> </w:t>
          </w:r>
          <w:r>
            <w:ptab w:relativeTo="margin" w:alignment="right" w:leader="dot"/>
          </w:r>
          <w:r>
            <w:rPr>
              <w:b/>
              <w:bCs/>
              <w:lang w:val="mk-MK"/>
            </w:rPr>
            <w:t>53</w:t>
          </w:r>
        </w:p>
        <w:p w14:paraId="6C32248B" w14:textId="77777777" w:rsidR="00A977FD" w:rsidRDefault="00F0287F" w:rsidP="00A977FD"/>
      </w:sdtContent>
    </w:sdt>
    <w:p w14:paraId="52053B6B" w14:textId="77777777" w:rsidR="00A977FD" w:rsidRDefault="00A977FD">
      <w:pPr>
        <w:rPr>
          <w:color w:val="1F497D" w:themeColor="text2"/>
          <w:sz w:val="32"/>
          <w:szCs w:val="32"/>
          <w:lang w:val="mk-MK"/>
        </w:rPr>
      </w:pPr>
      <w:r>
        <w:rPr>
          <w:color w:val="1F497D" w:themeColor="text2"/>
          <w:sz w:val="32"/>
          <w:szCs w:val="32"/>
          <w:lang w:val="mk-MK"/>
        </w:rPr>
        <w:br w:type="page"/>
      </w:r>
    </w:p>
    <w:p w14:paraId="62411B48" w14:textId="77777777" w:rsidR="00EB79A5" w:rsidRDefault="00EB79A5" w:rsidP="00EB79A5">
      <w:pPr>
        <w:rPr>
          <w:color w:val="1F497D" w:themeColor="text2"/>
          <w:sz w:val="32"/>
          <w:szCs w:val="32"/>
          <w:lang w:val="mk-MK"/>
        </w:rPr>
      </w:pPr>
    </w:p>
    <w:p w14:paraId="50CE139C" w14:textId="77777777" w:rsidR="00A93FD3" w:rsidRDefault="00A93FD3" w:rsidP="00EB79A5">
      <w:pPr>
        <w:rPr>
          <w:color w:val="1F497D" w:themeColor="text2"/>
          <w:sz w:val="32"/>
          <w:szCs w:val="32"/>
          <w:lang w:val="mk-MK"/>
        </w:rPr>
      </w:pPr>
    </w:p>
    <w:p w14:paraId="0CD33705" w14:textId="77777777" w:rsidR="00A93FD3" w:rsidRDefault="00A93FD3" w:rsidP="0060116A">
      <w:pPr>
        <w:rPr>
          <w:b/>
          <w:color w:val="1F497D" w:themeColor="text2"/>
          <w:sz w:val="72"/>
          <w:szCs w:val="72"/>
        </w:rPr>
      </w:pPr>
    </w:p>
    <w:p w14:paraId="1DF26B26" w14:textId="77777777" w:rsidR="0060116A" w:rsidRPr="0060116A" w:rsidRDefault="0060116A" w:rsidP="0060116A">
      <w:pPr>
        <w:rPr>
          <w:b/>
          <w:color w:val="1F497D" w:themeColor="text2"/>
          <w:sz w:val="72"/>
          <w:szCs w:val="72"/>
        </w:rPr>
      </w:pPr>
    </w:p>
    <w:p w14:paraId="6544A7A6" w14:textId="77777777" w:rsidR="00FE7324" w:rsidRPr="00D12B29" w:rsidRDefault="00FE7324" w:rsidP="00D12B29">
      <w:pPr>
        <w:pStyle w:val="prastasiniatinklio"/>
        <w:jc w:val="center"/>
        <w:rPr>
          <w:color w:val="1F497D" w:themeColor="text2"/>
          <w:sz w:val="44"/>
          <w:szCs w:val="44"/>
        </w:rPr>
      </w:pPr>
      <w:proofErr w:type="spellStart"/>
      <w:r w:rsidRPr="00D12B29">
        <w:rPr>
          <w:b/>
          <w:bCs/>
          <w:color w:val="1F497D" w:themeColor="text2"/>
          <w:sz w:val="44"/>
          <w:szCs w:val="44"/>
        </w:rPr>
        <w:t>Projekto</w:t>
      </w:r>
      <w:proofErr w:type="spellEnd"/>
      <w:r w:rsidRPr="00D12B29">
        <w:rPr>
          <w:b/>
          <w:bCs/>
          <w:color w:val="1F497D" w:themeColor="text2"/>
          <w:sz w:val="44"/>
          <w:szCs w:val="44"/>
        </w:rPr>
        <w:t xml:space="preserve"> </w:t>
      </w:r>
      <w:proofErr w:type="spellStart"/>
      <w:r w:rsidRPr="00D12B29">
        <w:rPr>
          <w:b/>
          <w:bCs/>
          <w:color w:val="1F497D" w:themeColor="text2"/>
          <w:sz w:val="44"/>
          <w:szCs w:val="44"/>
        </w:rPr>
        <w:t>informacija</w:t>
      </w:r>
      <w:proofErr w:type="spellEnd"/>
    </w:p>
    <w:p w14:paraId="335FD2A0" w14:textId="77777777" w:rsidR="00A93FD3" w:rsidRDefault="00A93FD3" w:rsidP="00A4511F">
      <w:pPr>
        <w:jc w:val="center"/>
        <w:rPr>
          <w:color w:val="1F497D" w:themeColor="text2"/>
          <w:sz w:val="32"/>
          <w:szCs w:val="32"/>
          <w:lang w:val="mk-MK"/>
        </w:rPr>
      </w:pPr>
    </w:p>
    <w:p w14:paraId="7E20115F" w14:textId="77777777" w:rsidR="00A93FD3" w:rsidRDefault="00A93FD3" w:rsidP="00A4511F">
      <w:pPr>
        <w:jc w:val="center"/>
        <w:rPr>
          <w:color w:val="1F497D" w:themeColor="text2"/>
          <w:sz w:val="32"/>
          <w:szCs w:val="32"/>
          <w:lang w:val="mk-MK"/>
        </w:rPr>
      </w:pPr>
      <w:r>
        <w:rPr>
          <w:noProof/>
        </w:rPr>
        <w:drawing>
          <wp:inline distT="0" distB="0" distL="0" distR="0" wp14:anchorId="48C6A5CD" wp14:editId="07D374DB">
            <wp:extent cx="1785536" cy="1743412"/>
            <wp:effectExtent l="0" t="0" r="5715"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zagrajmy dobre (1).jpg"/>
                    <pic:cNvPicPr/>
                  </pic:nvPicPr>
                  <pic:blipFill>
                    <a:blip r:embed="rId9">
                      <a:extLst>
                        <a:ext uri="{28A0092B-C50C-407E-A947-70E740481C1C}">
                          <a14:useLocalDpi xmlns:a14="http://schemas.microsoft.com/office/drawing/2010/main" val="0"/>
                        </a:ext>
                      </a:extLst>
                    </a:blip>
                    <a:stretch>
                      <a:fillRect/>
                    </a:stretch>
                  </pic:blipFill>
                  <pic:spPr>
                    <a:xfrm>
                      <a:off x="0" y="0"/>
                      <a:ext cx="1771394" cy="1729604"/>
                    </a:xfrm>
                    <a:prstGeom prst="rect">
                      <a:avLst/>
                    </a:prstGeom>
                  </pic:spPr>
                </pic:pic>
              </a:graphicData>
            </a:graphic>
          </wp:inline>
        </w:drawing>
      </w:r>
    </w:p>
    <w:p w14:paraId="2F477421" w14:textId="77777777" w:rsidR="00A93FD3" w:rsidRDefault="00A93FD3" w:rsidP="00A4511F">
      <w:pPr>
        <w:jc w:val="center"/>
        <w:rPr>
          <w:color w:val="1F497D" w:themeColor="text2"/>
          <w:sz w:val="32"/>
          <w:szCs w:val="32"/>
          <w:lang w:val="mk-MK"/>
        </w:rPr>
      </w:pPr>
    </w:p>
    <w:p w14:paraId="633EF153" w14:textId="77777777" w:rsidR="00A93FD3" w:rsidRDefault="00A93FD3" w:rsidP="00A4511F">
      <w:pPr>
        <w:jc w:val="center"/>
        <w:rPr>
          <w:color w:val="1F497D" w:themeColor="text2"/>
          <w:sz w:val="32"/>
          <w:szCs w:val="32"/>
          <w:lang w:val="mk-MK"/>
        </w:rPr>
      </w:pPr>
    </w:p>
    <w:p w14:paraId="4F77CECC" w14:textId="3431FA0F" w:rsidR="00A93FD3" w:rsidRPr="00912F1A" w:rsidRDefault="00FE7324" w:rsidP="00912F1A">
      <w:pPr>
        <w:jc w:val="center"/>
        <w:rPr>
          <w:b/>
          <w:bCs/>
          <w:color w:val="1F497D" w:themeColor="text2"/>
          <w:sz w:val="32"/>
          <w:szCs w:val="32"/>
          <w:lang w:val="mk-MK"/>
        </w:rPr>
      </w:pPr>
      <w:r w:rsidRPr="00912F1A">
        <w:rPr>
          <w:b/>
          <w:bCs/>
          <w:color w:val="1F497D" w:themeColor="text2"/>
          <w:sz w:val="32"/>
          <w:szCs w:val="32"/>
          <w:lang w:val="mk-MK"/>
        </w:rPr>
        <w:t>Žaiskime vėl – tradiciniai žaidimai ir veiklos kaip būdas integruoti ir įtraukti jaunimą</w:t>
      </w:r>
    </w:p>
    <w:p w14:paraId="1549F9D9" w14:textId="77777777" w:rsidR="00FE7324" w:rsidRDefault="00FE7324" w:rsidP="00A4511F">
      <w:pPr>
        <w:rPr>
          <w:lang w:val="mk-MK"/>
        </w:rPr>
      </w:pPr>
    </w:p>
    <w:p w14:paraId="4F34D98A" w14:textId="77777777" w:rsidR="00FE7324" w:rsidRDefault="00FE7324" w:rsidP="00A4511F">
      <w:pPr>
        <w:rPr>
          <w:lang w:val="mk-MK"/>
        </w:rPr>
      </w:pPr>
    </w:p>
    <w:p w14:paraId="0B8DD499" w14:textId="77777777" w:rsidR="00FE7324" w:rsidRDefault="00FE7324" w:rsidP="00A4511F">
      <w:pPr>
        <w:rPr>
          <w:lang w:val="mk-MK"/>
        </w:rPr>
      </w:pPr>
    </w:p>
    <w:p w14:paraId="768CB29C" w14:textId="31A87EDB" w:rsidR="00A4511F" w:rsidRPr="00333346" w:rsidRDefault="00C719A5" w:rsidP="00C719A5">
      <w:pPr>
        <w:jc w:val="right"/>
        <w:rPr>
          <w:lang w:val="mk-MK"/>
        </w:rPr>
      </w:pPr>
      <w:r>
        <w:rPr>
          <w:lang w:val="lt-LT"/>
        </w:rPr>
        <w:t xml:space="preserve">                       </w:t>
      </w:r>
      <w:r w:rsidRPr="00C719A5">
        <w:rPr>
          <w:lang w:val="mk-MK"/>
        </w:rPr>
        <w:t>Projektas „Žaiskime vėl – tradiciniai žaidimai ir veiklos kaip būdas integruoti ir aktyvinti jaunimą“, numeris 2023-1-PL01-KA220-SCH-000158550, įgyvendinamas bendradarbiaujant su:</w:t>
      </w:r>
      <w:r w:rsidR="00A4511F">
        <w:rPr>
          <w:noProof/>
        </w:rPr>
        <mc:AlternateContent>
          <mc:Choice Requires="wps">
            <w:drawing>
              <wp:anchor distT="0" distB="0" distL="114300" distR="114300" simplePos="0" relativeHeight="251659264" behindDoc="0" locked="0" layoutInCell="1" allowOverlap="1" wp14:anchorId="56369EB1" wp14:editId="0872E1CB">
                <wp:simplePos x="0" y="0"/>
                <wp:positionH relativeFrom="column">
                  <wp:posOffset>-205740</wp:posOffset>
                </wp:positionH>
                <wp:positionV relativeFrom="paragraph">
                  <wp:posOffset>231140</wp:posOffset>
                </wp:positionV>
                <wp:extent cx="1181100" cy="1043940"/>
                <wp:effectExtent l="0" t="0" r="19050" b="22860"/>
                <wp:wrapNone/>
                <wp:docPr id="57" name="Text Box 57"/>
                <wp:cNvGraphicFramePr/>
                <a:graphic xmlns:a="http://schemas.openxmlformats.org/drawingml/2006/main">
                  <a:graphicData uri="http://schemas.microsoft.com/office/word/2010/wordprocessingShape">
                    <wps:wsp>
                      <wps:cNvSpPr txBox="1"/>
                      <wps:spPr>
                        <a:xfrm>
                          <a:off x="0" y="0"/>
                          <a:ext cx="1181100" cy="10439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5C42087" w14:textId="77777777" w:rsidR="002C00A8" w:rsidRDefault="002C00A8" w:rsidP="00A4511F">
                            <w:r>
                              <w:rPr>
                                <w:noProof/>
                              </w:rPr>
                              <w:drawing>
                                <wp:inline distT="0" distB="0" distL="0" distR="0" wp14:anchorId="3977AA53" wp14:editId="3ECDF271">
                                  <wp:extent cx="969010" cy="946150"/>
                                  <wp:effectExtent l="0" t="0" r="2540" b="63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zagrajmy dobre (1).jpg"/>
                                          <pic:cNvPicPr/>
                                        </pic:nvPicPr>
                                        <pic:blipFill>
                                          <a:blip r:embed="rId9">
                                            <a:extLst>
                                              <a:ext uri="{28A0092B-C50C-407E-A947-70E740481C1C}">
                                                <a14:useLocalDpi xmlns:a14="http://schemas.microsoft.com/office/drawing/2010/main" val="0"/>
                                              </a:ext>
                                            </a:extLst>
                                          </a:blip>
                                          <a:stretch>
                                            <a:fillRect/>
                                          </a:stretch>
                                        </pic:blipFill>
                                        <pic:spPr>
                                          <a:xfrm>
                                            <a:off x="0" y="0"/>
                                            <a:ext cx="969010" cy="9461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6369EB1" id="_x0000_t202" coordsize="21600,21600" o:spt="202" path="m,l,21600r21600,l21600,xe">
                <v:stroke joinstyle="miter"/>
                <v:path gradientshapeok="t" o:connecttype="rect"/>
              </v:shapetype>
              <v:shape id="Text Box 57" o:spid="_x0000_s1026" type="#_x0000_t202" style="position:absolute;left:0;text-align:left;margin-left:-16.2pt;margin-top:18.2pt;width:93pt;height:82.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" fillcolor="white [3201]" strokeweight=".5pt">
                <v:textbox>
                  <w:txbxContent>
                    <w:p w14:paraId="15C42087" w14:textId="77777777" w:rsidR="002C00A8" w:rsidRDefault="002C00A8" w:rsidP="00A4511F">
                      <w:r>
                        <w:rPr>
                          <w:noProof/>
                        </w:rPr>
                        <w:drawing>
                          <wp:inline distT="0" distB="0" distL="0" distR="0" wp14:anchorId="3977AA53" wp14:editId="3ECDF271">
                            <wp:extent cx="969010" cy="946150"/>
                            <wp:effectExtent l="0" t="0" r="2540" b="63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zagrajmy dobre (1).jpg"/>
                                    <pic:cNvPicPr/>
                                  </pic:nvPicPr>
                                  <pic:blipFill>
                                    <a:blip r:embed="rId9">
                                      <a:extLst>
                                        <a:ext uri="{28A0092B-C50C-407E-A947-70E740481C1C}">
                                          <a14:useLocalDpi xmlns:a14="http://schemas.microsoft.com/office/drawing/2010/main" val="0"/>
                                        </a:ext>
                                      </a:extLst>
                                    </a:blip>
                                    <a:stretch>
                                      <a:fillRect/>
                                    </a:stretch>
                                  </pic:blipFill>
                                  <pic:spPr>
                                    <a:xfrm>
                                      <a:off x="0" y="0"/>
                                      <a:ext cx="969010" cy="946150"/>
                                    </a:xfrm>
                                    <a:prstGeom prst="rect">
                                      <a:avLst/>
                                    </a:prstGeom>
                                  </pic:spPr>
                                </pic:pic>
                              </a:graphicData>
                            </a:graphic>
                          </wp:inline>
                        </w:drawing>
                      </w:r>
                    </w:p>
                  </w:txbxContent>
                </v:textbox>
              </v:shape>
            </w:pict>
          </mc:Fallback>
        </mc:AlternateContent>
      </w:r>
    </w:p>
    <w:p w14:paraId="5232192A" w14:textId="77777777" w:rsidR="009846DC" w:rsidRDefault="009846DC" w:rsidP="009846DC">
      <w:pPr>
        <w:spacing w:after="0"/>
        <w:jc w:val="center"/>
        <w:rPr>
          <w:b/>
          <w:lang w:val="mk-MK"/>
        </w:rPr>
      </w:pPr>
      <w:r>
        <w:rPr>
          <w:b/>
          <w:noProof/>
        </w:rPr>
        <w:lastRenderedPageBreak/>
        <w:drawing>
          <wp:inline distT="0" distB="0" distL="0" distR="0" wp14:anchorId="3A4CD508" wp14:editId="309554CC">
            <wp:extent cx="1440376" cy="1391830"/>
            <wp:effectExtent l="0" t="0" r="762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e0abb44-8f1e-43c5-9130-6d4a456f5f16.jpg"/>
                    <pic:cNvPicPr/>
                  </pic:nvPicPr>
                  <pic:blipFill>
                    <a:blip r:embed="rId16">
                      <a:extLst>
                        <a:ext uri="{28A0092B-C50C-407E-A947-70E740481C1C}">
                          <a14:useLocalDpi xmlns:a14="http://schemas.microsoft.com/office/drawing/2010/main" val="0"/>
                        </a:ext>
                      </a:extLst>
                    </a:blip>
                    <a:stretch>
                      <a:fillRect/>
                    </a:stretch>
                  </pic:blipFill>
                  <pic:spPr>
                    <a:xfrm>
                      <a:off x="0" y="0"/>
                      <a:ext cx="1443897" cy="1395232"/>
                    </a:xfrm>
                    <a:prstGeom prst="rect">
                      <a:avLst/>
                    </a:prstGeom>
                  </pic:spPr>
                </pic:pic>
              </a:graphicData>
            </a:graphic>
          </wp:inline>
        </w:drawing>
      </w:r>
    </w:p>
    <w:p w14:paraId="66FC50F3" w14:textId="1EFC356F" w:rsidR="009846DC" w:rsidRPr="00C719A5" w:rsidRDefault="00C719A5" w:rsidP="00C719A5">
      <w:pPr>
        <w:pStyle w:val="prastasiniatinklio"/>
        <w:rPr>
          <w:lang w:val="pl-PL"/>
        </w:rPr>
      </w:pPr>
      <w:proofErr w:type="spellStart"/>
      <w:proofErr w:type="gramStart"/>
      <w:r w:rsidRPr="00C719A5">
        <w:rPr>
          <w:b/>
          <w:bCs/>
          <w:lang w:val="pl-PL"/>
        </w:rPr>
        <w:t>Koordinatorius</w:t>
      </w:r>
      <w:bookmarkStart w:id="0" w:name="_Hlk220918034"/>
      <w:proofErr w:type="spellEnd"/>
      <w:r w:rsidRPr="00C719A5">
        <w:rPr>
          <w:b/>
          <w:bCs/>
          <w:lang w:val="pl-PL"/>
        </w:rPr>
        <w:t>:</w:t>
      </w:r>
      <w:r>
        <w:rPr>
          <w:b/>
          <w:bCs/>
          <w:lang w:val="pl-PL"/>
        </w:rPr>
        <w:t xml:space="preserve">  </w:t>
      </w:r>
      <w:r w:rsidR="009846DC" w:rsidRPr="00333346">
        <w:rPr>
          <w:lang w:val="pl-PL"/>
        </w:rPr>
        <w:t>Zespół</w:t>
      </w:r>
      <w:proofErr w:type="gramEnd"/>
      <w:r w:rsidR="009846DC" w:rsidRPr="00333346">
        <w:rPr>
          <w:lang w:val="pl-PL"/>
        </w:rPr>
        <w:t xml:space="preserve"> Szkół im. gen. Nikodema Sulika</w:t>
      </w:r>
      <w:r w:rsidR="009846DC" w:rsidRPr="00776369">
        <w:rPr>
          <w:lang w:val="mk-MK"/>
        </w:rPr>
        <w:t xml:space="preserve">, </w:t>
      </w:r>
      <w:proofErr w:type="spellStart"/>
      <w:r>
        <w:rPr>
          <w:lang w:val="lt-LT"/>
        </w:rPr>
        <w:t>Dąbrawa</w:t>
      </w:r>
      <w:proofErr w:type="spellEnd"/>
      <w:r>
        <w:rPr>
          <w:lang w:val="lt-LT"/>
        </w:rPr>
        <w:t xml:space="preserve"> </w:t>
      </w:r>
      <w:proofErr w:type="spellStart"/>
      <w:r>
        <w:rPr>
          <w:lang w:val="lt-LT"/>
        </w:rPr>
        <w:t>Bialystocka</w:t>
      </w:r>
      <w:proofErr w:type="spellEnd"/>
      <w:r>
        <w:rPr>
          <w:lang w:val="lt-LT"/>
        </w:rPr>
        <w:t xml:space="preserve"> - </w:t>
      </w:r>
      <w:proofErr w:type="spellStart"/>
      <w:r>
        <w:rPr>
          <w:lang w:val="lt-LT"/>
        </w:rPr>
        <w:t>Polska</w:t>
      </w:r>
      <w:proofErr w:type="spellEnd"/>
    </w:p>
    <w:bookmarkEnd w:id="0"/>
    <w:p w14:paraId="78BA5B4E" w14:textId="77777777" w:rsidR="009846DC" w:rsidRPr="009846DC" w:rsidRDefault="009846DC" w:rsidP="00A4511F">
      <w:pPr>
        <w:spacing w:after="0"/>
        <w:jc w:val="right"/>
        <w:rPr>
          <w:b/>
          <w:lang w:val="mk-MK"/>
        </w:rPr>
      </w:pPr>
    </w:p>
    <w:p w14:paraId="242D98E7" w14:textId="77777777" w:rsidR="00C719A5" w:rsidRPr="00C719A5" w:rsidRDefault="00C719A5" w:rsidP="00C719A5">
      <w:pPr>
        <w:pStyle w:val="prastasiniatinklio"/>
        <w:rPr>
          <w:lang w:val="pl-PL"/>
        </w:rPr>
      </w:pPr>
      <w:proofErr w:type="spellStart"/>
      <w:r w:rsidRPr="00C719A5">
        <w:rPr>
          <w:b/>
          <w:bCs/>
          <w:lang w:val="pl-PL"/>
        </w:rPr>
        <w:t>Partnerių</w:t>
      </w:r>
      <w:proofErr w:type="spellEnd"/>
      <w:r w:rsidRPr="00C719A5">
        <w:rPr>
          <w:b/>
          <w:bCs/>
          <w:lang w:val="pl-PL"/>
        </w:rPr>
        <w:t xml:space="preserve"> </w:t>
      </w:r>
      <w:proofErr w:type="spellStart"/>
      <w:r w:rsidRPr="00C719A5">
        <w:rPr>
          <w:b/>
          <w:bCs/>
          <w:lang w:val="pl-PL"/>
        </w:rPr>
        <w:t>mokyklos</w:t>
      </w:r>
      <w:proofErr w:type="spellEnd"/>
      <w:r w:rsidRPr="00C719A5">
        <w:rPr>
          <w:b/>
          <w:bCs/>
          <w:lang w:val="pl-PL"/>
        </w:rPr>
        <w:t>:</w:t>
      </w:r>
    </w:p>
    <w:p w14:paraId="63047415" w14:textId="77777777" w:rsidR="00A4511F" w:rsidRPr="00333346" w:rsidRDefault="00A4511F" w:rsidP="00A4511F">
      <w:pPr>
        <w:spacing w:after="0"/>
        <w:rPr>
          <w:noProof/>
          <w:lang w:val="pl-PL"/>
        </w:rPr>
      </w:pPr>
    </w:p>
    <w:p w14:paraId="3CE62365" w14:textId="77777777" w:rsidR="00A4511F" w:rsidRPr="00333346" w:rsidRDefault="00A4511F" w:rsidP="00A4511F">
      <w:pPr>
        <w:spacing w:after="0"/>
        <w:rPr>
          <w:noProof/>
          <w:lang w:val="pl-PL"/>
        </w:rPr>
      </w:pPr>
      <w:r w:rsidRPr="00333346">
        <w:rPr>
          <w:noProof/>
          <w:lang w:val="pl-PL"/>
        </w:rPr>
        <w:t xml:space="preserve">               </w:t>
      </w:r>
      <w:r>
        <w:rPr>
          <w:noProof/>
        </w:rPr>
        <w:drawing>
          <wp:inline distT="0" distB="0" distL="0" distR="0" wp14:anchorId="6BE2D51F" wp14:editId="7816FD3F">
            <wp:extent cx="952500" cy="896471"/>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litwa.jpg"/>
                    <pic:cNvPicPr/>
                  </pic:nvPicPr>
                  <pic:blipFill>
                    <a:blip r:embed="rId17">
                      <a:extLst>
                        <a:ext uri="{28A0092B-C50C-407E-A947-70E740481C1C}">
                          <a14:useLocalDpi xmlns:a14="http://schemas.microsoft.com/office/drawing/2010/main" val="0"/>
                        </a:ext>
                      </a:extLst>
                    </a:blip>
                    <a:stretch>
                      <a:fillRect/>
                    </a:stretch>
                  </pic:blipFill>
                  <pic:spPr>
                    <a:xfrm>
                      <a:off x="0" y="0"/>
                      <a:ext cx="952500" cy="896471"/>
                    </a:xfrm>
                    <a:prstGeom prst="rect">
                      <a:avLst/>
                    </a:prstGeom>
                  </pic:spPr>
                </pic:pic>
              </a:graphicData>
            </a:graphic>
          </wp:inline>
        </w:drawing>
      </w:r>
      <w:r w:rsidRPr="00333346">
        <w:rPr>
          <w:noProof/>
          <w:lang w:val="pl-PL"/>
        </w:rPr>
        <w:t xml:space="preserve">                                     </w:t>
      </w:r>
      <w:r w:rsidR="009846DC">
        <w:rPr>
          <w:noProof/>
          <w:lang w:val="mk-MK"/>
        </w:rPr>
        <w:t xml:space="preserve">          </w:t>
      </w:r>
      <w:r>
        <w:rPr>
          <w:noProof/>
        </w:rPr>
        <w:drawing>
          <wp:inline distT="0" distB="0" distL="0" distR="0" wp14:anchorId="24FE44D0" wp14:editId="49A29AD5">
            <wp:extent cx="1039723" cy="1096819"/>
            <wp:effectExtent l="0" t="0" r="8255" b="825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Cypr.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039145" cy="1096209"/>
                    </a:xfrm>
                    <a:prstGeom prst="rect">
                      <a:avLst/>
                    </a:prstGeom>
                  </pic:spPr>
                </pic:pic>
              </a:graphicData>
            </a:graphic>
          </wp:inline>
        </w:drawing>
      </w:r>
      <w:r w:rsidRPr="00333346">
        <w:rPr>
          <w:noProof/>
          <w:lang w:val="pl-PL"/>
        </w:rPr>
        <w:t xml:space="preserve">                          </w:t>
      </w:r>
      <w:r>
        <w:rPr>
          <w:noProof/>
        </w:rPr>
        <w:drawing>
          <wp:inline distT="0" distB="0" distL="0" distR="0" wp14:anchorId="7E1AAADA" wp14:editId="6019665A">
            <wp:extent cx="1661160" cy="909734"/>
            <wp:effectExtent l="0" t="0" r="0" b="508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malta (1).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660656" cy="909458"/>
                    </a:xfrm>
                    <a:prstGeom prst="rect">
                      <a:avLst/>
                    </a:prstGeom>
                  </pic:spPr>
                </pic:pic>
              </a:graphicData>
            </a:graphic>
          </wp:inline>
        </w:drawing>
      </w:r>
    </w:p>
    <w:p w14:paraId="5B71DECC" w14:textId="77777777" w:rsidR="00C719A5" w:rsidRDefault="00A4511F" w:rsidP="00C719A5">
      <w:pPr>
        <w:spacing w:after="0"/>
        <w:rPr>
          <w:lang w:val="pl-PL"/>
        </w:rPr>
      </w:pPr>
      <w:r w:rsidRPr="00333346">
        <w:rPr>
          <w:lang w:val="pl-PL"/>
        </w:rPr>
        <w:t xml:space="preserve">     </w:t>
      </w:r>
      <w:proofErr w:type="spellStart"/>
      <w:r w:rsidR="00C719A5" w:rsidRPr="00C719A5">
        <w:rPr>
          <w:lang w:val="pl-PL"/>
        </w:rPr>
        <w:t>Jano</w:t>
      </w:r>
      <w:proofErr w:type="spellEnd"/>
      <w:r w:rsidR="00C719A5" w:rsidRPr="00C719A5">
        <w:rPr>
          <w:lang w:val="pl-PL"/>
        </w:rPr>
        <w:t xml:space="preserve"> Sniadeckio </w:t>
      </w:r>
      <w:r w:rsidR="00C719A5">
        <w:rPr>
          <w:lang w:val="pl-PL"/>
        </w:rPr>
        <w:t xml:space="preserve">gimnazja </w:t>
      </w:r>
      <w:proofErr w:type="spellStart"/>
      <w:r w:rsidR="00C719A5">
        <w:rPr>
          <w:lang w:val="pl-PL"/>
        </w:rPr>
        <w:t>Šalčininkuose</w:t>
      </w:r>
      <w:proofErr w:type="spellEnd"/>
      <w:r w:rsidR="00C719A5">
        <w:rPr>
          <w:lang w:val="pl-PL"/>
        </w:rPr>
        <w:t xml:space="preserve">- </w:t>
      </w:r>
    </w:p>
    <w:p w14:paraId="6EF79433" w14:textId="6CB58C97" w:rsidR="00C719A5" w:rsidRPr="00C719A5" w:rsidRDefault="00C719A5" w:rsidP="00C719A5">
      <w:pPr>
        <w:spacing w:after="0"/>
        <w:rPr>
          <w:lang w:val="pl-PL"/>
        </w:rPr>
      </w:pPr>
      <w:r>
        <w:rPr>
          <w:lang w:val="pl-PL"/>
        </w:rPr>
        <w:t xml:space="preserve">                         </w:t>
      </w:r>
      <w:proofErr w:type="spellStart"/>
      <w:r>
        <w:rPr>
          <w:lang w:val="pl-PL"/>
        </w:rPr>
        <w:t>Lietuva</w:t>
      </w:r>
      <w:proofErr w:type="spellEnd"/>
    </w:p>
    <w:p w14:paraId="2AFD5CBE" w14:textId="590652B3" w:rsidR="00A4511F" w:rsidRPr="00C719A5" w:rsidRDefault="00A4511F" w:rsidP="00A4511F">
      <w:pPr>
        <w:spacing w:after="0"/>
        <w:rPr>
          <w:lang w:val="pl-PL"/>
        </w:rPr>
      </w:pPr>
    </w:p>
    <w:p w14:paraId="54DBB45F" w14:textId="77777777" w:rsidR="00A4511F" w:rsidRDefault="00A4511F" w:rsidP="00A4511F">
      <w:pPr>
        <w:spacing w:after="0"/>
        <w:rPr>
          <w:lang w:val="mk-MK"/>
        </w:rPr>
      </w:pPr>
      <w:r w:rsidRPr="00C719A5">
        <w:rPr>
          <w:b/>
          <w:noProof/>
          <w:lang w:val="pl-PL"/>
        </w:rPr>
        <w:t xml:space="preserve">       </w:t>
      </w:r>
      <w:r w:rsidRPr="005537CF">
        <w:rPr>
          <w:b/>
          <w:noProof/>
        </w:rPr>
        <w:drawing>
          <wp:inline distT="0" distB="0" distL="0" distR="0" wp14:anchorId="49787FF5" wp14:editId="2ED1BE1C">
            <wp:extent cx="1066800" cy="891540"/>
            <wp:effectExtent l="0" t="0" r="0" b="381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macedonia.jpg"/>
                    <pic:cNvPicPr/>
                  </pic:nvPicPr>
                  <pic:blipFill>
                    <a:blip r:embed="rId20">
                      <a:extLst>
                        <a:ext uri="{28A0092B-C50C-407E-A947-70E740481C1C}">
                          <a14:useLocalDpi xmlns:a14="http://schemas.microsoft.com/office/drawing/2010/main" val="0"/>
                        </a:ext>
                      </a:extLst>
                    </a:blip>
                    <a:stretch>
                      <a:fillRect/>
                    </a:stretch>
                  </pic:blipFill>
                  <pic:spPr>
                    <a:xfrm>
                      <a:off x="0" y="0"/>
                      <a:ext cx="1066800" cy="891540"/>
                    </a:xfrm>
                    <a:prstGeom prst="rect">
                      <a:avLst/>
                    </a:prstGeom>
                  </pic:spPr>
                </pic:pic>
              </a:graphicData>
            </a:graphic>
          </wp:inline>
        </w:drawing>
      </w:r>
      <w:r w:rsidRPr="00C719A5">
        <w:rPr>
          <w:b/>
          <w:noProof/>
          <w:lang w:val="pl-PL"/>
        </w:rPr>
        <w:t xml:space="preserve">                                                                   </w:t>
      </w:r>
      <w:r>
        <w:rPr>
          <w:noProof/>
        </w:rPr>
        <w:drawing>
          <wp:inline distT="0" distB="0" distL="0" distR="0" wp14:anchorId="3F77056C" wp14:editId="5417E47D">
            <wp:extent cx="1813560" cy="1310640"/>
            <wp:effectExtent l="0" t="0" r="0" b="381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Grecja.jpg"/>
                    <pic:cNvPicPr/>
                  </pic:nvPicPr>
                  <pic:blipFill>
                    <a:blip r:embed="rId21">
                      <a:extLst>
                        <a:ext uri="{28A0092B-C50C-407E-A947-70E740481C1C}">
                          <a14:useLocalDpi xmlns:a14="http://schemas.microsoft.com/office/drawing/2010/main" val="0"/>
                        </a:ext>
                      </a:extLst>
                    </a:blip>
                    <a:stretch>
                      <a:fillRect/>
                    </a:stretch>
                  </pic:blipFill>
                  <pic:spPr>
                    <a:xfrm>
                      <a:off x="0" y="0"/>
                      <a:ext cx="1813560" cy="1310640"/>
                    </a:xfrm>
                    <a:prstGeom prst="rect">
                      <a:avLst/>
                    </a:prstGeom>
                  </pic:spPr>
                </pic:pic>
              </a:graphicData>
            </a:graphic>
          </wp:inline>
        </w:drawing>
      </w:r>
    </w:p>
    <w:p w14:paraId="0BA38811" w14:textId="77777777" w:rsidR="00A4511F" w:rsidRPr="00333346" w:rsidRDefault="00A4511F" w:rsidP="00A4511F">
      <w:pPr>
        <w:rPr>
          <w:lang w:val="mk-MK"/>
        </w:rPr>
      </w:pPr>
      <w:r w:rsidRPr="00333346">
        <w:rPr>
          <w:lang w:val="mk-MK"/>
        </w:rPr>
        <w:t>О</w:t>
      </w:r>
      <w:r>
        <w:rPr>
          <w:lang w:val="mk-MK"/>
        </w:rPr>
        <w:t>ОУ</w:t>
      </w:r>
      <w:r w:rsidRPr="00333346">
        <w:rPr>
          <w:lang w:val="mk-MK"/>
        </w:rPr>
        <w:t>„Кочо Рацин“ - Кратово – С. Македонија                      1st General Lyceum</w:t>
      </w:r>
      <w:r w:rsidRPr="00776369">
        <w:rPr>
          <w:lang w:val="mk-MK"/>
        </w:rPr>
        <w:t xml:space="preserve">, </w:t>
      </w:r>
      <w:r w:rsidRPr="00333346">
        <w:rPr>
          <w:lang w:val="mk-MK"/>
        </w:rPr>
        <w:t>Jерапетра – Грција</w:t>
      </w:r>
    </w:p>
    <w:p w14:paraId="1BA7A8B4" w14:textId="77777777" w:rsidR="00A4511F" w:rsidRPr="00333346" w:rsidRDefault="00A4511F" w:rsidP="00A4511F">
      <w:pPr>
        <w:rPr>
          <w:lang w:val="mk-MK"/>
        </w:rPr>
      </w:pPr>
    </w:p>
    <w:p w14:paraId="6935B49D" w14:textId="77777777" w:rsidR="00C719A5" w:rsidRPr="00C719A5" w:rsidRDefault="00C719A5" w:rsidP="00C719A5">
      <w:pPr>
        <w:jc w:val="center"/>
        <w:rPr>
          <w:lang w:val="mk-MK"/>
        </w:rPr>
      </w:pPr>
      <w:r w:rsidRPr="00C719A5">
        <w:rPr>
          <w:lang w:val="mk-MK"/>
        </w:rPr>
        <w:t>Nuo 2023 m. spalio 1 d. iki 2025 m. rugsėjo 30 d. – 24 mėnesiai.</w:t>
      </w:r>
    </w:p>
    <w:p w14:paraId="0C3F5CB4" w14:textId="4C5EDB5A" w:rsidR="009846DC" w:rsidRDefault="00C719A5" w:rsidP="00C719A5">
      <w:pPr>
        <w:jc w:val="center"/>
        <w:rPr>
          <w:lang w:val="mk-MK"/>
        </w:rPr>
      </w:pPr>
      <w:r w:rsidRPr="00C719A5">
        <w:rPr>
          <w:lang w:val="mk-MK"/>
        </w:rPr>
        <w:t>Finansuoja Europos Sąjunga, skirdama 250 000 EUR visoms šalims partnerėms.</w:t>
      </w:r>
    </w:p>
    <w:p w14:paraId="75D42633" w14:textId="77777777" w:rsidR="009846DC" w:rsidRDefault="009846DC" w:rsidP="00A4511F">
      <w:pPr>
        <w:jc w:val="center"/>
        <w:rPr>
          <w:lang w:val="mk-MK"/>
        </w:rPr>
      </w:pPr>
    </w:p>
    <w:p w14:paraId="66CA774C" w14:textId="77777777" w:rsidR="008C64C0" w:rsidRPr="009846DC" w:rsidRDefault="008C64C0" w:rsidP="000276AA">
      <w:pPr>
        <w:rPr>
          <w:lang w:val="mk-MK"/>
        </w:rPr>
      </w:pPr>
    </w:p>
    <w:p w14:paraId="0B78949D" w14:textId="77777777" w:rsidR="00FE7324" w:rsidRDefault="00FE7324" w:rsidP="00A4511F">
      <w:pPr>
        <w:jc w:val="center"/>
        <w:rPr>
          <w:sz w:val="32"/>
          <w:szCs w:val="32"/>
        </w:rPr>
      </w:pPr>
    </w:p>
    <w:p w14:paraId="49E16441" w14:textId="77777777" w:rsidR="00FE7324" w:rsidRDefault="00FE7324" w:rsidP="00A4511F">
      <w:pPr>
        <w:jc w:val="center"/>
        <w:rPr>
          <w:sz w:val="32"/>
          <w:szCs w:val="32"/>
        </w:rPr>
      </w:pPr>
    </w:p>
    <w:p w14:paraId="004F99B9" w14:textId="21430665" w:rsidR="00A4511F" w:rsidRPr="006B7B99" w:rsidRDefault="00600F07" w:rsidP="00A4511F">
      <w:pPr>
        <w:jc w:val="center"/>
        <w:rPr>
          <w:sz w:val="32"/>
          <w:szCs w:val="32"/>
        </w:rPr>
      </w:pPr>
      <w:proofErr w:type="spellStart"/>
      <w:r>
        <w:rPr>
          <w:sz w:val="32"/>
          <w:szCs w:val="32"/>
        </w:rPr>
        <w:lastRenderedPageBreak/>
        <w:t>Projekto</w:t>
      </w:r>
      <w:proofErr w:type="spellEnd"/>
      <w:r>
        <w:rPr>
          <w:sz w:val="32"/>
          <w:szCs w:val="32"/>
        </w:rPr>
        <w:t xml:space="preserve"> </w:t>
      </w:r>
      <w:proofErr w:type="spellStart"/>
      <w:r>
        <w:rPr>
          <w:sz w:val="32"/>
          <w:szCs w:val="32"/>
        </w:rPr>
        <w:t>tikslas</w:t>
      </w:r>
      <w:proofErr w:type="spellEnd"/>
      <w:r>
        <w:rPr>
          <w:sz w:val="32"/>
          <w:szCs w:val="32"/>
        </w:rPr>
        <w:t>:</w:t>
      </w:r>
    </w:p>
    <w:p w14:paraId="1E57E4E9" w14:textId="77777777" w:rsidR="00600F07" w:rsidRDefault="00600F07" w:rsidP="00600F07">
      <w:pPr>
        <w:pStyle w:val="Sraopastraipa"/>
        <w:numPr>
          <w:ilvl w:val="0"/>
          <w:numId w:val="14"/>
        </w:numPr>
      </w:pPr>
      <w:proofErr w:type="spellStart"/>
      <w:r>
        <w:t>Susipažinimas</w:t>
      </w:r>
      <w:proofErr w:type="spellEnd"/>
      <w:r>
        <w:t xml:space="preserve"> </w:t>
      </w:r>
      <w:proofErr w:type="spellStart"/>
      <w:r>
        <w:t>su</w:t>
      </w:r>
      <w:proofErr w:type="spellEnd"/>
      <w:r>
        <w:t xml:space="preserve"> </w:t>
      </w:r>
      <w:proofErr w:type="spellStart"/>
      <w:r>
        <w:t>senelių</w:t>
      </w:r>
      <w:proofErr w:type="spellEnd"/>
      <w:r>
        <w:t xml:space="preserve"> </w:t>
      </w:r>
      <w:proofErr w:type="spellStart"/>
      <w:r>
        <w:t>kartos</w:t>
      </w:r>
      <w:proofErr w:type="spellEnd"/>
      <w:r>
        <w:t xml:space="preserve"> </w:t>
      </w:r>
      <w:proofErr w:type="spellStart"/>
      <w:r>
        <w:t>žaidimais</w:t>
      </w:r>
      <w:proofErr w:type="spellEnd"/>
      <w:r>
        <w:t xml:space="preserve"> </w:t>
      </w:r>
      <w:proofErr w:type="spellStart"/>
      <w:r>
        <w:t>ir</w:t>
      </w:r>
      <w:proofErr w:type="spellEnd"/>
      <w:r>
        <w:t xml:space="preserve"> </w:t>
      </w:r>
      <w:proofErr w:type="spellStart"/>
      <w:r>
        <w:t>veikla</w:t>
      </w:r>
      <w:proofErr w:type="spellEnd"/>
      <w:r>
        <w:t>.</w:t>
      </w:r>
    </w:p>
    <w:p w14:paraId="2CF57F76" w14:textId="1C12F8B3" w:rsidR="00600F07" w:rsidRDefault="00600F07" w:rsidP="00600F07">
      <w:pPr>
        <w:pStyle w:val="Sraopastraipa"/>
        <w:numPr>
          <w:ilvl w:val="0"/>
          <w:numId w:val="14"/>
        </w:numPr>
      </w:pPr>
      <w:proofErr w:type="spellStart"/>
      <w:r>
        <w:t>Darbo</w:t>
      </w:r>
      <w:proofErr w:type="spellEnd"/>
      <w:r>
        <w:t xml:space="preserve"> </w:t>
      </w:r>
      <w:proofErr w:type="spellStart"/>
      <w:r>
        <w:t>kokybės</w:t>
      </w:r>
      <w:proofErr w:type="spellEnd"/>
      <w:r>
        <w:t xml:space="preserve"> </w:t>
      </w:r>
      <w:proofErr w:type="spellStart"/>
      <w:r>
        <w:t>gerinimas</w:t>
      </w:r>
      <w:proofErr w:type="spellEnd"/>
      <w:r>
        <w:t xml:space="preserve"> </w:t>
      </w:r>
      <w:proofErr w:type="spellStart"/>
      <w:r>
        <w:t>mokyklose</w:t>
      </w:r>
      <w:proofErr w:type="spellEnd"/>
      <w:r>
        <w:t xml:space="preserve">, </w:t>
      </w:r>
      <w:proofErr w:type="spellStart"/>
      <w:r>
        <w:t>įgyvendinant</w:t>
      </w:r>
      <w:proofErr w:type="spellEnd"/>
      <w:r>
        <w:t xml:space="preserve"> </w:t>
      </w:r>
      <w:proofErr w:type="spellStart"/>
      <w:r>
        <w:t>kalbos</w:t>
      </w:r>
      <w:proofErr w:type="spellEnd"/>
      <w:r>
        <w:t xml:space="preserve"> </w:t>
      </w:r>
      <w:proofErr w:type="spellStart"/>
      <w:r>
        <w:t>mokymą</w:t>
      </w:r>
      <w:proofErr w:type="spellEnd"/>
      <w:r>
        <w:t xml:space="preserve"> </w:t>
      </w:r>
      <w:proofErr w:type="spellStart"/>
      <w:r>
        <w:t>ir</w:t>
      </w:r>
      <w:proofErr w:type="spellEnd"/>
      <w:r>
        <w:t xml:space="preserve"> </w:t>
      </w:r>
      <w:proofErr w:type="spellStart"/>
      <w:r>
        <w:t>ugdant</w:t>
      </w:r>
      <w:proofErr w:type="spellEnd"/>
      <w:r>
        <w:t xml:space="preserve"> </w:t>
      </w:r>
      <w:proofErr w:type="spellStart"/>
      <w:r>
        <w:t>jaunimo</w:t>
      </w:r>
      <w:proofErr w:type="spellEnd"/>
      <w:r>
        <w:t xml:space="preserve"> </w:t>
      </w:r>
      <w:proofErr w:type="spellStart"/>
      <w:r>
        <w:t>socialinius</w:t>
      </w:r>
      <w:proofErr w:type="spellEnd"/>
      <w:r>
        <w:t xml:space="preserve"> </w:t>
      </w:r>
      <w:proofErr w:type="spellStart"/>
      <w:r>
        <w:t>įgūdžius</w:t>
      </w:r>
      <w:proofErr w:type="spellEnd"/>
      <w:r>
        <w:t xml:space="preserve"> po Covid </w:t>
      </w:r>
      <w:proofErr w:type="spellStart"/>
      <w:proofErr w:type="gramStart"/>
      <w:r>
        <w:t>pandemijos.ü</w:t>
      </w:r>
      <w:proofErr w:type="spellEnd"/>
      <w:proofErr w:type="gramEnd"/>
      <w:r>
        <w:t xml:space="preserve">  </w:t>
      </w:r>
      <w:proofErr w:type="spellStart"/>
      <w:r>
        <w:t>Tarpgeneracinės</w:t>
      </w:r>
      <w:proofErr w:type="spellEnd"/>
      <w:r>
        <w:t xml:space="preserve"> </w:t>
      </w:r>
      <w:proofErr w:type="spellStart"/>
      <w:r>
        <w:t>komunikacijos</w:t>
      </w:r>
      <w:proofErr w:type="spellEnd"/>
      <w:r>
        <w:t xml:space="preserve"> tarp </w:t>
      </w:r>
      <w:proofErr w:type="spellStart"/>
      <w:r>
        <w:t>vaikų</w:t>
      </w:r>
      <w:proofErr w:type="spellEnd"/>
      <w:r>
        <w:t xml:space="preserve">, </w:t>
      </w:r>
      <w:proofErr w:type="spellStart"/>
      <w:r>
        <w:t>tėvų</w:t>
      </w:r>
      <w:proofErr w:type="spellEnd"/>
      <w:r>
        <w:t xml:space="preserve"> </w:t>
      </w:r>
      <w:proofErr w:type="spellStart"/>
      <w:r>
        <w:t>ir</w:t>
      </w:r>
      <w:proofErr w:type="spellEnd"/>
      <w:r>
        <w:t xml:space="preserve"> </w:t>
      </w:r>
      <w:proofErr w:type="spellStart"/>
      <w:r>
        <w:t>senelių</w:t>
      </w:r>
      <w:proofErr w:type="spellEnd"/>
      <w:r>
        <w:t xml:space="preserve"> </w:t>
      </w:r>
      <w:proofErr w:type="spellStart"/>
      <w:r>
        <w:t>stiprinimas</w:t>
      </w:r>
      <w:proofErr w:type="spellEnd"/>
      <w:r>
        <w:t>.</w:t>
      </w:r>
    </w:p>
    <w:p w14:paraId="612789E9" w14:textId="24CC0C53" w:rsidR="00600F07" w:rsidRDefault="00600F07" w:rsidP="00600F07">
      <w:pPr>
        <w:pStyle w:val="Sraopastraipa"/>
        <w:numPr>
          <w:ilvl w:val="0"/>
          <w:numId w:val="14"/>
        </w:numPr>
      </w:pPr>
      <w:proofErr w:type="spellStart"/>
      <w:r>
        <w:t>Kūno</w:t>
      </w:r>
      <w:proofErr w:type="spellEnd"/>
      <w:r>
        <w:t xml:space="preserve"> </w:t>
      </w:r>
      <w:proofErr w:type="spellStart"/>
      <w:r>
        <w:t>kultūros</w:t>
      </w:r>
      <w:proofErr w:type="spellEnd"/>
      <w:r>
        <w:t xml:space="preserve"> </w:t>
      </w:r>
      <w:proofErr w:type="spellStart"/>
      <w:r>
        <w:t>pamokų</w:t>
      </w:r>
      <w:proofErr w:type="spellEnd"/>
      <w:r>
        <w:t xml:space="preserve"> </w:t>
      </w:r>
      <w:proofErr w:type="spellStart"/>
      <w:r>
        <w:t>stiprinimas</w:t>
      </w:r>
      <w:proofErr w:type="spellEnd"/>
      <w:r>
        <w:t xml:space="preserve"> </w:t>
      </w:r>
      <w:proofErr w:type="spellStart"/>
      <w:r>
        <w:t>ir</w:t>
      </w:r>
      <w:proofErr w:type="spellEnd"/>
      <w:r>
        <w:t xml:space="preserve"> </w:t>
      </w:r>
      <w:proofErr w:type="spellStart"/>
      <w:r>
        <w:t>jaunimo</w:t>
      </w:r>
      <w:proofErr w:type="spellEnd"/>
      <w:r>
        <w:t xml:space="preserve"> </w:t>
      </w:r>
      <w:proofErr w:type="spellStart"/>
      <w:r>
        <w:t>fizinio</w:t>
      </w:r>
      <w:proofErr w:type="spellEnd"/>
      <w:r>
        <w:t xml:space="preserve"> </w:t>
      </w:r>
      <w:proofErr w:type="spellStart"/>
      <w:r>
        <w:t>aktyvumo</w:t>
      </w:r>
      <w:proofErr w:type="spellEnd"/>
      <w:r>
        <w:t xml:space="preserve"> </w:t>
      </w:r>
      <w:proofErr w:type="spellStart"/>
      <w:r>
        <w:t>didinimas</w:t>
      </w:r>
      <w:proofErr w:type="spellEnd"/>
      <w:r>
        <w:t>.</w:t>
      </w:r>
    </w:p>
    <w:p w14:paraId="2BC97A43" w14:textId="7EECB516" w:rsidR="00A4511F" w:rsidRDefault="00600F07" w:rsidP="00600F07">
      <w:pPr>
        <w:pStyle w:val="Sraopastraipa"/>
        <w:numPr>
          <w:ilvl w:val="0"/>
          <w:numId w:val="14"/>
        </w:numPr>
      </w:pPr>
      <w:proofErr w:type="spellStart"/>
      <w:r>
        <w:t>Mokinių</w:t>
      </w:r>
      <w:proofErr w:type="spellEnd"/>
      <w:r>
        <w:t xml:space="preserve"> </w:t>
      </w:r>
      <w:proofErr w:type="spellStart"/>
      <w:r>
        <w:t>ir</w:t>
      </w:r>
      <w:proofErr w:type="spellEnd"/>
      <w:r>
        <w:t xml:space="preserve"> </w:t>
      </w:r>
      <w:proofErr w:type="spellStart"/>
      <w:r>
        <w:t>jų</w:t>
      </w:r>
      <w:proofErr w:type="spellEnd"/>
      <w:r>
        <w:t xml:space="preserve"> </w:t>
      </w:r>
      <w:proofErr w:type="spellStart"/>
      <w:r>
        <w:t>bendraamžių</w:t>
      </w:r>
      <w:proofErr w:type="spellEnd"/>
      <w:r>
        <w:t xml:space="preserve"> </w:t>
      </w:r>
      <w:proofErr w:type="spellStart"/>
      <w:r>
        <w:t>santykių</w:t>
      </w:r>
      <w:proofErr w:type="spellEnd"/>
      <w:r>
        <w:t xml:space="preserve"> </w:t>
      </w:r>
      <w:proofErr w:type="spellStart"/>
      <w:r>
        <w:t>atkūrimas</w:t>
      </w:r>
      <w:proofErr w:type="spellEnd"/>
      <w:r>
        <w:t xml:space="preserve"> </w:t>
      </w:r>
      <w:proofErr w:type="spellStart"/>
      <w:r>
        <w:t>ir</w:t>
      </w:r>
      <w:proofErr w:type="spellEnd"/>
      <w:r>
        <w:t xml:space="preserve"> </w:t>
      </w:r>
      <w:proofErr w:type="spellStart"/>
      <w:r>
        <w:t>atstatymas</w:t>
      </w:r>
      <w:proofErr w:type="spellEnd"/>
      <w:r>
        <w:t xml:space="preserve">, </w:t>
      </w:r>
      <w:proofErr w:type="spellStart"/>
      <w:r>
        <w:t>nes</w:t>
      </w:r>
      <w:proofErr w:type="spellEnd"/>
      <w:r>
        <w:t xml:space="preserve"> </w:t>
      </w:r>
      <w:proofErr w:type="spellStart"/>
      <w:r>
        <w:t>tyrimai</w:t>
      </w:r>
      <w:proofErr w:type="spellEnd"/>
      <w:r>
        <w:t xml:space="preserve"> </w:t>
      </w:r>
      <w:proofErr w:type="spellStart"/>
      <w:r>
        <w:t>parodė</w:t>
      </w:r>
      <w:proofErr w:type="spellEnd"/>
      <w:r>
        <w:t xml:space="preserve">, </w:t>
      </w:r>
      <w:proofErr w:type="spellStart"/>
      <w:r>
        <w:t>kad</w:t>
      </w:r>
      <w:proofErr w:type="spellEnd"/>
      <w:r>
        <w:t xml:space="preserve"> </w:t>
      </w:r>
      <w:proofErr w:type="spellStart"/>
      <w:r>
        <w:t>didžiausia</w:t>
      </w:r>
      <w:proofErr w:type="spellEnd"/>
      <w:r>
        <w:t xml:space="preserve"> </w:t>
      </w:r>
      <w:proofErr w:type="spellStart"/>
      <w:r>
        <w:t>problema</w:t>
      </w:r>
      <w:proofErr w:type="spellEnd"/>
      <w:r>
        <w:t xml:space="preserve"> </w:t>
      </w:r>
      <w:proofErr w:type="spellStart"/>
      <w:r>
        <w:t>jauniems</w:t>
      </w:r>
      <w:proofErr w:type="spellEnd"/>
      <w:r>
        <w:t xml:space="preserve"> </w:t>
      </w:r>
      <w:proofErr w:type="spellStart"/>
      <w:r>
        <w:t>žmonėms</w:t>
      </w:r>
      <w:proofErr w:type="spellEnd"/>
      <w:r>
        <w:t xml:space="preserve">, </w:t>
      </w:r>
      <w:proofErr w:type="spellStart"/>
      <w:r>
        <w:t>besimokantiems</w:t>
      </w:r>
      <w:proofErr w:type="spellEnd"/>
      <w:r>
        <w:t xml:space="preserve"> </w:t>
      </w:r>
      <w:proofErr w:type="spellStart"/>
      <w:r>
        <w:t>nuotoliniu</w:t>
      </w:r>
      <w:proofErr w:type="spellEnd"/>
      <w:r>
        <w:t xml:space="preserve"> </w:t>
      </w:r>
      <w:proofErr w:type="spellStart"/>
      <w:r>
        <w:t>būdu</w:t>
      </w:r>
      <w:proofErr w:type="spellEnd"/>
      <w:r>
        <w:t xml:space="preserve">, </w:t>
      </w:r>
      <w:proofErr w:type="spellStart"/>
      <w:r>
        <w:t>yra</w:t>
      </w:r>
      <w:proofErr w:type="spellEnd"/>
      <w:r>
        <w:t xml:space="preserve"> </w:t>
      </w:r>
      <w:proofErr w:type="spellStart"/>
      <w:r>
        <w:t>asmeninio</w:t>
      </w:r>
      <w:proofErr w:type="spellEnd"/>
      <w:r>
        <w:t xml:space="preserve"> </w:t>
      </w:r>
      <w:proofErr w:type="spellStart"/>
      <w:r>
        <w:t>kontakto</w:t>
      </w:r>
      <w:proofErr w:type="spellEnd"/>
      <w:r>
        <w:t xml:space="preserve"> </w:t>
      </w:r>
      <w:proofErr w:type="spellStart"/>
      <w:r>
        <w:t>su</w:t>
      </w:r>
      <w:proofErr w:type="spellEnd"/>
      <w:r>
        <w:t xml:space="preserve"> </w:t>
      </w:r>
      <w:proofErr w:type="spellStart"/>
      <w:r>
        <w:t>bendraamžiais</w:t>
      </w:r>
      <w:proofErr w:type="spellEnd"/>
      <w:r>
        <w:t xml:space="preserve"> </w:t>
      </w:r>
      <w:proofErr w:type="spellStart"/>
      <w:r>
        <w:t>trūkumas</w:t>
      </w:r>
      <w:proofErr w:type="spellEnd"/>
      <w:r>
        <w:t xml:space="preserve">; </w:t>
      </w:r>
      <w:proofErr w:type="spellStart"/>
      <w:r>
        <w:t>šiuo</w:t>
      </w:r>
      <w:proofErr w:type="spellEnd"/>
      <w:r>
        <w:t xml:space="preserve"> </w:t>
      </w:r>
      <w:proofErr w:type="spellStart"/>
      <w:r>
        <w:t>projektu</w:t>
      </w:r>
      <w:proofErr w:type="spellEnd"/>
      <w:r>
        <w:t xml:space="preserve"> </w:t>
      </w:r>
      <w:proofErr w:type="spellStart"/>
      <w:r>
        <w:t>norėjome</w:t>
      </w:r>
      <w:proofErr w:type="spellEnd"/>
      <w:r>
        <w:t xml:space="preserve"> tai </w:t>
      </w:r>
      <w:proofErr w:type="spellStart"/>
      <w:r>
        <w:t>pakeisti</w:t>
      </w:r>
      <w:proofErr w:type="spellEnd"/>
      <w:r>
        <w:t>.</w:t>
      </w:r>
    </w:p>
    <w:p w14:paraId="59EBF717" w14:textId="20335D48" w:rsidR="008C31A1" w:rsidRPr="008C31A1" w:rsidRDefault="008C31A1" w:rsidP="008C31A1">
      <w:pPr>
        <w:pStyle w:val="Sraopastraipa"/>
        <w:rPr>
          <w:sz w:val="32"/>
          <w:szCs w:val="32"/>
        </w:rPr>
      </w:pPr>
      <w:r>
        <w:rPr>
          <w:sz w:val="32"/>
          <w:szCs w:val="32"/>
        </w:rPr>
        <w:t xml:space="preserve">                                                  </w:t>
      </w:r>
      <w:proofErr w:type="spellStart"/>
      <w:r w:rsidRPr="008C31A1">
        <w:rPr>
          <w:sz w:val="32"/>
          <w:szCs w:val="32"/>
        </w:rPr>
        <w:t>Dalyviai</w:t>
      </w:r>
      <w:proofErr w:type="spellEnd"/>
      <w:r w:rsidRPr="008C31A1">
        <w:rPr>
          <w:sz w:val="32"/>
          <w:szCs w:val="32"/>
        </w:rPr>
        <w:t>:</w:t>
      </w:r>
    </w:p>
    <w:p w14:paraId="454F6CD0" w14:textId="77777777" w:rsidR="008C31A1" w:rsidRDefault="008C31A1" w:rsidP="008C31A1">
      <w:pPr>
        <w:pStyle w:val="Sraopastraipa"/>
        <w:numPr>
          <w:ilvl w:val="0"/>
          <w:numId w:val="14"/>
        </w:numPr>
      </w:pPr>
      <w:proofErr w:type="spellStart"/>
      <w:r>
        <w:t>Mokytojai</w:t>
      </w:r>
      <w:proofErr w:type="spellEnd"/>
      <w:r>
        <w:t xml:space="preserve"> – </w:t>
      </w:r>
      <w:proofErr w:type="spellStart"/>
      <w:r>
        <w:t>mentoriai</w:t>
      </w:r>
      <w:proofErr w:type="spellEnd"/>
      <w:r>
        <w:t>,</w:t>
      </w:r>
    </w:p>
    <w:p w14:paraId="130E459A" w14:textId="0A2835BD" w:rsidR="008C31A1" w:rsidRDefault="008C31A1" w:rsidP="008C31A1">
      <w:pPr>
        <w:pStyle w:val="Sraopastraipa"/>
        <w:numPr>
          <w:ilvl w:val="0"/>
          <w:numId w:val="14"/>
        </w:numPr>
      </w:pPr>
      <w:proofErr w:type="spellStart"/>
      <w:r>
        <w:t>Mokiniai</w:t>
      </w:r>
      <w:proofErr w:type="spellEnd"/>
      <w:r>
        <w:t xml:space="preserve"> </w:t>
      </w:r>
      <w:proofErr w:type="spellStart"/>
      <w:r>
        <w:t>ir</w:t>
      </w:r>
      <w:proofErr w:type="spellEnd"/>
      <w:r>
        <w:t xml:space="preserve"> </w:t>
      </w:r>
      <w:proofErr w:type="spellStart"/>
      <w:r>
        <w:t>jų</w:t>
      </w:r>
      <w:proofErr w:type="spellEnd"/>
      <w:r>
        <w:t xml:space="preserve"> </w:t>
      </w:r>
      <w:proofErr w:type="spellStart"/>
      <w:r>
        <w:t>šeimos</w:t>
      </w:r>
      <w:proofErr w:type="spellEnd"/>
      <w:r>
        <w:t xml:space="preserve"> </w:t>
      </w:r>
      <w:proofErr w:type="spellStart"/>
      <w:r>
        <w:t>iš</w:t>
      </w:r>
      <w:proofErr w:type="spellEnd"/>
      <w:r>
        <w:t xml:space="preserve"> </w:t>
      </w:r>
      <w:proofErr w:type="spellStart"/>
      <w:r>
        <w:t>Šiaurės</w:t>
      </w:r>
      <w:proofErr w:type="spellEnd"/>
      <w:r>
        <w:t xml:space="preserve"> </w:t>
      </w:r>
      <w:proofErr w:type="spellStart"/>
      <w:r>
        <w:t>Makedonijos</w:t>
      </w:r>
      <w:proofErr w:type="spellEnd"/>
      <w:r>
        <w:t xml:space="preserve">, </w:t>
      </w:r>
      <w:proofErr w:type="spellStart"/>
      <w:r>
        <w:t>Kipro</w:t>
      </w:r>
      <w:proofErr w:type="spellEnd"/>
      <w:r>
        <w:t xml:space="preserve">, </w:t>
      </w:r>
      <w:proofErr w:type="spellStart"/>
      <w:r>
        <w:t>Lietuvos</w:t>
      </w:r>
      <w:proofErr w:type="spellEnd"/>
      <w:r>
        <w:t xml:space="preserve">, </w:t>
      </w:r>
      <w:proofErr w:type="spellStart"/>
      <w:r>
        <w:t>Lenkijos</w:t>
      </w:r>
      <w:proofErr w:type="spellEnd"/>
      <w:r>
        <w:t xml:space="preserve">, </w:t>
      </w:r>
      <w:proofErr w:type="spellStart"/>
      <w:r>
        <w:t>Graikijos</w:t>
      </w:r>
      <w:proofErr w:type="spellEnd"/>
      <w:r>
        <w:t xml:space="preserve"> </w:t>
      </w:r>
      <w:proofErr w:type="spellStart"/>
      <w:r>
        <w:t>ir</w:t>
      </w:r>
      <w:proofErr w:type="spellEnd"/>
      <w:r>
        <w:t xml:space="preserve"> </w:t>
      </w:r>
      <w:proofErr w:type="spellStart"/>
      <w:r>
        <w:t>Maltos</w:t>
      </w:r>
      <w:proofErr w:type="spellEnd"/>
      <w:r>
        <w:t xml:space="preserve"> </w:t>
      </w:r>
      <w:proofErr w:type="spellStart"/>
      <w:r>
        <w:t>mokyklų</w:t>
      </w:r>
      <w:proofErr w:type="spellEnd"/>
      <w:r>
        <w:t>,</w:t>
      </w:r>
    </w:p>
    <w:p w14:paraId="2590D6D9" w14:textId="4BFFFE3B" w:rsidR="008C31A1" w:rsidRDefault="008C31A1" w:rsidP="008C31A1">
      <w:pPr>
        <w:pStyle w:val="Sraopastraipa"/>
        <w:numPr>
          <w:ilvl w:val="0"/>
          <w:numId w:val="14"/>
        </w:numPr>
      </w:pPr>
      <w:proofErr w:type="spellStart"/>
      <w:r>
        <w:t>Mokinių</w:t>
      </w:r>
      <w:proofErr w:type="spellEnd"/>
      <w:r>
        <w:t xml:space="preserve"> </w:t>
      </w:r>
      <w:proofErr w:type="spellStart"/>
      <w:r>
        <w:t>tėvai</w:t>
      </w:r>
      <w:proofErr w:type="spellEnd"/>
      <w:r>
        <w:t xml:space="preserve">, </w:t>
      </w:r>
      <w:proofErr w:type="spellStart"/>
      <w:r>
        <w:t>seneliai</w:t>
      </w:r>
      <w:proofErr w:type="spellEnd"/>
    </w:p>
    <w:p w14:paraId="686039AB" w14:textId="408F1B9F" w:rsidR="00A4511F" w:rsidRDefault="008C31A1" w:rsidP="008C31A1">
      <w:pPr>
        <w:pStyle w:val="Sraopastraipa"/>
      </w:pPr>
      <w:proofErr w:type="spellStart"/>
      <w:r>
        <w:t>Vietos</w:t>
      </w:r>
      <w:proofErr w:type="spellEnd"/>
      <w:r>
        <w:t xml:space="preserve"> </w:t>
      </w:r>
      <w:proofErr w:type="spellStart"/>
      <w:r>
        <w:t>bendruomenė</w:t>
      </w:r>
      <w:proofErr w:type="spellEnd"/>
    </w:p>
    <w:p w14:paraId="4E9153E6" w14:textId="77777777" w:rsidR="00A4511F" w:rsidRDefault="00A4511F" w:rsidP="00A4511F">
      <w:r>
        <w:rPr>
          <w:noProof/>
        </w:rPr>
        <w:t xml:space="preserve">                         </w:t>
      </w:r>
      <w:r w:rsidR="008C64C0">
        <w:rPr>
          <w:noProof/>
        </w:rPr>
        <w:t xml:space="preserve">     </w:t>
      </w:r>
      <w:r>
        <w:rPr>
          <w:noProof/>
        </w:rPr>
        <w:t xml:space="preserve">       </w:t>
      </w:r>
      <w:r>
        <w:rPr>
          <w:noProof/>
        </w:rPr>
        <w:drawing>
          <wp:inline distT="0" distB="0" distL="0" distR="0" wp14:anchorId="33A56A99" wp14:editId="6BF74B97">
            <wp:extent cx="2346690" cy="312892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wa.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346087" cy="3128116"/>
                    </a:xfrm>
                    <a:prstGeom prst="rect">
                      <a:avLst/>
                    </a:prstGeom>
                  </pic:spPr>
                </pic:pic>
              </a:graphicData>
            </a:graphic>
          </wp:inline>
        </w:drawing>
      </w:r>
      <w:r>
        <w:t xml:space="preserve">   </w:t>
      </w:r>
      <w:r>
        <w:rPr>
          <w:noProof/>
        </w:rPr>
        <w:drawing>
          <wp:inline distT="0" distB="0" distL="0" distR="0" wp14:anchorId="091BE229" wp14:editId="0DBFED94">
            <wp:extent cx="2342644" cy="3123526"/>
            <wp:effectExtent l="0" t="0" r="635" b="127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cja - certyfikaty.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344777" cy="3126370"/>
                    </a:xfrm>
                    <a:prstGeom prst="rect">
                      <a:avLst/>
                    </a:prstGeom>
                  </pic:spPr>
                </pic:pic>
              </a:graphicData>
            </a:graphic>
          </wp:inline>
        </w:drawing>
      </w:r>
    </w:p>
    <w:p w14:paraId="384C8548" w14:textId="77777777" w:rsidR="00A4511F" w:rsidRDefault="00A4511F" w:rsidP="00A4511F">
      <w:pPr>
        <w:rPr>
          <w:lang w:val="mk-MK"/>
        </w:rPr>
      </w:pPr>
    </w:p>
    <w:p w14:paraId="6AA1F61E" w14:textId="77777777" w:rsidR="008C64C0" w:rsidRDefault="008C64C0" w:rsidP="00A4511F">
      <w:pPr>
        <w:rPr>
          <w:lang w:val="mk-MK"/>
        </w:rPr>
      </w:pPr>
    </w:p>
    <w:p w14:paraId="626BCA5E" w14:textId="77777777" w:rsidR="008C64C0" w:rsidRDefault="008C64C0" w:rsidP="00A4511F">
      <w:pPr>
        <w:rPr>
          <w:lang w:val="mk-MK"/>
        </w:rPr>
      </w:pPr>
    </w:p>
    <w:p w14:paraId="5C3F6072" w14:textId="77777777" w:rsidR="008C64C0" w:rsidRDefault="008C64C0" w:rsidP="00A4511F">
      <w:pPr>
        <w:rPr>
          <w:lang w:val="mk-MK"/>
        </w:rPr>
      </w:pPr>
    </w:p>
    <w:p w14:paraId="0663EFA0" w14:textId="77777777" w:rsidR="008C64C0" w:rsidRDefault="008C64C0" w:rsidP="00A4511F">
      <w:pPr>
        <w:rPr>
          <w:lang w:val="mk-MK"/>
        </w:rPr>
      </w:pPr>
    </w:p>
    <w:p w14:paraId="42EC8A6B" w14:textId="77777777" w:rsidR="008C64C0" w:rsidRDefault="008C64C0" w:rsidP="00A4511F">
      <w:pPr>
        <w:rPr>
          <w:lang w:val="mk-MK"/>
        </w:rPr>
      </w:pPr>
    </w:p>
    <w:p w14:paraId="0786F4AE" w14:textId="77777777" w:rsidR="008C64C0" w:rsidRPr="008C64C0" w:rsidRDefault="008C64C0" w:rsidP="00A4511F">
      <w:pPr>
        <w:rPr>
          <w:lang w:val="mk-MK"/>
        </w:rPr>
      </w:pPr>
    </w:p>
    <w:p w14:paraId="403F3EE4" w14:textId="77777777" w:rsidR="00F9121C" w:rsidRDefault="00F9121C" w:rsidP="00E44116">
      <w:pPr>
        <w:jc w:val="center"/>
        <w:rPr>
          <w:sz w:val="28"/>
          <w:szCs w:val="28"/>
          <w:lang w:val="mk-MK"/>
        </w:rPr>
      </w:pPr>
    </w:p>
    <w:p w14:paraId="1DCCAA42" w14:textId="17C373D4" w:rsidR="008C31A1" w:rsidRPr="00E44116" w:rsidRDefault="008C31A1" w:rsidP="00E44116">
      <w:pPr>
        <w:jc w:val="center"/>
        <w:rPr>
          <w:sz w:val="28"/>
          <w:szCs w:val="28"/>
          <w:lang w:val="mk-MK"/>
        </w:rPr>
      </w:pPr>
      <w:r w:rsidRPr="00E44116">
        <w:rPr>
          <w:sz w:val="28"/>
          <w:szCs w:val="28"/>
          <w:lang w:val="mk-MK"/>
        </w:rPr>
        <w:lastRenderedPageBreak/>
        <w:t>Rezultatai:</w:t>
      </w:r>
    </w:p>
    <w:p w14:paraId="734831D8" w14:textId="77777777" w:rsidR="00E44116" w:rsidRPr="00E44116" w:rsidRDefault="008C31A1" w:rsidP="00E44116">
      <w:pPr>
        <w:pStyle w:val="Sraopastraipa"/>
        <w:numPr>
          <w:ilvl w:val="0"/>
          <w:numId w:val="15"/>
        </w:numPr>
        <w:rPr>
          <w:lang w:val="mk-MK"/>
        </w:rPr>
      </w:pPr>
      <w:r w:rsidRPr="00E44116">
        <w:rPr>
          <w:lang w:val="mk-MK"/>
        </w:rPr>
        <w:t>Projekte dalyvavo 8 studentai iš kiekvienos šalies (iš viso kiekvienoje mobilumo programoje dalyvavo 48 žmonės) ir 2 mokytojai-tutorai/mentoriai, kurie viešėjo 6 dienas.</w:t>
      </w:r>
    </w:p>
    <w:p w14:paraId="4FAC56F8" w14:textId="655B3E86" w:rsidR="008C31A1" w:rsidRPr="00E44116" w:rsidRDefault="008C31A1" w:rsidP="00E44116">
      <w:pPr>
        <w:pStyle w:val="Sraopastraipa"/>
        <w:numPr>
          <w:ilvl w:val="0"/>
          <w:numId w:val="15"/>
        </w:numPr>
        <w:rPr>
          <w:lang w:val="mk-MK"/>
        </w:rPr>
      </w:pPr>
      <w:r w:rsidRPr="00E44116">
        <w:rPr>
          <w:lang w:val="mk-MK"/>
        </w:rPr>
        <w:t>Remiantis prieš mobilumą nufilmuotais interviu su vyresnio amžiaus piliečiais, kiekviena šalis parengė mažiausiai 10 žaidimų scenarijų (iš viso mažiausiai 60 scenarijų).</w:t>
      </w:r>
    </w:p>
    <w:p w14:paraId="2191511C" w14:textId="036D5569" w:rsidR="008C31A1" w:rsidRPr="00E44116" w:rsidRDefault="008C31A1" w:rsidP="00E44116">
      <w:pPr>
        <w:pStyle w:val="Sraopastraipa"/>
        <w:numPr>
          <w:ilvl w:val="0"/>
          <w:numId w:val="15"/>
        </w:numPr>
        <w:rPr>
          <w:lang w:val="mk-MK"/>
        </w:rPr>
      </w:pPr>
      <w:r w:rsidRPr="00E44116">
        <w:rPr>
          <w:lang w:val="mk-MK"/>
        </w:rPr>
        <w:t xml:space="preserve"> 6 tradicinių žaidimų ir pasirodymų festivaliai vietos bendruomenei, kuriuose dalyvavo mažiausiai 600 dalyvių.</w:t>
      </w:r>
    </w:p>
    <w:p w14:paraId="5EE15545" w14:textId="4ABFAAE3" w:rsidR="008C31A1" w:rsidRPr="00E44116" w:rsidRDefault="008C31A1" w:rsidP="00E44116">
      <w:pPr>
        <w:pStyle w:val="Sraopastraipa"/>
        <w:numPr>
          <w:ilvl w:val="0"/>
          <w:numId w:val="15"/>
        </w:numPr>
        <w:rPr>
          <w:lang w:val="mk-MK"/>
        </w:rPr>
      </w:pPr>
      <w:r w:rsidRPr="00E44116">
        <w:rPr>
          <w:lang w:val="mk-MK"/>
        </w:rPr>
        <w:t>Mažiausiai 40 dviejų valandų trukmės veiklų jaunimui ir vaikams, kurias kiekvienoje šalyje vedė tarptautinės grupės pagal priimančiosios grupės parengtus scenarijus (iš viso mažiausiai 240 dviejų valandų trukmės veiklų).</w:t>
      </w:r>
    </w:p>
    <w:p w14:paraId="05911774" w14:textId="14025CEF" w:rsidR="008C31A1" w:rsidRPr="00E44116" w:rsidRDefault="008C31A1" w:rsidP="00E44116">
      <w:pPr>
        <w:pStyle w:val="Sraopastraipa"/>
        <w:numPr>
          <w:ilvl w:val="0"/>
          <w:numId w:val="15"/>
        </w:numPr>
        <w:rPr>
          <w:lang w:val="mk-MK"/>
        </w:rPr>
      </w:pPr>
      <w:r w:rsidRPr="00E44116">
        <w:rPr>
          <w:lang w:val="mk-MK"/>
        </w:rPr>
        <w:t>10 pamokų planų iš kiekvienos šalies vaizdo įrašų kūrimas (iš viso ne mažiau kaip 60), kuriuose aprašoma veiklų įgyvendinimas,</w:t>
      </w:r>
    </w:p>
    <w:p w14:paraId="2A3D7962" w14:textId="32906A0B" w:rsidR="008C31A1" w:rsidRPr="00E44116" w:rsidRDefault="008C31A1" w:rsidP="00E44116">
      <w:pPr>
        <w:pStyle w:val="Sraopastraipa"/>
        <w:numPr>
          <w:ilvl w:val="0"/>
          <w:numId w:val="15"/>
        </w:numPr>
        <w:rPr>
          <w:lang w:val="mk-MK"/>
        </w:rPr>
      </w:pPr>
      <w:r w:rsidRPr="00E44116">
        <w:rPr>
          <w:lang w:val="mk-MK"/>
        </w:rPr>
        <w:t>4 geriausių scenarijų iš kiekvienos šalies atranka publikavimui,</w:t>
      </w:r>
    </w:p>
    <w:p w14:paraId="13667FF1" w14:textId="1182F0B5" w:rsidR="008C31A1" w:rsidRPr="00E44116" w:rsidRDefault="008C31A1" w:rsidP="00E44116">
      <w:pPr>
        <w:pStyle w:val="Sraopastraipa"/>
        <w:numPr>
          <w:ilvl w:val="0"/>
          <w:numId w:val="15"/>
        </w:numPr>
        <w:rPr>
          <w:lang w:val="mk-MK"/>
        </w:rPr>
      </w:pPr>
      <w:r w:rsidRPr="00E44116">
        <w:rPr>
          <w:lang w:val="mk-MK"/>
        </w:rPr>
        <w:t>Filmo apie projekto veiklos įgyvendinimą kiekvienoje šalyje sukūrimas (iš viso 6 filmai),</w:t>
      </w:r>
    </w:p>
    <w:p w14:paraId="5E470422" w14:textId="1DB159A5" w:rsidR="008C31A1" w:rsidRPr="00E44116" w:rsidRDefault="008C31A1" w:rsidP="00E44116">
      <w:pPr>
        <w:pStyle w:val="Sraopastraipa"/>
        <w:numPr>
          <w:ilvl w:val="0"/>
          <w:numId w:val="15"/>
        </w:numPr>
        <w:rPr>
          <w:lang w:val="mk-MK"/>
        </w:rPr>
      </w:pPr>
      <w:r w:rsidRPr="00E44116">
        <w:rPr>
          <w:lang w:val="mk-MK"/>
        </w:rPr>
        <w:t>Kiekvienos šalies kultūrinės veiklos pristatymas (paketą sudaro: daina, šokis, patiekalas, trumpa istorija, trumpas gamtos ir architektūros paminklų apžvalga, baigiama viktorina)</w:t>
      </w:r>
    </w:p>
    <w:p w14:paraId="65768668" w14:textId="43EB1AF4" w:rsidR="008C31A1" w:rsidRPr="00E44116" w:rsidRDefault="008C31A1" w:rsidP="00E44116">
      <w:pPr>
        <w:pStyle w:val="Sraopastraipa"/>
        <w:numPr>
          <w:ilvl w:val="0"/>
          <w:numId w:val="15"/>
        </w:numPr>
        <w:rPr>
          <w:lang w:val="mk-MK"/>
        </w:rPr>
      </w:pPr>
      <w:r w:rsidRPr="00E44116">
        <w:rPr>
          <w:lang w:val="mk-MK"/>
        </w:rPr>
        <w:t>6 pristatymų apie mokyklą ir regioną, taip pat švietimo sistemą parengimas,</w:t>
      </w:r>
    </w:p>
    <w:p w14:paraId="2E8BE626" w14:textId="449CD64D" w:rsidR="00A4511F" w:rsidRPr="00E44116" w:rsidRDefault="008C31A1" w:rsidP="00E44116">
      <w:pPr>
        <w:pStyle w:val="Sraopastraipa"/>
        <w:numPr>
          <w:ilvl w:val="0"/>
          <w:numId w:val="15"/>
        </w:numPr>
        <w:rPr>
          <w:lang w:val="mk-MK"/>
        </w:rPr>
      </w:pPr>
      <w:r w:rsidRPr="00E44116">
        <w:rPr>
          <w:lang w:val="mk-MK"/>
        </w:rPr>
        <w:t>medžiagos, įskaitant tradicinius žaidimus, parengimas skelbti mokyklų ir kitų institucijų interneto svetainėse.</w:t>
      </w:r>
    </w:p>
    <w:p w14:paraId="4808FE25" w14:textId="77777777" w:rsidR="008C64C0" w:rsidRPr="00E44116" w:rsidRDefault="008C64C0" w:rsidP="00A4511F">
      <w:pPr>
        <w:rPr>
          <w:lang w:val="mk-MK"/>
        </w:rPr>
      </w:pPr>
    </w:p>
    <w:p w14:paraId="35A04C2A" w14:textId="00920BA3" w:rsidR="00A4511F" w:rsidRPr="00333346" w:rsidRDefault="00E44116" w:rsidP="00E44116">
      <w:pPr>
        <w:rPr>
          <w:sz w:val="32"/>
          <w:szCs w:val="32"/>
          <w:lang w:val="mk-MK"/>
        </w:rPr>
      </w:pPr>
      <w:r>
        <w:rPr>
          <w:sz w:val="32"/>
          <w:szCs w:val="32"/>
          <w:lang w:val="lt-LT"/>
        </w:rPr>
        <w:t xml:space="preserve">                                       </w:t>
      </w:r>
      <w:r w:rsidRPr="00E44116">
        <w:rPr>
          <w:sz w:val="32"/>
          <w:szCs w:val="32"/>
          <w:lang w:val="lt-LT"/>
        </w:rPr>
        <w:t>Projekto veiklos aprašymas</w:t>
      </w:r>
    </w:p>
    <w:p w14:paraId="3A90ED1C" w14:textId="77777777" w:rsidR="00E44116" w:rsidRDefault="00E44116" w:rsidP="00A4511F">
      <w:pPr>
        <w:ind w:firstLine="720"/>
        <w:rPr>
          <w:lang w:val="lt-LT"/>
        </w:rPr>
      </w:pPr>
      <w:r w:rsidRPr="00E44116">
        <w:rPr>
          <w:lang w:val="mk-MK"/>
        </w:rPr>
        <w:t>Projektas skirtas aktyvuoti jaunimą, kuris po pandemijos laikotarpio smarkiai apribojo savo socialinę veiklą ir pablogino laisvalaikio valdymo problemas, visą savo veiklą nukreipdamas į mobiliuosius įrenginius. Supažindindami mokinius su senelių kartos žaidimais ir veikla, sudomindami juos kitomis laisvalaikio praleidimo formomis, siekiame atverti jų protus aktyvioms grupės veiklos formoms. Antra, dėl didelio skaičiaus atleidimų nuo fizinio lavinimo pamokų, viena vertus, skatiname jaunimą būti aktyviais bet kokiu būdu, o kita vertus, norėjome, kad fizinio lavinimo pamokos būtų kūrybiškesnės ir įdomesnės. Trečia, mes atvėrėme kartų bendravimą, kuris per metus buvo labai apribotas, siekdami pasisemti įkvėpimo iš senelių kartos aktyviam laisvalaikiu</w:t>
      </w:r>
      <w:r>
        <w:rPr>
          <w:lang w:val="lt-LT"/>
        </w:rPr>
        <w:t>.</w:t>
      </w:r>
    </w:p>
    <w:p w14:paraId="51733141" w14:textId="5C836EFB" w:rsidR="00E44116" w:rsidRDefault="00E44116" w:rsidP="00A4511F">
      <w:pPr>
        <w:ind w:firstLine="720"/>
        <w:rPr>
          <w:lang w:val="mk-MK"/>
        </w:rPr>
      </w:pPr>
      <w:r w:rsidRPr="00E44116">
        <w:rPr>
          <w:lang w:val="mk-MK"/>
        </w:rPr>
        <w:t>Rinkdami vyresnio amžiaus žmonių pasakojimus apie tai, kaip jie leisdavo laisvalaikį, galėjome geriau įvertinti vyresnio amžiaus žmones. Kadangi tokios problemos kaip sumažėjęs jaunimo bendravimas ar padidėjęs fizinio lavinimo pamokų praleidimų skaičius yra būdingos visoms projekte dalyvaujančioms mokykloms, mes siekėme jas sušvelninti, naudodami senelių kartos patirtį kaip pavyzdį. Be to, mums buvo įdomu sužinoti, ar vyresnio amžiaus žmonių prisimenami žaidimai ir veiklos turi bendrų elementų visose projekto šalyse. Surinkome visus prisimintus žaidimus ir pasirodymus ir juos paskelbėme, kad jie būtų prieinami kitiems, kurie norėtų juos panaudoti. Bendras tarptautinis tradicinių žaidimų ir pasirodymų projektų dalyvių atlikimas leido žymiai pagerinti mokinių kalbos ir socialines kompetencijas.</w:t>
      </w:r>
    </w:p>
    <w:p w14:paraId="39457AF6" w14:textId="48130DC2" w:rsidR="00E44116" w:rsidRDefault="00E44116" w:rsidP="00A4511F">
      <w:pPr>
        <w:ind w:firstLine="720"/>
        <w:rPr>
          <w:lang w:val="mk-MK"/>
        </w:rPr>
      </w:pPr>
      <w:r w:rsidRPr="00E44116">
        <w:rPr>
          <w:lang w:val="mk-MK"/>
        </w:rPr>
        <w:t xml:space="preserve">Mokiniai lavino rankų miklumą, nes daugelis žaidimų yra pagrįsti šia savybe, ir gerino savo fizinę formą. Projektas labai prisidėjo prie mokinių problemų, susijusių su pandemijos sukeltu depresijos sindromu, mažinimo, siūlant grupinį žaidimą. Po kiekvienos kelionės, skleidžiant rezultatus, dalyviai vykdė veiklas, naudodami kelionės metu išmoktus žaidimus ir veiklas pradinėse mokyklose. Mokiniai lavino rankų miklumą, nes daugelis žaidimų yra pagrįsti šia savybe, ir gerino savo fizinę formą. Projektas labai prisidėjo prie mokinių problemų, susijusių su </w:t>
      </w:r>
      <w:r w:rsidRPr="00E44116">
        <w:rPr>
          <w:lang w:val="mk-MK"/>
        </w:rPr>
        <w:lastRenderedPageBreak/>
        <w:t>pandemijos sukeltu depresijos sindromu, mažinimo, siūlant grupinį žaidimą. Po kiekvienos kelionės, skleidžiant rezultatus, dalyviai vykdė veiklas, naudodami kelionės metu išmoktus žaidimus ir veiklas pradinėse mokyklose.</w:t>
      </w:r>
      <w:r w:rsidR="002D57E9" w:rsidRPr="002D57E9">
        <w:rPr>
          <w:lang w:val="mk-MK"/>
        </w:rPr>
        <w:t xml:space="preserve"> Mokiniai lavino rankų miklumą, nes daugelis žaidimų yra pagrįsti šia savybe, ir gerino savo fizinę formą. Projektas labai prisidėjo prie mokinių problemų, susijusių su pandemijos sukeltu depresijos sindromu, mažinimo, siūlant grupinį žaidimą. Po kiekvienos kelionės, skleidžiant rezultatus, dalyviai vykdė veiklas, naudodami kelionės metu išmoktus žaidimus ir veiklas pradinėse mokyklose</w:t>
      </w:r>
    </w:p>
    <w:p w14:paraId="787B7409" w14:textId="77777777" w:rsidR="00A4511F" w:rsidRDefault="00A4511F" w:rsidP="00A4511F">
      <w:pPr>
        <w:ind w:firstLine="720"/>
      </w:pPr>
      <w:r w:rsidRPr="00333346">
        <w:rPr>
          <w:noProof/>
          <w:lang w:val="mk-MK"/>
        </w:rPr>
        <w:t xml:space="preserve">      </w:t>
      </w:r>
      <w:r>
        <w:rPr>
          <w:noProof/>
        </w:rPr>
        <w:drawing>
          <wp:inline distT="0" distB="0" distL="0" distR="0" wp14:anchorId="170A0077" wp14:editId="75C08375">
            <wp:extent cx="1830705" cy="2440939"/>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uciubabka.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833630" cy="2444839"/>
                    </a:xfrm>
                    <a:prstGeom prst="rect">
                      <a:avLst/>
                    </a:prstGeom>
                  </pic:spPr>
                </pic:pic>
              </a:graphicData>
            </a:graphic>
          </wp:inline>
        </w:drawing>
      </w:r>
      <w:r>
        <w:rPr>
          <w:noProof/>
        </w:rPr>
        <w:t xml:space="preserve">         </w:t>
      </w:r>
      <w:r>
        <w:rPr>
          <w:noProof/>
        </w:rPr>
        <w:drawing>
          <wp:inline distT="0" distB="0" distL="0" distR="0" wp14:anchorId="7580227A" wp14:editId="4FB78FA4">
            <wp:extent cx="1874520" cy="249936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lgijka Malta.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874520" cy="2499360"/>
                    </a:xfrm>
                    <a:prstGeom prst="rect">
                      <a:avLst/>
                    </a:prstGeom>
                  </pic:spPr>
                </pic:pic>
              </a:graphicData>
            </a:graphic>
          </wp:inline>
        </w:drawing>
      </w:r>
      <w:r>
        <w:rPr>
          <w:noProof/>
        </w:rPr>
        <w:t xml:space="preserve">      </w:t>
      </w:r>
      <w:r>
        <w:rPr>
          <w:noProof/>
        </w:rPr>
        <w:drawing>
          <wp:inline distT="0" distB="0" distL="0" distR="0" wp14:anchorId="500E6104" wp14:editId="52ACB982">
            <wp:extent cx="1876425" cy="2501900"/>
            <wp:effectExtent l="0" t="0" r="952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lonez Polska.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882586" cy="2510115"/>
                    </a:xfrm>
                    <a:prstGeom prst="rect">
                      <a:avLst/>
                    </a:prstGeom>
                  </pic:spPr>
                </pic:pic>
              </a:graphicData>
            </a:graphic>
          </wp:inline>
        </w:drawing>
      </w:r>
    </w:p>
    <w:p w14:paraId="331F7861" w14:textId="77777777" w:rsidR="00A4511F" w:rsidRDefault="00A4511F" w:rsidP="00A4511F"/>
    <w:p w14:paraId="5959E57F" w14:textId="77777777" w:rsidR="00A4511F" w:rsidRDefault="00A4511F" w:rsidP="00CC4B75">
      <w:pPr>
        <w:pStyle w:val="Antrat2"/>
        <w:jc w:val="center"/>
        <w:rPr>
          <w:lang w:val="mk-MK"/>
        </w:rPr>
      </w:pPr>
    </w:p>
    <w:p w14:paraId="68C6252E" w14:textId="77777777" w:rsidR="00EB79A5" w:rsidRDefault="00EB79A5" w:rsidP="00CC4B75">
      <w:pPr>
        <w:pStyle w:val="Antrat2"/>
        <w:jc w:val="center"/>
        <w:rPr>
          <w:color w:val="1F497D" w:themeColor="text2"/>
          <w:sz w:val="72"/>
          <w:szCs w:val="72"/>
          <w:lang w:val="mk-MK"/>
        </w:rPr>
      </w:pPr>
    </w:p>
    <w:p w14:paraId="148D5312" w14:textId="77777777" w:rsidR="00EB79A5" w:rsidRDefault="00EB79A5" w:rsidP="00CC4B75">
      <w:pPr>
        <w:pStyle w:val="Antrat2"/>
        <w:jc w:val="center"/>
        <w:rPr>
          <w:color w:val="1F497D" w:themeColor="text2"/>
          <w:sz w:val="72"/>
          <w:szCs w:val="72"/>
          <w:lang w:val="mk-MK"/>
        </w:rPr>
      </w:pPr>
    </w:p>
    <w:p w14:paraId="0CB88899" w14:textId="77777777" w:rsidR="00EB79A5" w:rsidRDefault="00EB79A5" w:rsidP="00CC4B75">
      <w:pPr>
        <w:pStyle w:val="Antrat2"/>
        <w:jc w:val="center"/>
        <w:rPr>
          <w:color w:val="1F497D" w:themeColor="text2"/>
          <w:sz w:val="72"/>
          <w:szCs w:val="72"/>
          <w:lang w:val="mk-MK"/>
        </w:rPr>
      </w:pPr>
    </w:p>
    <w:p w14:paraId="20B67BA5" w14:textId="77777777" w:rsidR="00E44116" w:rsidRDefault="00E44116" w:rsidP="00CC4B75">
      <w:pPr>
        <w:pStyle w:val="Antrat2"/>
        <w:jc w:val="center"/>
        <w:rPr>
          <w:rFonts w:asciiTheme="minorHAnsi" w:hAnsiTheme="minorHAnsi"/>
          <w:color w:val="1F497D" w:themeColor="text2"/>
          <w:sz w:val="72"/>
          <w:szCs w:val="72"/>
          <w:lang w:val="mk-MK"/>
        </w:rPr>
      </w:pPr>
    </w:p>
    <w:p w14:paraId="33A57EC9" w14:textId="77777777" w:rsidR="00E44116" w:rsidRDefault="00E44116" w:rsidP="00CC4B75">
      <w:pPr>
        <w:pStyle w:val="Antrat2"/>
        <w:jc w:val="center"/>
        <w:rPr>
          <w:rFonts w:asciiTheme="minorHAnsi" w:hAnsiTheme="minorHAnsi"/>
          <w:color w:val="1F497D" w:themeColor="text2"/>
          <w:sz w:val="72"/>
          <w:szCs w:val="72"/>
          <w:lang w:val="mk-MK"/>
        </w:rPr>
      </w:pPr>
    </w:p>
    <w:p w14:paraId="7298D176" w14:textId="77777777" w:rsidR="00C5420E" w:rsidRDefault="00C5420E" w:rsidP="00C5420E">
      <w:pPr>
        <w:rPr>
          <w:lang w:val="mk-MK"/>
        </w:rPr>
      </w:pPr>
    </w:p>
    <w:p w14:paraId="6BA8A0B6" w14:textId="77777777" w:rsidR="00C5420E" w:rsidRDefault="00C5420E" w:rsidP="00C5420E">
      <w:pPr>
        <w:rPr>
          <w:lang w:val="mk-MK"/>
        </w:rPr>
      </w:pPr>
    </w:p>
    <w:p w14:paraId="229BC30F" w14:textId="77777777" w:rsidR="00164730" w:rsidRDefault="00164730" w:rsidP="00164730">
      <w:pPr>
        <w:spacing w:before="100" w:beforeAutospacing="1" w:after="100" w:afterAutospacing="1" w:line="240" w:lineRule="auto"/>
        <w:jc w:val="center"/>
        <w:outlineLvl w:val="1"/>
        <w:rPr>
          <w:rFonts w:ascii="Times New Roman" w:eastAsia="Times New Roman" w:hAnsi="Times New Roman" w:cs="Times New Roman"/>
          <w:b/>
          <w:bCs/>
          <w:sz w:val="72"/>
          <w:szCs w:val="72"/>
        </w:rPr>
      </w:pPr>
    </w:p>
    <w:p w14:paraId="4FD31A83" w14:textId="77777777" w:rsidR="00164730" w:rsidRDefault="00164730" w:rsidP="00164730">
      <w:pPr>
        <w:spacing w:before="100" w:beforeAutospacing="1" w:after="100" w:afterAutospacing="1" w:line="240" w:lineRule="auto"/>
        <w:jc w:val="center"/>
        <w:outlineLvl w:val="1"/>
        <w:rPr>
          <w:rFonts w:ascii="Times New Roman" w:eastAsia="Times New Roman" w:hAnsi="Times New Roman" w:cs="Times New Roman"/>
          <w:b/>
          <w:bCs/>
          <w:sz w:val="72"/>
          <w:szCs w:val="72"/>
        </w:rPr>
      </w:pPr>
    </w:p>
    <w:p w14:paraId="33CFF5A3" w14:textId="77777777" w:rsidR="00164730" w:rsidRDefault="00164730" w:rsidP="00164730">
      <w:pPr>
        <w:spacing w:before="100" w:beforeAutospacing="1" w:after="100" w:afterAutospacing="1" w:line="240" w:lineRule="auto"/>
        <w:jc w:val="center"/>
        <w:outlineLvl w:val="1"/>
        <w:rPr>
          <w:rFonts w:ascii="Times New Roman" w:eastAsia="Times New Roman" w:hAnsi="Times New Roman" w:cs="Times New Roman"/>
          <w:b/>
          <w:bCs/>
          <w:sz w:val="72"/>
          <w:szCs w:val="72"/>
        </w:rPr>
      </w:pPr>
    </w:p>
    <w:p w14:paraId="5386CEC3" w14:textId="70ACE4BC" w:rsidR="00164730" w:rsidRPr="00164730" w:rsidRDefault="00164730" w:rsidP="00164730">
      <w:pPr>
        <w:spacing w:before="100" w:beforeAutospacing="1" w:after="100" w:afterAutospacing="1" w:line="240" w:lineRule="auto"/>
        <w:jc w:val="center"/>
        <w:outlineLvl w:val="1"/>
        <w:rPr>
          <w:rFonts w:ascii="Times New Roman" w:eastAsia="Times New Roman" w:hAnsi="Times New Roman" w:cs="Times New Roman"/>
          <w:b/>
          <w:bCs/>
          <w:color w:val="1F497D" w:themeColor="text2"/>
          <w:sz w:val="72"/>
          <w:szCs w:val="72"/>
        </w:rPr>
      </w:pPr>
      <w:proofErr w:type="spellStart"/>
      <w:r w:rsidRPr="00164730">
        <w:rPr>
          <w:rFonts w:ascii="Times New Roman" w:eastAsia="Times New Roman" w:hAnsi="Times New Roman" w:cs="Times New Roman"/>
          <w:b/>
          <w:bCs/>
          <w:color w:val="1F497D" w:themeColor="text2"/>
          <w:sz w:val="72"/>
          <w:szCs w:val="72"/>
        </w:rPr>
        <w:t>Informacija</w:t>
      </w:r>
      <w:proofErr w:type="spellEnd"/>
      <w:r w:rsidRPr="00164730">
        <w:rPr>
          <w:rFonts w:ascii="Times New Roman" w:eastAsia="Times New Roman" w:hAnsi="Times New Roman" w:cs="Times New Roman"/>
          <w:b/>
          <w:bCs/>
          <w:color w:val="1F497D" w:themeColor="text2"/>
          <w:sz w:val="72"/>
          <w:szCs w:val="72"/>
        </w:rPr>
        <w:t xml:space="preserve"> </w:t>
      </w:r>
      <w:proofErr w:type="spellStart"/>
      <w:r w:rsidRPr="00164730">
        <w:rPr>
          <w:rFonts w:ascii="Times New Roman" w:eastAsia="Times New Roman" w:hAnsi="Times New Roman" w:cs="Times New Roman"/>
          <w:b/>
          <w:bCs/>
          <w:color w:val="1F497D" w:themeColor="text2"/>
          <w:sz w:val="72"/>
          <w:szCs w:val="72"/>
        </w:rPr>
        <w:t>apie</w:t>
      </w:r>
      <w:proofErr w:type="spellEnd"/>
      <w:r w:rsidRPr="00164730">
        <w:rPr>
          <w:rFonts w:ascii="Times New Roman" w:eastAsia="Times New Roman" w:hAnsi="Times New Roman" w:cs="Times New Roman"/>
          <w:b/>
          <w:bCs/>
          <w:color w:val="1F497D" w:themeColor="text2"/>
          <w:sz w:val="72"/>
          <w:szCs w:val="72"/>
        </w:rPr>
        <w:t xml:space="preserve"> </w:t>
      </w:r>
      <w:proofErr w:type="spellStart"/>
      <w:r w:rsidRPr="00164730">
        <w:rPr>
          <w:rFonts w:ascii="Times New Roman" w:eastAsia="Times New Roman" w:hAnsi="Times New Roman" w:cs="Times New Roman"/>
          <w:b/>
          <w:bCs/>
          <w:color w:val="1F497D" w:themeColor="text2"/>
          <w:sz w:val="72"/>
          <w:szCs w:val="72"/>
        </w:rPr>
        <w:t>mokyklas</w:t>
      </w:r>
      <w:proofErr w:type="spellEnd"/>
    </w:p>
    <w:p w14:paraId="3F2A6845" w14:textId="77777777" w:rsidR="00C5420E" w:rsidRDefault="00C5420E" w:rsidP="00C5420E">
      <w:pPr>
        <w:rPr>
          <w:lang w:val="mk-MK"/>
        </w:rPr>
      </w:pPr>
    </w:p>
    <w:p w14:paraId="58EEE62C" w14:textId="77777777" w:rsidR="00C5420E" w:rsidRDefault="00C5420E" w:rsidP="00C5420E">
      <w:pPr>
        <w:rPr>
          <w:lang w:val="mk-MK"/>
        </w:rPr>
      </w:pPr>
    </w:p>
    <w:p w14:paraId="60010E48" w14:textId="77777777" w:rsidR="00C5420E" w:rsidRDefault="00EB79A5" w:rsidP="00EB79A5">
      <w:pPr>
        <w:jc w:val="center"/>
        <w:rPr>
          <w:lang w:val="mk-MK"/>
        </w:rPr>
      </w:pPr>
      <w:r>
        <w:rPr>
          <w:noProof/>
        </w:rPr>
        <w:drawing>
          <wp:inline distT="0" distB="0" distL="0" distR="0" wp14:anchorId="47558F03" wp14:editId="385C3750">
            <wp:extent cx="1785536" cy="1743412"/>
            <wp:effectExtent l="0" t="0" r="5715"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zagrajmy dobre (1).jpg"/>
                    <pic:cNvPicPr/>
                  </pic:nvPicPr>
                  <pic:blipFill>
                    <a:blip r:embed="rId9">
                      <a:extLst>
                        <a:ext uri="{28A0092B-C50C-407E-A947-70E740481C1C}">
                          <a14:useLocalDpi xmlns:a14="http://schemas.microsoft.com/office/drawing/2010/main" val="0"/>
                        </a:ext>
                      </a:extLst>
                    </a:blip>
                    <a:stretch>
                      <a:fillRect/>
                    </a:stretch>
                  </pic:blipFill>
                  <pic:spPr>
                    <a:xfrm>
                      <a:off x="0" y="0"/>
                      <a:ext cx="1771394" cy="1729604"/>
                    </a:xfrm>
                    <a:prstGeom prst="rect">
                      <a:avLst/>
                    </a:prstGeom>
                  </pic:spPr>
                </pic:pic>
              </a:graphicData>
            </a:graphic>
          </wp:inline>
        </w:drawing>
      </w:r>
    </w:p>
    <w:p w14:paraId="238DDA5E" w14:textId="77777777" w:rsidR="00C5420E" w:rsidRDefault="00C5420E" w:rsidP="00C5420E">
      <w:pPr>
        <w:rPr>
          <w:lang w:val="mk-MK"/>
        </w:rPr>
      </w:pPr>
    </w:p>
    <w:p w14:paraId="13FF0571" w14:textId="77777777" w:rsidR="00C5420E" w:rsidRDefault="00C5420E" w:rsidP="00C5420E">
      <w:pPr>
        <w:rPr>
          <w:lang w:val="mk-MK"/>
        </w:rPr>
      </w:pPr>
    </w:p>
    <w:p w14:paraId="398089DB" w14:textId="77777777" w:rsidR="00C5420E" w:rsidRDefault="00C5420E" w:rsidP="00C5420E">
      <w:pPr>
        <w:rPr>
          <w:lang w:val="mk-MK"/>
        </w:rPr>
      </w:pPr>
    </w:p>
    <w:p w14:paraId="13356D2E" w14:textId="77777777" w:rsidR="00C5420E" w:rsidRDefault="00C5420E" w:rsidP="00C5420E">
      <w:pPr>
        <w:rPr>
          <w:lang w:val="mk-MK"/>
        </w:rPr>
      </w:pPr>
    </w:p>
    <w:p w14:paraId="03AA304B" w14:textId="77777777" w:rsidR="00C5420E" w:rsidRDefault="00C5420E" w:rsidP="00C5420E">
      <w:pPr>
        <w:rPr>
          <w:lang w:val="mk-MK"/>
        </w:rPr>
      </w:pPr>
    </w:p>
    <w:p w14:paraId="330B51AA" w14:textId="77777777" w:rsidR="00C5420E" w:rsidRDefault="00C5420E" w:rsidP="00C5420E">
      <w:pPr>
        <w:rPr>
          <w:lang w:val="mk-MK"/>
        </w:rPr>
      </w:pPr>
    </w:p>
    <w:p w14:paraId="5448A4DF" w14:textId="77777777" w:rsidR="000276AA" w:rsidRDefault="000276AA" w:rsidP="00C5420E">
      <w:pPr>
        <w:rPr>
          <w:lang w:val="mk-MK"/>
        </w:rPr>
      </w:pPr>
    </w:p>
    <w:p w14:paraId="01E9EF1C" w14:textId="4C0F3313" w:rsidR="000276AA" w:rsidRDefault="000276AA" w:rsidP="00C5420E">
      <w:pPr>
        <w:rPr>
          <w:lang w:val="mk-MK"/>
        </w:rPr>
      </w:pPr>
    </w:p>
    <w:p w14:paraId="7E2736F7" w14:textId="4174A47B" w:rsidR="00164730" w:rsidRDefault="00164730" w:rsidP="00C5420E">
      <w:pPr>
        <w:rPr>
          <w:lang w:val="mk-MK"/>
        </w:rPr>
      </w:pPr>
    </w:p>
    <w:p w14:paraId="32D6DB2D" w14:textId="77A314AD" w:rsidR="00164730" w:rsidRDefault="00164730" w:rsidP="00C5420E">
      <w:pPr>
        <w:rPr>
          <w:lang w:val="mk-MK"/>
        </w:rPr>
      </w:pPr>
    </w:p>
    <w:p w14:paraId="465D2E0E" w14:textId="7FBC96A4" w:rsidR="00164730" w:rsidRDefault="00164730" w:rsidP="00C5420E">
      <w:pPr>
        <w:rPr>
          <w:lang w:val="mk-MK"/>
        </w:rPr>
      </w:pPr>
    </w:p>
    <w:p w14:paraId="00EBFD54" w14:textId="77777777" w:rsidR="00164730" w:rsidRDefault="00164730" w:rsidP="00C5420E">
      <w:pPr>
        <w:rPr>
          <w:lang w:val="mk-MK"/>
        </w:rPr>
      </w:pPr>
    </w:p>
    <w:p w14:paraId="0686AE76" w14:textId="77777777" w:rsidR="00C5420E" w:rsidRPr="00C5420E" w:rsidRDefault="00A4511F" w:rsidP="00C5420E">
      <w:pPr>
        <w:rPr>
          <w:lang w:val="mk-MK"/>
        </w:rPr>
      </w:pPr>
      <w:r>
        <w:rPr>
          <w:noProof/>
        </w:rPr>
        <mc:AlternateContent>
          <mc:Choice Requires="wps">
            <w:drawing>
              <wp:anchor distT="0" distB="0" distL="114300" distR="114300" simplePos="0" relativeHeight="251660288" behindDoc="0" locked="0" layoutInCell="1" allowOverlap="1" wp14:anchorId="44C2CE01" wp14:editId="0065E352">
                <wp:simplePos x="0" y="0"/>
                <wp:positionH relativeFrom="column">
                  <wp:posOffset>5745192</wp:posOffset>
                </wp:positionH>
                <wp:positionV relativeFrom="paragraph">
                  <wp:posOffset>-77638</wp:posOffset>
                </wp:positionV>
                <wp:extent cx="1181819" cy="1112808"/>
                <wp:effectExtent l="0" t="0" r="18415" b="11430"/>
                <wp:wrapNone/>
                <wp:docPr id="65" name="Text Box 65"/>
                <wp:cNvGraphicFramePr/>
                <a:graphic xmlns:a="http://schemas.openxmlformats.org/drawingml/2006/main">
                  <a:graphicData uri="http://schemas.microsoft.com/office/word/2010/wordprocessingShape">
                    <wps:wsp>
                      <wps:cNvSpPr txBox="1"/>
                      <wps:spPr>
                        <a:xfrm>
                          <a:off x="0" y="0"/>
                          <a:ext cx="1181819" cy="1112808"/>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BBAB97C" w14:textId="77777777" w:rsidR="002C00A8" w:rsidRDefault="002C00A8">
                            <w:r>
                              <w:rPr>
                                <w:noProof/>
                              </w:rPr>
                              <w:drawing>
                                <wp:inline distT="0" distB="0" distL="0" distR="0" wp14:anchorId="7DDAAD0B" wp14:editId="492D7096">
                                  <wp:extent cx="992505" cy="95885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e0abb44-8f1e-43c5-9130-6d4a456f5f16.jpg"/>
                                          <pic:cNvPicPr/>
                                        </pic:nvPicPr>
                                        <pic:blipFill>
                                          <a:blip r:embed="rId16">
                                            <a:extLst>
                                              <a:ext uri="{28A0092B-C50C-407E-A947-70E740481C1C}">
                                                <a14:useLocalDpi xmlns:a14="http://schemas.microsoft.com/office/drawing/2010/main" val="0"/>
                                              </a:ext>
                                            </a:extLst>
                                          </a:blip>
                                          <a:stretch>
                                            <a:fillRect/>
                                          </a:stretch>
                                        </pic:blipFill>
                                        <pic:spPr>
                                          <a:xfrm>
                                            <a:off x="0" y="0"/>
                                            <a:ext cx="992505" cy="9588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4C2CE01" id="Text Box 65" o:spid="_x0000_s1027" type="#_x0000_t202" style="position:absolute;margin-left:452.4pt;margin-top:-6.1pt;width:93.05pt;height:87.6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" fillcolor="white [3201]" strokeweight=".5pt">
                <v:textbox>
                  <w:txbxContent>
                    <w:p w14:paraId="1BBAB97C" w14:textId="77777777" w:rsidR="002C00A8" w:rsidRDefault="002C00A8">
                      <w:r>
                        <w:rPr>
                          <w:noProof/>
                        </w:rPr>
                        <w:drawing>
                          <wp:inline distT="0" distB="0" distL="0" distR="0" wp14:anchorId="7DDAAD0B" wp14:editId="492D7096">
                            <wp:extent cx="992505" cy="95885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e0abb44-8f1e-43c5-9130-6d4a456f5f16.jpg"/>
                                    <pic:cNvPicPr/>
                                  </pic:nvPicPr>
                                  <pic:blipFill>
                                    <a:blip r:embed="rId16">
                                      <a:extLst>
                                        <a:ext uri="{28A0092B-C50C-407E-A947-70E740481C1C}">
                                          <a14:useLocalDpi xmlns:a14="http://schemas.microsoft.com/office/drawing/2010/main" val="0"/>
                                        </a:ext>
                                      </a:extLst>
                                    </a:blip>
                                    <a:stretch>
                                      <a:fillRect/>
                                    </a:stretch>
                                  </pic:blipFill>
                                  <pic:spPr>
                                    <a:xfrm>
                                      <a:off x="0" y="0"/>
                                      <a:ext cx="992505" cy="958850"/>
                                    </a:xfrm>
                                    <a:prstGeom prst="rect">
                                      <a:avLst/>
                                    </a:prstGeom>
                                  </pic:spPr>
                                </pic:pic>
                              </a:graphicData>
                            </a:graphic>
                          </wp:inline>
                        </w:drawing>
                      </w:r>
                    </w:p>
                  </w:txbxContent>
                </v:textbox>
              </v:shape>
            </w:pict>
          </mc:Fallback>
        </mc:AlternateContent>
      </w:r>
    </w:p>
    <w:p w14:paraId="04D4CFE2" w14:textId="538BD991" w:rsidR="00523DCD" w:rsidRPr="00F142DA" w:rsidRDefault="00523DCD" w:rsidP="00F142DA">
      <w:pPr>
        <w:pStyle w:val="prastasiniatinklio"/>
        <w:rPr>
          <w:sz w:val="36"/>
          <w:szCs w:val="36"/>
          <w:lang w:val="pl-PL"/>
        </w:rPr>
      </w:pPr>
      <w:r w:rsidRPr="00F142DA">
        <w:rPr>
          <w:color w:val="4F81BD" w:themeColor="accent1"/>
          <w:sz w:val="36"/>
          <w:szCs w:val="36"/>
          <w:lang w:val="pl-P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Zespół Szkół im. gen. Nikodema Sulika</w:t>
      </w:r>
      <w:r w:rsidRPr="00F142DA">
        <w:rPr>
          <w:color w:val="4F81BD" w:themeColor="accent1"/>
          <w:sz w:val="36"/>
          <w:szCs w:val="36"/>
          <w:lang w:val="mk-MK"/>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proofErr w:type="spellStart"/>
      <w:r w:rsidRPr="00F142DA">
        <w:rPr>
          <w:color w:val="4F81BD" w:themeColor="accent1"/>
          <w:sz w:val="36"/>
          <w:szCs w:val="36"/>
          <w:lang w:val="lt-LT"/>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Dąbrawa</w:t>
      </w:r>
      <w:proofErr w:type="spellEnd"/>
      <w:r w:rsidRPr="00F142DA">
        <w:rPr>
          <w:color w:val="4F81BD" w:themeColor="accent1"/>
          <w:sz w:val="36"/>
          <w:szCs w:val="36"/>
          <w:lang w:val="lt-LT"/>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proofErr w:type="spellStart"/>
      <w:r w:rsidRPr="00F142DA">
        <w:rPr>
          <w:color w:val="4F81BD" w:themeColor="accent1"/>
          <w:sz w:val="36"/>
          <w:szCs w:val="36"/>
          <w:lang w:val="lt-LT"/>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Bialystocka</w:t>
      </w:r>
      <w:proofErr w:type="spellEnd"/>
      <w:r w:rsidRPr="00F142DA">
        <w:rPr>
          <w:color w:val="4F81BD" w:themeColor="accent1"/>
          <w:sz w:val="36"/>
          <w:szCs w:val="36"/>
          <w:lang w:val="lt-LT"/>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 </w:t>
      </w:r>
      <w:proofErr w:type="spellStart"/>
      <w:r w:rsidRPr="00F142DA">
        <w:rPr>
          <w:color w:val="4F81BD" w:themeColor="accent1"/>
          <w:sz w:val="36"/>
          <w:szCs w:val="36"/>
          <w:lang w:val="lt-LT"/>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Polska</w:t>
      </w:r>
      <w:proofErr w:type="spellEnd"/>
    </w:p>
    <w:p w14:paraId="585FEB12" w14:textId="77777777" w:rsidR="00CC4B75" w:rsidRPr="00523DCD" w:rsidRDefault="00CC4B75" w:rsidP="00CC4B75">
      <w:pPr>
        <w:rPr>
          <w:lang w:val="pl-PL"/>
        </w:rPr>
      </w:pPr>
    </w:p>
    <w:p w14:paraId="2A090860" w14:textId="77777777" w:rsidR="00523DCD" w:rsidRPr="00523DCD" w:rsidRDefault="00523DCD" w:rsidP="00523DCD">
      <w:pPr>
        <w:pStyle w:val="prastasiniatinklio"/>
        <w:rPr>
          <w:lang w:val="pl-PL"/>
        </w:rPr>
      </w:pPr>
      <w:r w:rsidRPr="00523DCD">
        <w:rPr>
          <w:lang w:val="pl-PL"/>
        </w:rPr>
        <w:t>„</w:t>
      </w:r>
      <w:proofErr w:type="spellStart"/>
      <w:r w:rsidRPr="00523DCD">
        <w:rPr>
          <w:lang w:val="pl-PL"/>
        </w:rPr>
        <w:t>Generolo</w:t>
      </w:r>
      <w:proofErr w:type="spellEnd"/>
      <w:r w:rsidRPr="00523DCD">
        <w:rPr>
          <w:lang w:val="pl-PL"/>
        </w:rPr>
        <w:t xml:space="preserve"> Nikodemo </w:t>
      </w:r>
      <w:proofErr w:type="spellStart"/>
      <w:proofErr w:type="gramStart"/>
      <w:r w:rsidRPr="00523DCD">
        <w:rPr>
          <w:lang w:val="pl-PL"/>
        </w:rPr>
        <w:t>Suliko</w:t>
      </w:r>
      <w:proofErr w:type="spellEnd"/>
      <w:r w:rsidRPr="00523DCD">
        <w:rPr>
          <w:lang w:val="pl-PL"/>
        </w:rPr>
        <w:t xml:space="preserve">“ </w:t>
      </w:r>
      <w:proofErr w:type="spellStart"/>
      <w:r w:rsidRPr="00523DCD">
        <w:rPr>
          <w:lang w:val="pl-PL"/>
        </w:rPr>
        <w:t>vidurinės</w:t>
      </w:r>
      <w:proofErr w:type="spellEnd"/>
      <w:proofErr w:type="gramEnd"/>
      <w:r w:rsidRPr="00523DCD">
        <w:rPr>
          <w:lang w:val="pl-PL"/>
        </w:rPr>
        <w:t xml:space="preserve"> </w:t>
      </w:r>
      <w:proofErr w:type="spellStart"/>
      <w:r w:rsidRPr="00523DCD">
        <w:rPr>
          <w:lang w:val="pl-PL"/>
        </w:rPr>
        <w:t>mokyklos</w:t>
      </w:r>
      <w:proofErr w:type="spellEnd"/>
      <w:r w:rsidRPr="00523DCD">
        <w:rPr>
          <w:lang w:val="pl-PL"/>
        </w:rPr>
        <w:t xml:space="preserve"> </w:t>
      </w:r>
      <w:proofErr w:type="spellStart"/>
      <w:r w:rsidRPr="00523DCD">
        <w:rPr>
          <w:lang w:val="pl-PL"/>
        </w:rPr>
        <w:t>kompleksas</w:t>
      </w:r>
      <w:proofErr w:type="spellEnd"/>
      <w:r w:rsidRPr="00523DCD">
        <w:rPr>
          <w:lang w:val="pl-PL"/>
        </w:rPr>
        <w:t xml:space="preserve"> Dąbrowa Białostocka </w:t>
      </w:r>
      <w:proofErr w:type="spellStart"/>
      <w:r w:rsidRPr="00523DCD">
        <w:rPr>
          <w:lang w:val="pl-PL"/>
        </w:rPr>
        <w:t>yra</w:t>
      </w:r>
      <w:proofErr w:type="spellEnd"/>
      <w:r w:rsidRPr="00523DCD">
        <w:rPr>
          <w:lang w:val="pl-PL"/>
        </w:rPr>
        <w:t xml:space="preserve"> </w:t>
      </w:r>
      <w:proofErr w:type="spellStart"/>
      <w:r w:rsidRPr="00523DCD">
        <w:rPr>
          <w:lang w:val="pl-PL"/>
        </w:rPr>
        <w:t>vidurinė</w:t>
      </w:r>
      <w:proofErr w:type="spellEnd"/>
      <w:r w:rsidRPr="00523DCD">
        <w:rPr>
          <w:lang w:val="pl-PL"/>
        </w:rPr>
        <w:t xml:space="preserve"> </w:t>
      </w:r>
      <w:proofErr w:type="spellStart"/>
      <w:r w:rsidRPr="00523DCD">
        <w:rPr>
          <w:lang w:val="pl-PL"/>
        </w:rPr>
        <w:t>mokykla</w:t>
      </w:r>
      <w:proofErr w:type="spellEnd"/>
      <w:r w:rsidRPr="00523DCD">
        <w:rPr>
          <w:lang w:val="pl-PL"/>
        </w:rPr>
        <w:t xml:space="preserve">, </w:t>
      </w:r>
      <w:proofErr w:type="spellStart"/>
      <w:r w:rsidRPr="00523DCD">
        <w:rPr>
          <w:lang w:val="pl-PL"/>
        </w:rPr>
        <w:t>esanti</w:t>
      </w:r>
      <w:proofErr w:type="spellEnd"/>
      <w:r w:rsidRPr="00523DCD">
        <w:rPr>
          <w:lang w:val="pl-PL"/>
        </w:rPr>
        <w:t xml:space="preserve"> </w:t>
      </w:r>
      <w:proofErr w:type="spellStart"/>
      <w:r w:rsidRPr="00523DCD">
        <w:rPr>
          <w:lang w:val="pl-PL"/>
        </w:rPr>
        <w:t>šiaurės</w:t>
      </w:r>
      <w:proofErr w:type="spellEnd"/>
      <w:r w:rsidRPr="00523DCD">
        <w:rPr>
          <w:lang w:val="pl-PL"/>
        </w:rPr>
        <w:t xml:space="preserve"> </w:t>
      </w:r>
      <w:proofErr w:type="spellStart"/>
      <w:r w:rsidRPr="00523DCD">
        <w:rPr>
          <w:lang w:val="pl-PL"/>
        </w:rPr>
        <w:t>rytinėje</w:t>
      </w:r>
      <w:proofErr w:type="spellEnd"/>
      <w:r w:rsidRPr="00523DCD">
        <w:rPr>
          <w:lang w:val="pl-PL"/>
        </w:rPr>
        <w:t xml:space="preserve"> </w:t>
      </w:r>
      <w:proofErr w:type="spellStart"/>
      <w:r w:rsidRPr="00523DCD">
        <w:rPr>
          <w:lang w:val="pl-PL"/>
        </w:rPr>
        <w:t>Lenkijos</w:t>
      </w:r>
      <w:proofErr w:type="spellEnd"/>
      <w:r w:rsidRPr="00523DCD">
        <w:rPr>
          <w:lang w:val="pl-PL"/>
        </w:rPr>
        <w:t xml:space="preserve"> </w:t>
      </w:r>
      <w:proofErr w:type="spellStart"/>
      <w:r w:rsidRPr="00523DCD">
        <w:rPr>
          <w:lang w:val="pl-PL"/>
        </w:rPr>
        <w:t>dalyje</w:t>
      </w:r>
      <w:proofErr w:type="spellEnd"/>
      <w:r w:rsidRPr="00523DCD">
        <w:rPr>
          <w:lang w:val="pl-PL"/>
        </w:rPr>
        <w:t xml:space="preserve">, Podlaskie </w:t>
      </w:r>
      <w:proofErr w:type="spellStart"/>
      <w:r w:rsidRPr="00523DCD">
        <w:rPr>
          <w:lang w:val="pl-PL"/>
        </w:rPr>
        <w:t>vaivadijoje</w:t>
      </w:r>
      <w:proofErr w:type="spellEnd"/>
      <w:r w:rsidRPr="00523DCD">
        <w:rPr>
          <w:lang w:val="pl-PL"/>
        </w:rPr>
        <w:t xml:space="preserve">, </w:t>
      </w:r>
      <w:proofErr w:type="spellStart"/>
      <w:r w:rsidRPr="00523DCD">
        <w:rPr>
          <w:lang w:val="pl-PL"/>
        </w:rPr>
        <w:t>Sokoł</w:t>
      </w:r>
      <w:proofErr w:type="spellEnd"/>
      <w:r w:rsidRPr="00523DCD">
        <w:rPr>
          <w:lang w:val="pl-PL"/>
        </w:rPr>
        <w:t xml:space="preserve"> </w:t>
      </w:r>
      <w:proofErr w:type="spellStart"/>
      <w:r w:rsidRPr="00523DCD">
        <w:rPr>
          <w:lang w:val="pl-PL"/>
        </w:rPr>
        <w:t>apskrityje</w:t>
      </w:r>
      <w:proofErr w:type="spellEnd"/>
      <w:r w:rsidRPr="00523DCD">
        <w:rPr>
          <w:lang w:val="pl-PL"/>
        </w:rPr>
        <w:t xml:space="preserve">, Dąbrowa Białostocka </w:t>
      </w:r>
      <w:proofErr w:type="spellStart"/>
      <w:r w:rsidRPr="00523DCD">
        <w:rPr>
          <w:lang w:val="pl-PL"/>
        </w:rPr>
        <w:t>savivaldybėje</w:t>
      </w:r>
      <w:proofErr w:type="spellEnd"/>
      <w:r w:rsidRPr="00523DCD">
        <w:rPr>
          <w:lang w:val="pl-PL"/>
        </w:rPr>
        <w:t xml:space="preserve">, </w:t>
      </w:r>
      <w:proofErr w:type="spellStart"/>
      <w:r w:rsidRPr="00523DCD">
        <w:rPr>
          <w:lang w:val="pl-PL"/>
        </w:rPr>
        <w:t>netoli</w:t>
      </w:r>
      <w:proofErr w:type="spellEnd"/>
      <w:r w:rsidRPr="00523DCD">
        <w:rPr>
          <w:lang w:val="pl-PL"/>
        </w:rPr>
        <w:t xml:space="preserve"> </w:t>
      </w:r>
      <w:proofErr w:type="spellStart"/>
      <w:r w:rsidRPr="00523DCD">
        <w:rPr>
          <w:lang w:val="pl-PL"/>
        </w:rPr>
        <w:t>sienos</w:t>
      </w:r>
      <w:proofErr w:type="spellEnd"/>
      <w:r w:rsidRPr="00523DCD">
        <w:rPr>
          <w:lang w:val="pl-PL"/>
        </w:rPr>
        <w:t xml:space="preserve"> </w:t>
      </w:r>
      <w:proofErr w:type="spellStart"/>
      <w:r w:rsidRPr="00523DCD">
        <w:rPr>
          <w:lang w:val="pl-PL"/>
        </w:rPr>
        <w:t>su</w:t>
      </w:r>
      <w:proofErr w:type="spellEnd"/>
      <w:r w:rsidRPr="00523DCD">
        <w:rPr>
          <w:lang w:val="pl-PL"/>
        </w:rPr>
        <w:t xml:space="preserve"> </w:t>
      </w:r>
      <w:proofErr w:type="spellStart"/>
      <w:r w:rsidRPr="00523DCD">
        <w:rPr>
          <w:lang w:val="pl-PL"/>
        </w:rPr>
        <w:t>Baltarusija</w:t>
      </w:r>
      <w:proofErr w:type="spellEnd"/>
      <w:r w:rsidRPr="00523DCD">
        <w:rPr>
          <w:lang w:val="pl-PL"/>
        </w:rPr>
        <w:t>.</w:t>
      </w:r>
    </w:p>
    <w:p w14:paraId="78682CDF" w14:textId="77777777" w:rsidR="00ED0FDA" w:rsidRDefault="00523DCD" w:rsidP="00ED0FDA">
      <w:pPr>
        <w:pStyle w:val="Antrat3"/>
        <w:rPr>
          <w:b w:val="0"/>
          <w:bCs w:val="0"/>
          <w:color w:val="auto"/>
          <w:lang w:val="pl-PL"/>
        </w:rPr>
      </w:pPr>
      <w:r w:rsidRPr="00ED0FDA">
        <w:rPr>
          <w:b w:val="0"/>
          <w:bCs w:val="0"/>
          <w:color w:val="auto"/>
          <w:lang w:val="pl-PL"/>
        </w:rPr>
        <w:t>„</w:t>
      </w:r>
      <w:proofErr w:type="spellStart"/>
      <w:r w:rsidRPr="00ED0FDA">
        <w:rPr>
          <w:b w:val="0"/>
          <w:bCs w:val="0"/>
          <w:color w:val="auto"/>
          <w:lang w:val="pl-PL"/>
        </w:rPr>
        <w:t>Generolo</w:t>
      </w:r>
      <w:proofErr w:type="spellEnd"/>
      <w:r w:rsidRPr="00ED0FDA">
        <w:rPr>
          <w:b w:val="0"/>
          <w:bCs w:val="0"/>
          <w:color w:val="auto"/>
          <w:lang w:val="pl-PL"/>
        </w:rPr>
        <w:t xml:space="preserve"> Nikodemo </w:t>
      </w:r>
      <w:proofErr w:type="spellStart"/>
      <w:proofErr w:type="gramStart"/>
      <w:r w:rsidRPr="00ED0FDA">
        <w:rPr>
          <w:b w:val="0"/>
          <w:bCs w:val="0"/>
          <w:color w:val="auto"/>
          <w:lang w:val="pl-PL"/>
        </w:rPr>
        <w:t>Suliko</w:t>
      </w:r>
      <w:proofErr w:type="spellEnd"/>
      <w:r w:rsidRPr="00ED0FDA">
        <w:rPr>
          <w:b w:val="0"/>
          <w:bCs w:val="0"/>
          <w:color w:val="auto"/>
          <w:lang w:val="pl-PL"/>
        </w:rPr>
        <w:t xml:space="preserve">“ </w:t>
      </w:r>
      <w:proofErr w:type="spellStart"/>
      <w:r w:rsidRPr="00ED0FDA">
        <w:rPr>
          <w:b w:val="0"/>
          <w:bCs w:val="0"/>
          <w:color w:val="auto"/>
          <w:lang w:val="pl-PL"/>
        </w:rPr>
        <w:t>vidurinės</w:t>
      </w:r>
      <w:proofErr w:type="spellEnd"/>
      <w:proofErr w:type="gramEnd"/>
      <w:r w:rsidRPr="00ED0FDA">
        <w:rPr>
          <w:b w:val="0"/>
          <w:bCs w:val="0"/>
          <w:color w:val="auto"/>
          <w:lang w:val="pl-PL"/>
        </w:rPr>
        <w:t xml:space="preserve"> </w:t>
      </w:r>
      <w:proofErr w:type="spellStart"/>
      <w:r w:rsidRPr="00ED0FDA">
        <w:rPr>
          <w:b w:val="0"/>
          <w:bCs w:val="0"/>
          <w:color w:val="auto"/>
          <w:lang w:val="pl-PL"/>
        </w:rPr>
        <w:t>mokyklos</w:t>
      </w:r>
      <w:proofErr w:type="spellEnd"/>
      <w:r w:rsidRPr="00ED0FDA">
        <w:rPr>
          <w:b w:val="0"/>
          <w:bCs w:val="0"/>
          <w:color w:val="auto"/>
          <w:lang w:val="pl-PL"/>
        </w:rPr>
        <w:t xml:space="preserve"> </w:t>
      </w:r>
      <w:proofErr w:type="spellStart"/>
      <w:r w:rsidRPr="00ED0FDA">
        <w:rPr>
          <w:b w:val="0"/>
          <w:bCs w:val="0"/>
          <w:color w:val="auto"/>
          <w:lang w:val="pl-PL"/>
        </w:rPr>
        <w:t>kompleksas</w:t>
      </w:r>
      <w:proofErr w:type="spellEnd"/>
      <w:r w:rsidRPr="00ED0FDA">
        <w:rPr>
          <w:b w:val="0"/>
          <w:bCs w:val="0"/>
          <w:color w:val="auto"/>
          <w:lang w:val="pl-PL"/>
        </w:rPr>
        <w:t xml:space="preserve"> </w:t>
      </w:r>
      <w:proofErr w:type="spellStart"/>
      <w:r w:rsidRPr="00ED0FDA">
        <w:rPr>
          <w:b w:val="0"/>
          <w:bCs w:val="0"/>
          <w:color w:val="auto"/>
          <w:lang w:val="pl-PL"/>
        </w:rPr>
        <w:t>yra</w:t>
      </w:r>
      <w:proofErr w:type="spellEnd"/>
      <w:r w:rsidRPr="00ED0FDA">
        <w:rPr>
          <w:b w:val="0"/>
          <w:bCs w:val="0"/>
          <w:color w:val="auto"/>
          <w:lang w:val="pl-PL"/>
        </w:rPr>
        <w:t xml:space="preserve"> </w:t>
      </w:r>
      <w:proofErr w:type="spellStart"/>
      <w:r w:rsidRPr="00ED0FDA">
        <w:rPr>
          <w:b w:val="0"/>
          <w:bCs w:val="0"/>
          <w:color w:val="auto"/>
          <w:lang w:val="pl-PL"/>
        </w:rPr>
        <w:t>mokykla</w:t>
      </w:r>
      <w:proofErr w:type="spellEnd"/>
      <w:r w:rsidRPr="00ED0FDA">
        <w:rPr>
          <w:b w:val="0"/>
          <w:bCs w:val="0"/>
          <w:color w:val="auto"/>
          <w:lang w:val="pl-PL"/>
        </w:rPr>
        <w:t xml:space="preserve">, </w:t>
      </w:r>
      <w:proofErr w:type="spellStart"/>
      <w:r w:rsidRPr="00ED0FDA">
        <w:rPr>
          <w:b w:val="0"/>
          <w:bCs w:val="0"/>
          <w:color w:val="auto"/>
          <w:lang w:val="pl-PL"/>
        </w:rPr>
        <w:t>kuri</w:t>
      </w:r>
      <w:proofErr w:type="spellEnd"/>
      <w:r w:rsidRPr="00ED0FDA">
        <w:rPr>
          <w:b w:val="0"/>
          <w:bCs w:val="0"/>
          <w:color w:val="auto"/>
          <w:lang w:val="pl-PL"/>
        </w:rPr>
        <w:t xml:space="preserve"> </w:t>
      </w:r>
      <w:proofErr w:type="spellStart"/>
      <w:r w:rsidRPr="00ED0FDA">
        <w:rPr>
          <w:b w:val="0"/>
          <w:bCs w:val="0"/>
          <w:color w:val="auto"/>
          <w:lang w:val="pl-PL"/>
        </w:rPr>
        <w:t>vienija</w:t>
      </w:r>
      <w:proofErr w:type="spellEnd"/>
      <w:r w:rsidRPr="00ED0FDA">
        <w:rPr>
          <w:b w:val="0"/>
          <w:bCs w:val="0"/>
          <w:color w:val="auto"/>
          <w:lang w:val="pl-PL"/>
        </w:rPr>
        <w:t xml:space="preserve"> </w:t>
      </w:r>
      <w:proofErr w:type="spellStart"/>
      <w:r w:rsidRPr="00ED0FDA">
        <w:rPr>
          <w:b w:val="0"/>
          <w:bCs w:val="0"/>
          <w:color w:val="auto"/>
          <w:lang w:val="pl-PL"/>
        </w:rPr>
        <w:t>tradicijas</w:t>
      </w:r>
      <w:proofErr w:type="spellEnd"/>
      <w:r w:rsidRPr="00ED0FDA">
        <w:rPr>
          <w:b w:val="0"/>
          <w:bCs w:val="0"/>
          <w:color w:val="auto"/>
          <w:lang w:val="pl-PL"/>
        </w:rPr>
        <w:t xml:space="preserve"> </w:t>
      </w:r>
      <w:proofErr w:type="spellStart"/>
      <w:r w:rsidRPr="00ED0FDA">
        <w:rPr>
          <w:b w:val="0"/>
          <w:bCs w:val="0"/>
          <w:color w:val="auto"/>
          <w:lang w:val="pl-PL"/>
        </w:rPr>
        <w:t>ir</w:t>
      </w:r>
      <w:proofErr w:type="spellEnd"/>
      <w:r w:rsidRPr="00ED0FDA">
        <w:rPr>
          <w:b w:val="0"/>
          <w:bCs w:val="0"/>
          <w:color w:val="auto"/>
          <w:lang w:val="pl-PL"/>
        </w:rPr>
        <w:t xml:space="preserve"> </w:t>
      </w:r>
      <w:proofErr w:type="spellStart"/>
      <w:r w:rsidRPr="00ED0FDA">
        <w:rPr>
          <w:b w:val="0"/>
          <w:bCs w:val="0"/>
          <w:color w:val="auto"/>
          <w:lang w:val="pl-PL"/>
        </w:rPr>
        <w:t>modernumą</w:t>
      </w:r>
      <w:proofErr w:type="spellEnd"/>
      <w:r w:rsidRPr="00ED0FDA">
        <w:rPr>
          <w:b w:val="0"/>
          <w:bCs w:val="0"/>
          <w:color w:val="auto"/>
          <w:lang w:val="pl-PL"/>
        </w:rPr>
        <w:t xml:space="preserve">. Tai </w:t>
      </w:r>
      <w:proofErr w:type="spellStart"/>
      <w:r w:rsidRPr="00ED0FDA">
        <w:rPr>
          <w:b w:val="0"/>
          <w:bCs w:val="0"/>
          <w:color w:val="auto"/>
          <w:lang w:val="pl-PL"/>
        </w:rPr>
        <w:t>gerai</w:t>
      </w:r>
      <w:proofErr w:type="spellEnd"/>
      <w:r w:rsidRPr="00ED0FDA">
        <w:rPr>
          <w:b w:val="0"/>
          <w:bCs w:val="0"/>
          <w:color w:val="auto"/>
          <w:lang w:val="pl-PL"/>
        </w:rPr>
        <w:t xml:space="preserve"> </w:t>
      </w:r>
      <w:proofErr w:type="spellStart"/>
      <w:r w:rsidRPr="00ED0FDA">
        <w:rPr>
          <w:b w:val="0"/>
          <w:bCs w:val="0"/>
          <w:color w:val="auto"/>
          <w:lang w:val="pl-PL"/>
        </w:rPr>
        <w:t>įrengta</w:t>
      </w:r>
      <w:proofErr w:type="spellEnd"/>
      <w:r w:rsidRPr="00ED0FDA">
        <w:rPr>
          <w:b w:val="0"/>
          <w:bCs w:val="0"/>
          <w:color w:val="auto"/>
          <w:lang w:val="pl-PL"/>
        </w:rPr>
        <w:t xml:space="preserve">, </w:t>
      </w:r>
      <w:proofErr w:type="spellStart"/>
      <w:r w:rsidRPr="00ED0FDA">
        <w:rPr>
          <w:b w:val="0"/>
          <w:bCs w:val="0"/>
          <w:color w:val="auto"/>
          <w:lang w:val="pl-PL"/>
        </w:rPr>
        <w:t>estetiška</w:t>
      </w:r>
      <w:proofErr w:type="spellEnd"/>
      <w:r w:rsidRPr="00ED0FDA">
        <w:rPr>
          <w:b w:val="0"/>
          <w:bCs w:val="0"/>
          <w:color w:val="auto"/>
          <w:lang w:val="pl-PL"/>
        </w:rPr>
        <w:t xml:space="preserve"> </w:t>
      </w:r>
      <w:proofErr w:type="spellStart"/>
      <w:r w:rsidRPr="00ED0FDA">
        <w:rPr>
          <w:b w:val="0"/>
          <w:bCs w:val="0"/>
          <w:color w:val="auto"/>
          <w:lang w:val="pl-PL"/>
        </w:rPr>
        <w:t>ir</w:t>
      </w:r>
      <w:proofErr w:type="spellEnd"/>
      <w:r w:rsidRPr="00ED0FDA">
        <w:rPr>
          <w:b w:val="0"/>
          <w:bCs w:val="0"/>
          <w:color w:val="auto"/>
          <w:lang w:val="pl-PL"/>
        </w:rPr>
        <w:t xml:space="preserve"> </w:t>
      </w:r>
      <w:proofErr w:type="spellStart"/>
      <w:r w:rsidRPr="00ED0FDA">
        <w:rPr>
          <w:b w:val="0"/>
          <w:bCs w:val="0"/>
          <w:color w:val="auto"/>
          <w:lang w:val="pl-PL"/>
        </w:rPr>
        <w:t>saugi</w:t>
      </w:r>
      <w:proofErr w:type="spellEnd"/>
      <w:r w:rsidRPr="00ED0FDA">
        <w:rPr>
          <w:b w:val="0"/>
          <w:bCs w:val="0"/>
          <w:color w:val="auto"/>
          <w:lang w:val="pl-PL"/>
        </w:rPr>
        <w:t xml:space="preserve"> </w:t>
      </w:r>
      <w:proofErr w:type="spellStart"/>
      <w:r w:rsidRPr="00ED0FDA">
        <w:rPr>
          <w:b w:val="0"/>
          <w:bCs w:val="0"/>
          <w:color w:val="auto"/>
          <w:lang w:val="pl-PL"/>
        </w:rPr>
        <w:t>švietimo</w:t>
      </w:r>
      <w:proofErr w:type="spellEnd"/>
      <w:r w:rsidRPr="00ED0FDA">
        <w:rPr>
          <w:b w:val="0"/>
          <w:bCs w:val="0"/>
          <w:color w:val="auto"/>
          <w:lang w:val="pl-PL"/>
        </w:rPr>
        <w:t xml:space="preserve"> </w:t>
      </w:r>
      <w:proofErr w:type="spellStart"/>
      <w:r w:rsidRPr="00ED0FDA">
        <w:rPr>
          <w:b w:val="0"/>
          <w:bCs w:val="0"/>
          <w:color w:val="auto"/>
          <w:lang w:val="pl-PL"/>
        </w:rPr>
        <w:t>įstaiga</w:t>
      </w:r>
      <w:proofErr w:type="spellEnd"/>
      <w:r w:rsidRPr="00ED0FDA">
        <w:rPr>
          <w:b w:val="0"/>
          <w:bCs w:val="0"/>
          <w:color w:val="auto"/>
          <w:lang w:val="pl-PL"/>
        </w:rPr>
        <w:t xml:space="preserve">. </w:t>
      </w:r>
      <w:proofErr w:type="spellStart"/>
      <w:r w:rsidRPr="00ED0FDA">
        <w:rPr>
          <w:b w:val="0"/>
          <w:bCs w:val="0"/>
          <w:color w:val="auto"/>
          <w:lang w:val="pl-PL"/>
        </w:rPr>
        <w:t>Ji</w:t>
      </w:r>
      <w:proofErr w:type="spellEnd"/>
      <w:r w:rsidRPr="00ED0FDA">
        <w:rPr>
          <w:b w:val="0"/>
          <w:bCs w:val="0"/>
          <w:color w:val="auto"/>
          <w:lang w:val="pl-PL"/>
        </w:rPr>
        <w:t xml:space="preserve"> </w:t>
      </w:r>
      <w:proofErr w:type="spellStart"/>
      <w:r w:rsidRPr="00ED0FDA">
        <w:rPr>
          <w:b w:val="0"/>
          <w:bCs w:val="0"/>
          <w:color w:val="auto"/>
          <w:lang w:val="pl-PL"/>
        </w:rPr>
        <w:t>buvo</w:t>
      </w:r>
      <w:proofErr w:type="spellEnd"/>
      <w:r w:rsidRPr="00ED0FDA">
        <w:rPr>
          <w:b w:val="0"/>
          <w:bCs w:val="0"/>
          <w:color w:val="auto"/>
          <w:lang w:val="pl-PL"/>
        </w:rPr>
        <w:t xml:space="preserve"> </w:t>
      </w:r>
      <w:proofErr w:type="spellStart"/>
      <w:r w:rsidRPr="00ED0FDA">
        <w:rPr>
          <w:b w:val="0"/>
          <w:bCs w:val="0"/>
          <w:color w:val="auto"/>
          <w:lang w:val="pl-PL"/>
        </w:rPr>
        <w:t>įkurta</w:t>
      </w:r>
      <w:proofErr w:type="spellEnd"/>
      <w:r w:rsidRPr="00ED0FDA">
        <w:rPr>
          <w:b w:val="0"/>
          <w:bCs w:val="0"/>
          <w:color w:val="auto"/>
          <w:lang w:val="pl-PL"/>
        </w:rPr>
        <w:t xml:space="preserve"> 1962 m. 2002 m. </w:t>
      </w:r>
      <w:proofErr w:type="spellStart"/>
      <w:r w:rsidRPr="00ED0FDA">
        <w:rPr>
          <w:b w:val="0"/>
          <w:bCs w:val="0"/>
          <w:color w:val="auto"/>
          <w:lang w:val="pl-PL"/>
        </w:rPr>
        <w:t>vyko</w:t>
      </w:r>
      <w:proofErr w:type="spellEnd"/>
      <w:r w:rsidRPr="00ED0FDA">
        <w:rPr>
          <w:b w:val="0"/>
          <w:bCs w:val="0"/>
          <w:color w:val="auto"/>
          <w:lang w:val="pl-PL"/>
        </w:rPr>
        <w:t xml:space="preserve"> </w:t>
      </w:r>
      <w:proofErr w:type="spellStart"/>
      <w:r w:rsidRPr="00ED0FDA">
        <w:rPr>
          <w:b w:val="0"/>
          <w:bCs w:val="0"/>
          <w:color w:val="auto"/>
          <w:lang w:val="pl-PL"/>
        </w:rPr>
        <w:t>iškilminga</w:t>
      </w:r>
      <w:proofErr w:type="spellEnd"/>
      <w:r w:rsidRPr="00ED0FDA">
        <w:rPr>
          <w:b w:val="0"/>
          <w:bCs w:val="0"/>
          <w:color w:val="auto"/>
          <w:lang w:val="pl-PL"/>
        </w:rPr>
        <w:t xml:space="preserve"> </w:t>
      </w:r>
      <w:proofErr w:type="spellStart"/>
      <w:r w:rsidRPr="00ED0FDA">
        <w:rPr>
          <w:b w:val="0"/>
          <w:bCs w:val="0"/>
          <w:color w:val="auto"/>
          <w:lang w:val="pl-PL"/>
        </w:rPr>
        <w:t>konferencija</w:t>
      </w:r>
      <w:proofErr w:type="spellEnd"/>
      <w:r w:rsidRPr="00ED0FDA">
        <w:rPr>
          <w:b w:val="0"/>
          <w:bCs w:val="0"/>
          <w:color w:val="auto"/>
          <w:lang w:val="pl-PL"/>
        </w:rPr>
        <w:t xml:space="preserve">, </w:t>
      </w:r>
      <w:proofErr w:type="spellStart"/>
      <w:r w:rsidRPr="00ED0FDA">
        <w:rPr>
          <w:b w:val="0"/>
          <w:bCs w:val="0"/>
          <w:color w:val="auto"/>
          <w:lang w:val="pl-PL"/>
        </w:rPr>
        <w:t>kurioje</w:t>
      </w:r>
      <w:proofErr w:type="spellEnd"/>
      <w:r w:rsidRPr="00ED0FDA">
        <w:rPr>
          <w:b w:val="0"/>
          <w:bCs w:val="0"/>
          <w:color w:val="auto"/>
          <w:lang w:val="pl-PL"/>
        </w:rPr>
        <w:t xml:space="preserve"> </w:t>
      </w:r>
      <w:proofErr w:type="spellStart"/>
      <w:r w:rsidRPr="00ED0FDA">
        <w:rPr>
          <w:b w:val="0"/>
          <w:bCs w:val="0"/>
          <w:color w:val="auto"/>
          <w:lang w:val="pl-PL"/>
        </w:rPr>
        <w:t>mokyklai</w:t>
      </w:r>
      <w:proofErr w:type="spellEnd"/>
      <w:r w:rsidRPr="00ED0FDA">
        <w:rPr>
          <w:b w:val="0"/>
          <w:bCs w:val="0"/>
          <w:color w:val="auto"/>
          <w:lang w:val="pl-PL"/>
        </w:rPr>
        <w:t xml:space="preserve"> </w:t>
      </w:r>
      <w:proofErr w:type="spellStart"/>
      <w:r w:rsidRPr="00ED0FDA">
        <w:rPr>
          <w:b w:val="0"/>
          <w:bCs w:val="0"/>
          <w:color w:val="auto"/>
          <w:lang w:val="pl-PL"/>
        </w:rPr>
        <w:t>buvo</w:t>
      </w:r>
      <w:proofErr w:type="spellEnd"/>
      <w:r w:rsidRPr="00ED0FDA">
        <w:rPr>
          <w:b w:val="0"/>
          <w:bCs w:val="0"/>
          <w:color w:val="auto"/>
          <w:lang w:val="pl-PL"/>
        </w:rPr>
        <w:t xml:space="preserve"> </w:t>
      </w:r>
      <w:proofErr w:type="spellStart"/>
      <w:r w:rsidRPr="00ED0FDA">
        <w:rPr>
          <w:b w:val="0"/>
          <w:bCs w:val="0"/>
          <w:color w:val="auto"/>
          <w:lang w:val="pl-PL"/>
        </w:rPr>
        <w:t>suteiktas</w:t>
      </w:r>
      <w:proofErr w:type="spellEnd"/>
      <w:r w:rsidRPr="00ED0FDA">
        <w:rPr>
          <w:b w:val="0"/>
          <w:bCs w:val="0"/>
          <w:color w:val="auto"/>
          <w:lang w:val="pl-PL"/>
        </w:rPr>
        <w:t xml:space="preserve"> </w:t>
      </w:r>
      <w:proofErr w:type="spellStart"/>
      <w:r w:rsidRPr="00ED0FDA">
        <w:rPr>
          <w:b w:val="0"/>
          <w:bCs w:val="0"/>
          <w:color w:val="auto"/>
          <w:lang w:val="pl-PL"/>
        </w:rPr>
        <w:t>generolo</w:t>
      </w:r>
      <w:proofErr w:type="spellEnd"/>
      <w:r w:rsidRPr="00ED0FDA">
        <w:rPr>
          <w:b w:val="0"/>
          <w:bCs w:val="0"/>
          <w:color w:val="auto"/>
          <w:lang w:val="pl-PL"/>
        </w:rPr>
        <w:t xml:space="preserve"> Nikodemo </w:t>
      </w:r>
      <w:proofErr w:type="spellStart"/>
      <w:r w:rsidRPr="00ED0FDA">
        <w:rPr>
          <w:b w:val="0"/>
          <w:bCs w:val="0"/>
          <w:color w:val="auto"/>
          <w:lang w:val="pl-PL"/>
        </w:rPr>
        <w:t>Suliko</w:t>
      </w:r>
      <w:proofErr w:type="spellEnd"/>
      <w:r w:rsidRPr="00ED0FDA">
        <w:rPr>
          <w:b w:val="0"/>
          <w:bCs w:val="0"/>
          <w:color w:val="auto"/>
          <w:lang w:val="pl-PL"/>
        </w:rPr>
        <w:t xml:space="preserve"> </w:t>
      </w:r>
      <w:proofErr w:type="spellStart"/>
      <w:r w:rsidRPr="00ED0FDA">
        <w:rPr>
          <w:b w:val="0"/>
          <w:bCs w:val="0"/>
          <w:color w:val="auto"/>
          <w:lang w:val="pl-PL"/>
        </w:rPr>
        <w:t>vardas</w:t>
      </w:r>
      <w:proofErr w:type="spellEnd"/>
      <w:r w:rsidRPr="00ED0FDA">
        <w:rPr>
          <w:b w:val="0"/>
          <w:bCs w:val="0"/>
          <w:color w:val="auto"/>
          <w:lang w:val="pl-PL"/>
        </w:rPr>
        <w:t xml:space="preserve">. </w:t>
      </w:r>
      <w:proofErr w:type="spellStart"/>
      <w:r w:rsidRPr="00ED0FDA">
        <w:rPr>
          <w:b w:val="0"/>
          <w:bCs w:val="0"/>
          <w:color w:val="auto"/>
        </w:rPr>
        <w:t>Mokyklos</w:t>
      </w:r>
      <w:proofErr w:type="spellEnd"/>
      <w:r w:rsidR="00ED0FDA">
        <w:rPr>
          <w:lang w:val="pl-PL"/>
        </w:rPr>
        <w:t xml:space="preserve"> </w:t>
      </w:r>
      <w:proofErr w:type="spellStart"/>
      <w:r w:rsidR="00ED0FDA" w:rsidRPr="00ED0FDA">
        <w:rPr>
          <w:b w:val="0"/>
          <w:bCs w:val="0"/>
          <w:color w:val="auto"/>
          <w:lang w:val="pl-PL"/>
        </w:rPr>
        <w:t>direktorius</w:t>
      </w:r>
      <w:proofErr w:type="spellEnd"/>
      <w:r w:rsidR="00ED0FDA" w:rsidRPr="00ED0FDA">
        <w:rPr>
          <w:b w:val="0"/>
          <w:bCs w:val="0"/>
          <w:color w:val="auto"/>
          <w:lang w:val="pl-PL"/>
        </w:rPr>
        <w:t xml:space="preserve"> </w:t>
      </w:r>
      <w:proofErr w:type="spellStart"/>
      <w:r w:rsidR="00ED0FDA" w:rsidRPr="00ED0FDA">
        <w:rPr>
          <w:b w:val="0"/>
          <w:bCs w:val="0"/>
          <w:color w:val="auto"/>
          <w:lang w:val="pl-PL"/>
        </w:rPr>
        <w:t>Jaroslaw</w:t>
      </w:r>
      <w:proofErr w:type="spellEnd"/>
      <w:r w:rsidR="00ED0FDA" w:rsidRPr="00ED0FDA">
        <w:rPr>
          <w:b w:val="0"/>
          <w:bCs w:val="0"/>
          <w:color w:val="auto"/>
          <w:lang w:val="pl-PL"/>
        </w:rPr>
        <w:t xml:space="preserve"> Budnik</w:t>
      </w:r>
      <w:r w:rsidR="00ED0FDA">
        <w:rPr>
          <w:b w:val="0"/>
          <w:bCs w:val="0"/>
          <w:color w:val="auto"/>
          <w:lang w:val="pl-PL"/>
        </w:rPr>
        <w:t>.</w:t>
      </w:r>
    </w:p>
    <w:p w14:paraId="00B8202B" w14:textId="77777777" w:rsidR="00ED0FDA" w:rsidRDefault="00ED0FDA" w:rsidP="00ED0FDA">
      <w:pPr>
        <w:pStyle w:val="Antrat3"/>
        <w:rPr>
          <w:b w:val="0"/>
          <w:bCs w:val="0"/>
          <w:color w:val="000000" w:themeColor="text1"/>
          <w:sz w:val="24"/>
          <w:szCs w:val="24"/>
          <w:lang w:val="pl-PL"/>
        </w:rPr>
      </w:pPr>
      <w:proofErr w:type="spellStart"/>
      <w:r w:rsidRPr="00ED0FDA">
        <w:rPr>
          <w:b w:val="0"/>
          <w:bCs w:val="0"/>
          <w:color w:val="000000" w:themeColor="text1"/>
          <w:sz w:val="24"/>
          <w:szCs w:val="24"/>
          <w:lang w:val="pl-PL"/>
        </w:rPr>
        <w:t>Mokyklos</w:t>
      </w:r>
      <w:proofErr w:type="spellEnd"/>
      <w:r>
        <w:rPr>
          <w:b w:val="0"/>
          <w:bCs w:val="0"/>
          <w:color w:val="000000" w:themeColor="text1"/>
          <w:sz w:val="24"/>
          <w:szCs w:val="24"/>
          <w:lang w:val="pl-PL"/>
        </w:rPr>
        <w:t xml:space="preserve"> </w:t>
      </w:r>
      <w:proofErr w:type="spellStart"/>
      <w:r>
        <w:rPr>
          <w:b w:val="0"/>
          <w:bCs w:val="0"/>
          <w:color w:val="000000" w:themeColor="text1"/>
          <w:sz w:val="24"/>
          <w:szCs w:val="24"/>
          <w:lang w:val="pl-PL"/>
        </w:rPr>
        <w:t>tipai</w:t>
      </w:r>
      <w:proofErr w:type="spellEnd"/>
      <w:r w:rsidRPr="00ED0FDA">
        <w:rPr>
          <w:b w:val="0"/>
          <w:bCs w:val="0"/>
          <w:color w:val="000000" w:themeColor="text1"/>
          <w:sz w:val="24"/>
          <w:szCs w:val="24"/>
          <w:lang w:val="pl-PL"/>
        </w:rPr>
        <w:t xml:space="preserve">:    </w:t>
      </w:r>
    </w:p>
    <w:p w14:paraId="7485BD88" w14:textId="77777777" w:rsidR="00ED0FDA" w:rsidRPr="00ED0FDA" w:rsidRDefault="00ED0FDA" w:rsidP="00ED0FDA">
      <w:pPr>
        <w:pStyle w:val="Antrat3"/>
        <w:rPr>
          <w:b w:val="0"/>
          <w:bCs w:val="0"/>
          <w:color w:val="000000" w:themeColor="text1"/>
          <w:sz w:val="24"/>
          <w:szCs w:val="24"/>
          <w:lang w:val="pl-PL"/>
        </w:rPr>
      </w:pPr>
      <w:proofErr w:type="spellStart"/>
      <w:r w:rsidRPr="00ED0FDA">
        <w:rPr>
          <w:b w:val="0"/>
          <w:bCs w:val="0"/>
          <w:color w:val="000000" w:themeColor="text1"/>
          <w:sz w:val="24"/>
          <w:szCs w:val="24"/>
          <w:lang w:val="pl-PL"/>
        </w:rPr>
        <w:t>Vidurinė</w:t>
      </w:r>
      <w:proofErr w:type="spellEnd"/>
      <w:r w:rsidRPr="00ED0FDA">
        <w:rPr>
          <w:b w:val="0"/>
          <w:bCs w:val="0"/>
          <w:color w:val="000000" w:themeColor="text1"/>
          <w:sz w:val="24"/>
          <w:szCs w:val="24"/>
          <w:lang w:val="pl-PL"/>
        </w:rPr>
        <w:t xml:space="preserve"> </w:t>
      </w:r>
      <w:proofErr w:type="spellStart"/>
      <w:r w:rsidRPr="00ED0FDA">
        <w:rPr>
          <w:b w:val="0"/>
          <w:bCs w:val="0"/>
          <w:color w:val="000000" w:themeColor="text1"/>
          <w:sz w:val="24"/>
          <w:szCs w:val="24"/>
          <w:lang w:val="pl-PL"/>
        </w:rPr>
        <w:t>mokykla</w:t>
      </w:r>
      <w:proofErr w:type="spellEnd"/>
    </w:p>
    <w:p w14:paraId="49C4F4A8" w14:textId="77777777" w:rsidR="00ED0FDA" w:rsidRPr="00ED0FDA" w:rsidRDefault="00ED0FDA" w:rsidP="00ED0FDA">
      <w:pPr>
        <w:pStyle w:val="Antrat3"/>
        <w:spacing w:before="0"/>
        <w:rPr>
          <w:b w:val="0"/>
          <w:bCs w:val="0"/>
          <w:color w:val="000000" w:themeColor="text1"/>
          <w:lang w:val="pl-PL"/>
        </w:rPr>
      </w:pPr>
      <w:r w:rsidRPr="00ED0FDA">
        <w:rPr>
          <w:b w:val="0"/>
          <w:bCs w:val="0"/>
          <w:color w:val="000000" w:themeColor="text1"/>
          <w:lang w:val="pl-PL"/>
        </w:rPr>
        <w:t xml:space="preserve">- </w:t>
      </w:r>
      <w:proofErr w:type="spellStart"/>
      <w:r w:rsidRPr="00ED0FDA">
        <w:rPr>
          <w:b w:val="0"/>
          <w:bCs w:val="0"/>
          <w:color w:val="000000" w:themeColor="text1"/>
          <w:lang w:val="pl-PL"/>
        </w:rPr>
        <w:t>Profesinė</w:t>
      </w:r>
      <w:proofErr w:type="spellEnd"/>
      <w:r w:rsidRPr="00ED0FDA">
        <w:rPr>
          <w:b w:val="0"/>
          <w:bCs w:val="0"/>
          <w:color w:val="000000" w:themeColor="text1"/>
          <w:lang w:val="pl-PL"/>
        </w:rPr>
        <w:t xml:space="preserve"> </w:t>
      </w:r>
      <w:proofErr w:type="spellStart"/>
      <w:r w:rsidRPr="00ED0FDA">
        <w:rPr>
          <w:b w:val="0"/>
          <w:bCs w:val="0"/>
          <w:color w:val="000000" w:themeColor="text1"/>
          <w:lang w:val="pl-PL"/>
        </w:rPr>
        <w:t>mokykla</w:t>
      </w:r>
      <w:proofErr w:type="spellEnd"/>
      <w:r w:rsidRPr="00ED0FDA">
        <w:rPr>
          <w:b w:val="0"/>
          <w:bCs w:val="0"/>
          <w:color w:val="000000" w:themeColor="text1"/>
          <w:lang w:val="pl-PL"/>
        </w:rPr>
        <w:t xml:space="preserve"> </w:t>
      </w:r>
      <w:proofErr w:type="spellStart"/>
      <w:r w:rsidRPr="00ED0FDA">
        <w:rPr>
          <w:b w:val="0"/>
          <w:bCs w:val="0"/>
          <w:color w:val="000000" w:themeColor="text1"/>
          <w:lang w:val="pl-PL"/>
        </w:rPr>
        <w:t>su</w:t>
      </w:r>
      <w:proofErr w:type="spellEnd"/>
      <w:r w:rsidRPr="00ED0FDA">
        <w:rPr>
          <w:b w:val="0"/>
          <w:bCs w:val="0"/>
          <w:color w:val="000000" w:themeColor="text1"/>
          <w:lang w:val="pl-PL"/>
        </w:rPr>
        <w:t xml:space="preserve"> </w:t>
      </w:r>
      <w:proofErr w:type="spellStart"/>
      <w:r w:rsidRPr="00ED0FDA">
        <w:rPr>
          <w:b w:val="0"/>
          <w:bCs w:val="0"/>
          <w:color w:val="000000" w:themeColor="text1"/>
          <w:lang w:val="pl-PL"/>
        </w:rPr>
        <w:t>įvairiomis</w:t>
      </w:r>
      <w:proofErr w:type="spellEnd"/>
      <w:r w:rsidRPr="00ED0FDA">
        <w:rPr>
          <w:b w:val="0"/>
          <w:bCs w:val="0"/>
          <w:color w:val="000000" w:themeColor="text1"/>
          <w:lang w:val="pl-PL"/>
        </w:rPr>
        <w:t xml:space="preserve"> </w:t>
      </w:r>
      <w:proofErr w:type="spellStart"/>
      <w:r w:rsidRPr="00ED0FDA">
        <w:rPr>
          <w:b w:val="0"/>
          <w:bCs w:val="0"/>
          <w:color w:val="000000" w:themeColor="text1"/>
          <w:lang w:val="pl-PL"/>
        </w:rPr>
        <w:t>profesinėmis</w:t>
      </w:r>
      <w:proofErr w:type="spellEnd"/>
      <w:r w:rsidRPr="00ED0FDA">
        <w:rPr>
          <w:b w:val="0"/>
          <w:bCs w:val="0"/>
          <w:color w:val="000000" w:themeColor="text1"/>
          <w:lang w:val="pl-PL"/>
        </w:rPr>
        <w:t xml:space="preserve"> </w:t>
      </w:r>
      <w:proofErr w:type="spellStart"/>
      <w:r w:rsidRPr="00ED0FDA">
        <w:rPr>
          <w:b w:val="0"/>
          <w:bCs w:val="0"/>
          <w:color w:val="000000" w:themeColor="text1"/>
          <w:lang w:val="pl-PL"/>
        </w:rPr>
        <w:t>ir</w:t>
      </w:r>
      <w:proofErr w:type="spellEnd"/>
      <w:r w:rsidRPr="00ED0FDA">
        <w:rPr>
          <w:b w:val="0"/>
          <w:bCs w:val="0"/>
          <w:color w:val="000000" w:themeColor="text1"/>
          <w:lang w:val="pl-PL"/>
        </w:rPr>
        <w:t xml:space="preserve"> </w:t>
      </w:r>
      <w:proofErr w:type="spellStart"/>
      <w:r w:rsidRPr="00ED0FDA">
        <w:rPr>
          <w:b w:val="0"/>
          <w:bCs w:val="0"/>
          <w:color w:val="000000" w:themeColor="text1"/>
          <w:lang w:val="pl-PL"/>
        </w:rPr>
        <w:t>specializuotomis</w:t>
      </w:r>
      <w:proofErr w:type="spellEnd"/>
      <w:r w:rsidRPr="00ED0FDA">
        <w:rPr>
          <w:b w:val="0"/>
          <w:bCs w:val="0"/>
          <w:color w:val="000000" w:themeColor="text1"/>
          <w:lang w:val="pl-PL"/>
        </w:rPr>
        <w:t xml:space="preserve"> </w:t>
      </w:r>
      <w:proofErr w:type="spellStart"/>
      <w:r w:rsidRPr="00ED0FDA">
        <w:rPr>
          <w:b w:val="0"/>
          <w:bCs w:val="0"/>
          <w:color w:val="000000" w:themeColor="text1"/>
          <w:lang w:val="pl-PL"/>
        </w:rPr>
        <w:t>programomis</w:t>
      </w:r>
      <w:proofErr w:type="spellEnd"/>
    </w:p>
    <w:p w14:paraId="1F8D5957" w14:textId="23EA9A63" w:rsidR="00523DCD" w:rsidRPr="00ED0FDA" w:rsidRDefault="00ED0FDA" w:rsidP="00ED0FDA">
      <w:pPr>
        <w:pStyle w:val="Antrat3"/>
        <w:spacing w:before="0"/>
        <w:rPr>
          <w:b w:val="0"/>
          <w:bCs w:val="0"/>
          <w:color w:val="auto"/>
          <w:lang w:val="pl-PL"/>
        </w:rPr>
      </w:pPr>
      <w:r w:rsidRPr="00ED0FDA">
        <w:rPr>
          <w:b w:val="0"/>
          <w:bCs w:val="0"/>
          <w:color w:val="000000" w:themeColor="text1"/>
          <w:lang w:val="pl-PL"/>
        </w:rPr>
        <w:t xml:space="preserve">- </w:t>
      </w:r>
      <w:proofErr w:type="spellStart"/>
      <w:r w:rsidRPr="00ED0FDA">
        <w:rPr>
          <w:b w:val="0"/>
          <w:bCs w:val="0"/>
          <w:color w:val="000000" w:themeColor="text1"/>
          <w:lang w:val="pl-PL"/>
        </w:rPr>
        <w:t>Suaugusiųjų</w:t>
      </w:r>
      <w:proofErr w:type="spellEnd"/>
      <w:r w:rsidRPr="00ED0FDA">
        <w:rPr>
          <w:b w:val="0"/>
          <w:bCs w:val="0"/>
          <w:color w:val="000000" w:themeColor="text1"/>
          <w:lang w:val="pl-PL"/>
        </w:rPr>
        <w:t xml:space="preserve"> </w:t>
      </w:r>
      <w:proofErr w:type="spellStart"/>
      <w:r w:rsidRPr="00ED0FDA">
        <w:rPr>
          <w:b w:val="0"/>
          <w:bCs w:val="0"/>
          <w:color w:val="000000" w:themeColor="text1"/>
          <w:lang w:val="pl-PL"/>
        </w:rPr>
        <w:t>vidurinė</w:t>
      </w:r>
      <w:proofErr w:type="spellEnd"/>
      <w:r w:rsidRPr="00ED0FDA">
        <w:rPr>
          <w:b w:val="0"/>
          <w:bCs w:val="0"/>
          <w:color w:val="000000" w:themeColor="text1"/>
          <w:lang w:val="pl-PL"/>
        </w:rPr>
        <w:t xml:space="preserve"> </w:t>
      </w:r>
      <w:proofErr w:type="spellStart"/>
      <w:r w:rsidRPr="00ED0FDA">
        <w:rPr>
          <w:b w:val="0"/>
          <w:bCs w:val="0"/>
          <w:color w:val="000000" w:themeColor="text1"/>
          <w:lang w:val="pl-PL"/>
        </w:rPr>
        <w:t>mokykla</w:t>
      </w:r>
      <w:proofErr w:type="spellEnd"/>
      <w:r w:rsidRPr="00ED0FDA">
        <w:rPr>
          <w:b w:val="0"/>
          <w:bCs w:val="0"/>
          <w:color w:val="000000" w:themeColor="text1"/>
          <w:lang w:val="pl-PL"/>
        </w:rPr>
        <w:t xml:space="preserve">                                                                 </w:t>
      </w:r>
      <w:r w:rsidR="00523DCD" w:rsidRPr="00ED0FDA">
        <w:rPr>
          <w:b w:val="0"/>
          <w:bCs w:val="0"/>
          <w:color w:val="000000" w:themeColor="text1"/>
          <w:lang w:val="pl-PL"/>
        </w:rPr>
        <w:t xml:space="preserve"> </w:t>
      </w:r>
    </w:p>
    <w:p w14:paraId="5F7C53B4" w14:textId="77777777" w:rsidR="00EC7053" w:rsidRPr="00ED0FDA" w:rsidRDefault="00EC7053">
      <w:pPr>
        <w:rPr>
          <w:lang w:val="mk-MK"/>
        </w:rPr>
      </w:pPr>
    </w:p>
    <w:p w14:paraId="22C8C05F" w14:textId="4FE177AE" w:rsidR="00EC7053" w:rsidRPr="00EC7053" w:rsidRDefault="00ED0FDA" w:rsidP="00EC7053">
      <w:pPr>
        <w:rPr>
          <w:lang w:val="mk-MK"/>
        </w:rPr>
      </w:pPr>
      <w:r w:rsidRPr="00ED0FDA">
        <w:rPr>
          <w:lang w:val="mk-MK"/>
        </w:rPr>
        <w:t>Šiuo metu mokykloje yra 378 mokiniai, suskirstyti į 16 klasių, dirba 41 mokytojas ir 16 administracinio bei pagalbinio personalo darbuotojų.</w:t>
      </w:r>
    </w:p>
    <w:p w14:paraId="0A88D3E2" w14:textId="7E0766CE" w:rsidR="009D370E" w:rsidRPr="00333346" w:rsidRDefault="00ED0FDA">
      <w:pPr>
        <w:rPr>
          <w:lang w:val="mk-MK"/>
        </w:rPr>
      </w:pPr>
      <w:r w:rsidRPr="00ED0FDA">
        <w:rPr>
          <w:lang w:val="mk-MK"/>
        </w:rPr>
        <w:t>Mokykloje yra 11 klasių, trys gamtos mokslų laboratorijos, atsinaujinančios energijos laboratorija ir IT laboratorija, visos jos yra visiškai įrengtos projektoriais, nešiojamaisiais kompiuteriais, interaktyviosiomis lentomis ir laidiniu bei belaidžiu internetu.</w:t>
      </w:r>
      <w:r w:rsidR="00B11853" w:rsidRPr="00333346">
        <w:rPr>
          <w:lang w:val="mk-MK"/>
        </w:rPr>
        <w:br/>
      </w:r>
      <w:r w:rsidR="00B11853" w:rsidRPr="00333346">
        <w:rPr>
          <w:lang w:val="mk-MK"/>
        </w:rPr>
        <w:br/>
      </w:r>
      <w:r w:rsidR="00E275A8" w:rsidRPr="00E275A8">
        <w:rPr>
          <w:lang w:val="mk-MK"/>
        </w:rPr>
        <w:t>Be to, mokykla turi modernią sporto salę, kovos menų salę, vidaus ir lauko sporto salę, daugiafunkcinę žaidimų aikštelę, konferencijų salę ir du šaudyklos (virtualią ir pneumatinę). Studentai gali apsistoti studentų bendrabutyje (100 lovų) ir valgyti valgykloje.</w:t>
      </w:r>
    </w:p>
    <w:p w14:paraId="4FF966A3" w14:textId="77777777" w:rsidR="00E275A8" w:rsidRPr="00E275A8" w:rsidRDefault="00E275A8" w:rsidP="00E275A8">
      <w:pPr>
        <w:spacing w:before="100" w:beforeAutospacing="1" w:after="100" w:afterAutospacing="1" w:line="240" w:lineRule="auto"/>
        <w:jc w:val="center"/>
        <w:outlineLvl w:val="2"/>
        <w:rPr>
          <w:rFonts w:ascii="Times New Roman" w:eastAsia="Times New Roman" w:hAnsi="Times New Roman" w:cs="Times New Roman"/>
          <w:b/>
          <w:bCs/>
          <w:sz w:val="27"/>
          <w:szCs w:val="27"/>
          <w:lang w:val="mk-MK"/>
        </w:rPr>
      </w:pPr>
      <w:r w:rsidRPr="00E275A8">
        <w:rPr>
          <w:rFonts w:ascii="Times New Roman" w:eastAsia="Times New Roman" w:hAnsi="Times New Roman" w:cs="Times New Roman"/>
          <w:b/>
          <w:bCs/>
          <w:sz w:val="27"/>
          <w:szCs w:val="27"/>
          <w:lang w:val="mk-MK"/>
        </w:rPr>
        <w:t>Švietimo gairės</w:t>
      </w:r>
    </w:p>
    <w:p w14:paraId="1997A526" w14:textId="77777777" w:rsidR="00CC4B75" w:rsidRPr="00CC4B75" w:rsidRDefault="00CC4B75" w:rsidP="00CC4B75">
      <w:pPr>
        <w:rPr>
          <w:lang w:val="mk-MK"/>
        </w:rPr>
      </w:pPr>
    </w:p>
    <w:p w14:paraId="7762DBC6" w14:textId="77777777" w:rsidR="00E275A8" w:rsidRPr="00E275A8" w:rsidRDefault="00E275A8" w:rsidP="00E275A8">
      <w:pPr>
        <w:spacing w:after="0"/>
        <w:rPr>
          <w:lang w:val="mk-MK"/>
        </w:rPr>
      </w:pPr>
      <w:r w:rsidRPr="00E275A8">
        <w:rPr>
          <w:lang w:val="mk-MK"/>
        </w:rPr>
        <w:t>Humanitariniai mokslai – teisė ir žiniasklaida</w:t>
      </w:r>
    </w:p>
    <w:p w14:paraId="26962328" w14:textId="77777777" w:rsidR="00E275A8" w:rsidRPr="00E275A8" w:rsidRDefault="00E275A8" w:rsidP="00E275A8">
      <w:pPr>
        <w:spacing w:after="0"/>
        <w:rPr>
          <w:lang w:val="mk-MK"/>
        </w:rPr>
      </w:pPr>
      <w:r w:rsidRPr="00E275A8">
        <w:rPr>
          <w:lang w:val="mk-MK"/>
        </w:rPr>
        <w:t>- Politechnika ir medicina</w:t>
      </w:r>
    </w:p>
    <w:p w14:paraId="68CF827B" w14:textId="77777777" w:rsidR="00E275A8" w:rsidRPr="00E275A8" w:rsidRDefault="00E275A8" w:rsidP="00E275A8">
      <w:pPr>
        <w:spacing w:after="0"/>
        <w:rPr>
          <w:lang w:val="mk-MK"/>
        </w:rPr>
      </w:pPr>
      <w:r w:rsidRPr="00E275A8">
        <w:rPr>
          <w:lang w:val="mk-MK"/>
        </w:rPr>
        <w:t>- Sertifikuota karinė programa</w:t>
      </w:r>
    </w:p>
    <w:p w14:paraId="69A764AA" w14:textId="2E47D354" w:rsidR="009D370E" w:rsidRDefault="00E275A8" w:rsidP="00E275A8">
      <w:pPr>
        <w:spacing w:after="0"/>
        <w:rPr>
          <w:lang w:val="mk-MK"/>
        </w:rPr>
      </w:pPr>
      <w:r w:rsidRPr="00E275A8">
        <w:rPr>
          <w:lang w:val="mk-MK"/>
        </w:rPr>
        <w:t>- Sporto programa</w:t>
      </w:r>
      <w:r w:rsidR="00B11853" w:rsidRPr="00333346">
        <w:rPr>
          <w:lang w:val="mk-MK"/>
        </w:rPr>
        <w:br/>
      </w:r>
      <w:r w:rsidRPr="00E275A8">
        <w:rPr>
          <w:lang w:val="mk-MK"/>
        </w:rPr>
        <w:t>Kiekvienas studentas gali pasirinkti tris išplėstinius dalykus iš šių: lenkų kalba, anglų kalba, rusų kalba, istorija, socialiniai mokslai, matematika, fizika, biologija, chemija ir geografija.</w:t>
      </w:r>
    </w:p>
    <w:p w14:paraId="55CDC0FF" w14:textId="77777777" w:rsidR="00CC4B75" w:rsidRDefault="00CC4B75">
      <w:pPr>
        <w:rPr>
          <w:noProof/>
          <w:lang w:val="mk-MK"/>
        </w:rPr>
      </w:pPr>
    </w:p>
    <w:p w14:paraId="5171DE69" w14:textId="77777777" w:rsidR="00CC4B75" w:rsidRDefault="00CC4B75" w:rsidP="00CC4B75">
      <w:pPr>
        <w:jc w:val="center"/>
        <w:rPr>
          <w:noProof/>
          <w:color w:val="548DD4" w:themeColor="text2" w:themeTint="99"/>
          <w:lang w:val="mk-MK"/>
        </w:rPr>
      </w:pPr>
    </w:p>
    <w:p w14:paraId="02E4BE17" w14:textId="77777777" w:rsidR="00E275A8" w:rsidRDefault="00E275A8" w:rsidP="00CC4B75">
      <w:pPr>
        <w:jc w:val="center"/>
        <w:rPr>
          <w:b/>
          <w:noProof/>
          <w:color w:val="548DD4" w:themeColor="text2" w:themeTint="99"/>
          <w:lang w:val="mk-MK"/>
        </w:rPr>
      </w:pPr>
    </w:p>
    <w:p w14:paraId="25F47C9A" w14:textId="26DE5BF4" w:rsidR="00E45307" w:rsidRDefault="00E45307" w:rsidP="00E45307">
      <w:pPr>
        <w:pStyle w:val="prastasiniatinklio"/>
        <w:jc w:val="center"/>
        <w:rPr>
          <w:b/>
          <w:bCs/>
          <w:lang w:val="mk-MK"/>
        </w:rPr>
      </w:pPr>
      <w:r w:rsidRPr="00031718">
        <w:rPr>
          <w:b/>
          <w:bCs/>
          <w:lang w:val="mk-MK"/>
        </w:rPr>
        <w:lastRenderedPageBreak/>
        <w:t>Tarptautiniai projektai</w:t>
      </w:r>
    </w:p>
    <w:p w14:paraId="3B7A53F1" w14:textId="2BCCF0EC" w:rsidR="00031718" w:rsidRPr="00031718" w:rsidRDefault="00031718" w:rsidP="00E45307">
      <w:pPr>
        <w:pStyle w:val="prastasiniatinklio"/>
        <w:jc w:val="center"/>
        <w:rPr>
          <w:lang w:val="mk-MK"/>
        </w:rPr>
      </w:pPr>
      <w:r w:rsidRPr="00031718">
        <w:rPr>
          <w:lang w:val="mk-MK"/>
        </w:rPr>
        <w:t xml:space="preserve">Nuo 2004 m. </w:t>
      </w:r>
      <w:r>
        <w:rPr>
          <w:lang w:val="lt-LT"/>
        </w:rPr>
        <w:t>mokykla</w:t>
      </w:r>
      <w:r w:rsidRPr="00031718">
        <w:rPr>
          <w:lang w:val="mk-MK"/>
        </w:rPr>
        <w:t xml:space="preserve"> įgyvendino daugybę projektų, bendrai finansuojamų iš Europos fondų (iš viso 22 didelius projektus su daugeliu tarptautinių partnerių). Jis turi didelę patirtį ir žmogiškąjį kapitalą šioje srityje. Kai kurie įgyvendinti projektai yra cikliniai projektai su mokyklomis, pvz., Kalvarijoje ir Šalčininkuose Lietuvoje, Ierapetra ir Ioannina Graikijoje, Kordoboje Ispanijoje ir Kasino Italijoje. Kiti yra vienkartiniai projektai, pvz., su mokyklomis Turkijoje, Vokietijoje, Ispanijoje, Malta, Kipras, Šiaurės Makedonija, Rumunija. 2023/24 ir 2024/25 mokslo metais 178 mokiniai iš trijų skirtingų programų dalyvavo tarptautiniame mobilumo projekte mūsų mokykloje: Erasmus+ ir Interreg Lietuva-Lenkija programose, finansuojamose Europos Sąjungos fondais, „Atraskime lenkų pėdsakus Europoje“ iš Nacionalinio švietimo ministerijos. Įgyvendintų tarptautinių projektų suma (neįskaitant Interreg programos) sudarė 638 523 eurus (2 745 649 PLN).</w:t>
      </w:r>
    </w:p>
    <w:p w14:paraId="3CE601E0" w14:textId="77777777" w:rsidR="00E275A8" w:rsidRDefault="00E275A8" w:rsidP="00CC4B75">
      <w:pPr>
        <w:jc w:val="center"/>
        <w:rPr>
          <w:b/>
          <w:noProof/>
          <w:color w:val="548DD4" w:themeColor="text2" w:themeTint="99"/>
          <w:lang w:val="mk-MK"/>
        </w:rPr>
      </w:pPr>
    </w:p>
    <w:p w14:paraId="45EB4D64" w14:textId="01591FF5" w:rsidR="00031718" w:rsidRPr="00031718" w:rsidRDefault="00031718" w:rsidP="00031718">
      <w:pPr>
        <w:pStyle w:val="prastasiniatinklio"/>
        <w:jc w:val="center"/>
        <w:rPr>
          <w:lang w:val="mk-MK"/>
        </w:rPr>
      </w:pPr>
      <w:r w:rsidRPr="00031718">
        <w:rPr>
          <w:b/>
          <w:bCs/>
          <w:lang w:val="mk-MK"/>
        </w:rPr>
        <w:t xml:space="preserve">Mūsų </w:t>
      </w:r>
      <w:r>
        <w:rPr>
          <w:b/>
          <w:bCs/>
          <w:lang w:val="lt-LT"/>
        </w:rPr>
        <w:t>mokinių</w:t>
      </w:r>
      <w:r w:rsidRPr="00031718">
        <w:rPr>
          <w:b/>
          <w:bCs/>
          <w:lang w:val="mk-MK"/>
        </w:rPr>
        <w:t xml:space="preserve"> pasiekimai</w:t>
      </w:r>
    </w:p>
    <w:p w14:paraId="200C2A8D" w14:textId="5B7433C7" w:rsidR="00A4511F" w:rsidRPr="00CC4B75" w:rsidRDefault="003879BA" w:rsidP="00CC4B75">
      <w:pPr>
        <w:rPr>
          <w:noProof/>
          <w:lang w:val="mk-MK"/>
        </w:rPr>
      </w:pPr>
      <w:r w:rsidRPr="003879BA">
        <w:rPr>
          <w:noProof/>
          <w:lang w:val="mk-MK"/>
        </w:rPr>
        <w:t>Mūsų mokiniai dalyvauja daugelyje konkursų ir olimpiadų ir pasiekia reikšmingų laimėjimų tiek nacionaliniu lygiu (Žinių apie saugumą ir gynybą olimpiada, aplinkos apsaugos žinių olimpiada, rinkimų teisės konkursai, literatūros konkursai), taip pat pasiekia reikšmingų laimėjimų provincijos lygiu (menų, literatūros, kalbų konkursai).</w:t>
      </w:r>
    </w:p>
    <w:p w14:paraId="0D8BDACD" w14:textId="77777777" w:rsidR="003879BA" w:rsidRPr="003879BA" w:rsidRDefault="003879BA" w:rsidP="003879BA">
      <w:pPr>
        <w:pStyle w:val="prastasiniatinklio"/>
        <w:jc w:val="center"/>
        <w:rPr>
          <w:lang w:val="mk-MK"/>
        </w:rPr>
      </w:pPr>
      <w:r w:rsidRPr="003879BA">
        <w:rPr>
          <w:b/>
          <w:bCs/>
          <w:lang w:val="mk-MK"/>
        </w:rPr>
        <w:t>Dąbrowa Białostocka – Podlasie rankinio sostinė</w:t>
      </w:r>
    </w:p>
    <w:p w14:paraId="54CE9D66" w14:textId="77777777" w:rsidR="003879BA" w:rsidRDefault="003879BA" w:rsidP="00CC4B75">
      <w:pPr>
        <w:jc w:val="center"/>
        <w:rPr>
          <w:b/>
          <w:noProof/>
          <w:color w:val="1F497D" w:themeColor="text2"/>
          <w:lang w:val="mk-MK"/>
        </w:rPr>
      </w:pPr>
      <w:r w:rsidRPr="003879BA">
        <w:rPr>
          <w:bCs/>
          <w:noProof/>
          <w:lang w:val="mk-MK"/>
        </w:rPr>
        <w:t>Mokyklos sportiniai pasiekimai taip pat yra didelis privalumas – ji yra gerai žinoma Lenkijoje dėl savo laimėjimų rankiniame ir dėl savo žaidėjų pasiekimų vadinama „Podlasės rankinio sostine“. Mokykla taip pat turi pasiekimų kroso bėgime, šaudymo sporte ir „Pasirengę kaip kariai“ varžybose</w:t>
      </w:r>
      <w:r w:rsidRPr="003879BA">
        <w:rPr>
          <w:b/>
          <w:noProof/>
          <w:color w:val="1F497D" w:themeColor="text2"/>
          <w:lang w:val="mk-MK"/>
        </w:rPr>
        <w:t>.</w:t>
      </w:r>
    </w:p>
    <w:p w14:paraId="561A13C4" w14:textId="77777777" w:rsidR="003879BA" w:rsidRDefault="003879BA" w:rsidP="003879BA">
      <w:pPr>
        <w:pStyle w:val="prastasiniatinklio"/>
        <w:jc w:val="center"/>
        <w:rPr>
          <w:b/>
          <w:bCs/>
          <w:lang w:val="mk-MK"/>
        </w:rPr>
      </w:pPr>
      <w:r w:rsidRPr="003879BA">
        <w:rPr>
          <w:b/>
          <w:bCs/>
          <w:lang w:val="mk-MK"/>
        </w:rPr>
        <w:t>Sertifikuotos vienodos lygiagrečios klasės</w:t>
      </w:r>
    </w:p>
    <w:p w14:paraId="643E4E74" w14:textId="303AAD60" w:rsidR="003879BA" w:rsidRPr="003879BA" w:rsidRDefault="003879BA" w:rsidP="003879BA">
      <w:pPr>
        <w:pStyle w:val="prastasiniatinklio"/>
        <w:jc w:val="center"/>
        <w:rPr>
          <w:lang w:val="mk-MK"/>
        </w:rPr>
      </w:pPr>
      <w:r w:rsidRPr="003879BA">
        <w:rPr>
          <w:lang w:val="mk-MK"/>
        </w:rPr>
        <w:t xml:space="preserve"> Mūsų mokykla yra žinoma dėl savo uniformuotų būrių, kurie veikia Dąbrowa Białostocka jau 15 metų, o pastaruosius septynerius metus yra Nacionalinės gynybos ministerijos bandomosios programos dalis kaip sertifikuoti kariniai būriai ir karinės įvaikinimo vienetai.</w:t>
      </w:r>
    </w:p>
    <w:p w14:paraId="46F725E3" w14:textId="77777777" w:rsidR="006B77B1" w:rsidRDefault="00CC4B75">
      <w:pPr>
        <w:rPr>
          <w:noProof/>
          <w:lang w:val="mk-MK"/>
        </w:rPr>
      </w:pPr>
      <w:r>
        <w:rPr>
          <w:noProof/>
          <w:lang w:val="mk-MK"/>
        </w:rPr>
        <w:t xml:space="preserve">                 </w:t>
      </w:r>
      <w:r>
        <w:rPr>
          <w:noProof/>
        </w:rPr>
        <w:drawing>
          <wp:inline distT="0" distB="0" distL="0" distR="0" wp14:anchorId="5FCE63EE" wp14:editId="0BDC8293">
            <wp:extent cx="1369695" cy="1826260"/>
            <wp:effectExtent l="0" t="0" r="1905"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d0db71d-374b-419e-9ef1-dbfe255492e1.jpg"/>
                    <pic:cNvPicPr/>
                  </pic:nvPicPr>
                  <pic:blipFill>
                    <a:blip r:embed="rId27">
                      <a:extLst>
                        <a:ext uri="{28A0092B-C50C-407E-A947-70E740481C1C}">
                          <a14:useLocalDpi xmlns:a14="http://schemas.microsoft.com/office/drawing/2010/main" val="0"/>
                        </a:ext>
                      </a:extLst>
                    </a:blip>
                    <a:stretch>
                      <a:fillRect/>
                    </a:stretch>
                  </pic:blipFill>
                  <pic:spPr>
                    <a:xfrm>
                      <a:off x="0" y="0"/>
                      <a:ext cx="1369695" cy="1826260"/>
                    </a:xfrm>
                    <a:prstGeom prst="rect">
                      <a:avLst/>
                    </a:prstGeom>
                  </pic:spPr>
                </pic:pic>
              </a:graphicData>
            </a:graphic>
          </wp:inline>
        </w:drawing>
      </w:r>
      <w:r>
        <w:rPr>
          <w:noProof/>
          <w:lang w:val="mk-MK"/>
        </w:rPr>
        <w:t xml:space="preserve">      </w:t>
      </w:r>
      <w:r>
        <w:rPr>
          <w:noProof/>
        </w:rPr>
        <w:drawing>
          <wp:inline distT="0" distB="0" distL="0" distR="0" wp14:anchorId="2589EC7D" wp14:editId="37423BE5">
            <wp:extent cx="2174240" cy="1630680"/>
            <wp:effectExtent l="0" t="0" r="0" b="762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89107f-91c8-4c05-8fb0-62c7f98dba22.jpg"/>
                    <pic:cNvPicPr/>
                  </pic:nvPicPr>
                  <pic:blipFill>
                    <a:blip r:embed="rId28">
                      <a:extLst>
                        <a:ext uri="{28A0092B-C50C-407E-A947-70E740481C1C}">
                          <a14:useLocalDpi xmlns:a14="http://schemas.microsoft.com/office/drawing/2010/main" val="0"/>
                        </a:ext>
                      </a:extLst>
                    </a:blip>
                    <a:stretch>
                      <a:fillRect/>
                    </a:stretch>
                  </pic:blipFill>
                  <pic:spPr>
                    <a:xfrm>
                      <a:off x="0" y="0"/>
                      <a:ext cx="2174240" cy="1630680"/>
                    </a:xfrm>
                    <a:prstGeom prst="rect">
                      <a:avLst/>
                    </a:prstGeom>
                  </pic:spPr>
                </pic:pic>
              </a:graphicData>
            </a:graphic>
          </wp:inline>
        </w:drawing>
      </w:r>
      <w:r>
        <w:rPr>
          <w:noProof/>
          <w:lang w:val="mk-MK"/>
        </w:rPr>
        <w:t xml:space="preserve">          </w:t>
      </w:r>
      <w:r>
        <w:rPr>
          <w:noProof/>
        </w:rPr>
        <w:drawing>
          <wp:inline distT="0" distB="0" distL="0" distR="0" wp14:anchorId="03009AC9" wp14:editId="493EB549">
            <wp:extent cx="1447800" cy="19304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c9d62f5-28bf-4fb1-82b2-2b731132f94a.jpg"/>
                    <pic:cNvPicPr/>
                  </pic:nvPicPr>
                  <pic:blipFill>
                    <a:blip r:embed="rId29">
                      <a:extLst>
                        <a:ext uri="{28A0092B-C50C-407E-A947-70E740481C1C}">
                          <a14:useLocalDpi xmlns:a14="http://schemas.microsoft.com/office/drawing/2010/main" val="0"/>
                        </a:ext>
                      </a:extLst>
                    </a:blip>
                    <a:stretch>
                      <a:fillRect/>
                    </a:stretch>
                  </pic:blipFill>
                  <pic:spPr>
                    <a:xfrm>
                      <a:off x="0" y="0"/>
                      <a:ext cx="1447800" cy="1930400"/>
                    </a:xfrm>
                    <a:prstGeom prst="rect">
                      <a:avLst/>
                    </a:prstGeom>
                  </pic:spPr>
                </pic:pic>
              </a:graphicData>
            </a:graphic>
          </wp:inline>
        </w:drawing>
      </w:r>
    </w:p>
    <w:p w14:paraId="127561E4" w14:textId="4AF86FB5" w:rsidR="00487BE2" w:rsidRDefault="00487BE2">
      <w:pPr>
        <w:rPr>
          <w:noProof/>
          <w:lang w:val="mk-MK"/>
        </w:rPr>
      </w:pPr>
    </w:p>
    <w:p w14:paraId="37E25D14" w14:textId="02199871" w:rsidR="00E0335B" w:rsidRDefault="00E0335B">
      <w:pPr>
        <w:rPr>
          <w:noProof/>
          <w:lang w:val="mk-MK"/>
        </w:rPr>
      </w:pPr>
    </w:p>
    <w:p w14:paraId="2AF9E82A" w14:textId="77777777" w:rsidR="00E0335B" w:rsidRDefault="00E0335B">
      <w:pPr>
        <w:rPr>
          <w:noProof/>
          <w:lang w:val="mk-MK"/>
        </w:rPr>
      </w:pPr>
    </w:p>
    <w:p w14:paraId="22E2F086" w14:textId="77777777" w:rsidR="00E0335B" w:rsidRDefault="00A4511F" w:rsidP="00A4511F">
      <w:pPr>
        <w:shd w:val="clear" w:color="auto" w:fill="FFFFFF"/>
        <w:rPr>
          <w:rFonts w:ascii="Arial" w:eastAsia="Arial" w:hAnsi="Arial" w:cs="Arial"/>
          <w:b/>
          <w:bCs/>
          <w:color w:val="1D2228"/>
          <w:sz w:val="24"/>
          <w:szCs w:val="24"/>
          <w:lang w:val="mk-MK"/>
        </w:rPr>
      </w:pPr>
      <w:r>
        <w:rPr>
          <w:rFonts w:ascii="Arial" w:eastAsia="Arial" w:hAnsi="Arial" w:cs="Arial"/>
          <w:b/>
          <w:bCs/>
          <w:noProof/>
          <w:color w:val="1D2228"/>
          <w:sz w:val="24"/>
          <w:szCs w:val="24"/>
        </w:rPr>
        <w:lastRenderedPageBreak/>
        <mc:AlternateContent>
          <mc:Choice Requires="wps">
            <w:drawing>
              <wp:anchor distT="0" distB="0" distL="114300" distR="114300" simplePos="0" relativeHeight="251661312" behindDoc="0" locked="0" layoutInCell="1" allowOverlap="1" wp14:anchorId="05BD8811" wp14:editId="5319B6C9">
                <wp:simplePos x="0" y="0"/>
                <wp:positionH relativeFrom="column">
                  <wp:posOffset>5753819</wp:posOffset>
                </wp:positionH>
                <wp:positionV relativeFrom="paragraph">
                  <wp:posOffset>-284672</wp:posOffset>
                </wp:positionV>
                <wp:extent cx="1337094" cy="1069676"/>
                <wp:effectExtent l="0" t="0" r="15875" b="16510"/>
                <wp:wrapNone/>
                <wp:docPr id="67" name="Text Box 67"/>
                <wp:cNvGraphicFramePr/>
                <a:graphic xmlns:a="http://schemas.openxmlformats.org/drawingml/2006/main">
                  <a:graphicData uri="http://schemas.microsoft.com/office/word/2010/wordprocessingShape">
                    <wps:wsp>
                      <wps:cNvSpPr txBox="1"/>
                      <wps:spPr>
                        <a:xfrm>
                          <a:off x="0" y="0"/>
                          <a:ext cx="1337094" cy="1069676"/>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0BA76B9" w14:textId="77777777" w:rsidR="002C00A8" w:rsidRDefault="002C00A8">
                            <w:r w:rsidRPr="005537CF">
                              <w:rPr>
                                <w:b/>
                                <w:noProof/>
                              </w:rPr>
                              <w:drawing>
                                <wp:inline distT="0" distB="0" distL="0" distR="0" wp14:anchorId="6F45126A" wp14:editId="47E06A3D">
                                  <wp:extent cx="1066800" cy="891540"/>
                                  <wp:effectExtent l="0" t="0" r="0" b="381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macedonia.jpg"/>
                                          <pic:cNvPicPr/>
                                        </pic:nvPicPr>
                                        <pic:blipFill>
                                          <a:blip r:embed="rId20">
                                            <a:extLst>
                                              <a:ext uri="{28A0092B-C50C-407E-A947-70E740481C1C}">
                                                <a14:useLocalDpi xmlns:a14="http://schemas.microsoft.com/office/drawing/2010/main" val="0"/>
                                              </a:ext>
                                            </a:extLst>
                                          </a:blip>
                                          <a:stretch>
                                            <a:fillRect/>
                                          </a:stretch>
                                        </pic:blipFill>
                                        <pic:spPr>
                                          <a:xfrm>
                                            <a:off x="0" y="0"/>
                                            <a:ext cx="1066800" cy="89154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5BD8811" id="Text Box 67" o:spid="_x0000_s1028" type="#_x0000_t202" style="position:absolute;margin-left:453.05pt;margin-top:-22.4pt;width:105.3pt;height:84.25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" fillcolor="white [3201]" strokeweight=".5pt">
                <v:textbox>
                  <w:txbxContent>
                    <w:p w14:paraId="40BA76B9" w14:textId="77777777" w:rsidR="002C00A8" w:rsidRDefault="002C00A8">
                      <w:r w:rsidRPr="005537CF">
                        <w:rPr>
                          <w:b/>
                          <w:noProof/>
                        </w:rPr>
                        <w:drawing>
                          <wp:inline distT="0" distB="0" distL="0" distR="0" wp14:anchorId="6F45126A" wp14:editId="47E06A3D">
                            <wp:extent cx="1066800" cy="891540"/>
                            <wp:effectExtent l="0" t="0" r="0" b="381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macedonia.jpg"/>
                                    <pic:cNvPicPr/>
                                  </pic:nvPicPr>
                                  <pic:blipFill>
                                    <a:blip r:embed="rId20">
                                      <a:extLst>
                                        <a:ext uri="{28A0092B-C50C-407E-A947-70E740481C1C}">
                                          <a14:useLocalDpi xmlns:a14="http://schemas.microsoft.com/office/drawing/2010/main" val="0"/>
                                        </a:ext>
                                      </a:extLst>
                                    </a:blip>
                                    <a:stretch>
                                      <a:fillRect/>
                                    </a:stretch>
                                  </pic:blipFill>
                                  <pic:spPr>
                                    <a:xfrm>
                                      <a:off x="0" y="0"/>
                                      <a:ext cx="1066800" cy="891540"/>
                                    </a:xfrm>
                                    <a:prstGeom prst="rect">
                                      <a:avLst/>
                                    </a:prstGeom>
                                  </pic:spPr>
                                </pic:pic>
                              </a:graphicData>
                            </a:graphic>
                          </wp:inline>
                        </w:drawing>
                      </w:r>
                    </w:p>
                  </w:txbxContent>
                </v:textbox>
              </v:shape>
            </w:pict>
          </mc:Fallback>
        </mc:AlternateContent>
      </w:r>
      <w:r w:rsidR="00487BE2" w:rsidRPr="00333346">
        <w:rPr>
          <w:rFonts w:ascii="Arial" w:eastAsia="Arial" w:hAnsi="Arial" w:cs="Arial"/>
          <w:b/>
          <w:bCs/>
          <w:color w:val="1D2228"/>
          <w:sz w:val="24"/>
          <w:szCs w:val="24"/>
          <w:lang w:val="mk-MK"/>
        </w:rPr>
        <w:t xml:space="preserve">              </w:t>
      </w:r>
      <w:r w:rsidR="00487BE2" w:rsidRPr="00487BE2">
        <w:rPr>
          <w:rFonts w:ascii="Arial" w:eastAsia="Arial" w:hAnsi="Arial" w:cs="Arial"/>
          <w:b/>
          <w:bCs/>
          <w:color w:val="1D2228"/>
          <w:sz w:val="24"/>
          <w:szCs w:val="24"/>
          <w:lang w:val="mk-MK"/>
        </w:rPr>
        <w:t xml:space="preserve">                 </w:t>
      </w:r>
    </w:p>
    <w:p w14:paraId="563483BB" w14:textId="77777777" w:rsidR="00E0335B" w:rsidRDefault="00E0335B" w:rsidP="00A4511F">
      <w:pPr>
        <w:shd w:val="clear" w:color="auto" w:fill="FFFFFF"/>
        <w:rPr>
          <w:rFonts w:ascii="Arial" w:eastAsia="Arial" w:hAnsi="Arial" w:cs="Arial"/>
          <w:b/>
          <w:bCs/>
          <w:color w:val="1D2228"/>
          <w:sz w:val="24"/>
          <w:szCs w:val="24"/>
          <w:lang w:val="mk-MK"/>
        </w:rPr>
      </w:pPr>
    </w:p>
    <w:p w14:paraId="3F0EAD90" w14:textId="77777777" w:rsidR="00E0335B" w:rsidRDefault="00E0335B" w:rsidP="00A4511F">
      <w:pPr>
        <w:shd w:val="clear" w:color="auto" w:fill="FFFFFF"/>
        <w:rPr>
          <w:rFonts w:ascii="Arial" w:eastAsia="Arial" w:hAnsi="Arial" w:cs="Arial"/>
          <w:b/>
          <w:bCs/>
          <w:color w:val="1D2228"/>
          <w:sz w:val="24"/>
          <w:szCs w:val="24"/>
          <w:lang w:val="mk-MK"/>
        </w:rPr>
      </w:pPr>
    </w:p>
    <w:p w14:paraId="7CB1C5A6" w14:textId="77777777" w:rsidR="00E0335B" w:rsidRDefault="00E0335B" w:rsidP="00A4511F">
      <w:pPr>
        <w:shd w:val="clear" w:color="auto" w:fill="FFFFFF"/>
        <w:rPr>
          <w:rFonts w:ascii="Arial" w:eastAsia="Arial" w:hAnsi="Arial" w:cs="Arial"/>
          <w:b/>
          <w:bCs/>
          <w:color w:val="1D2228"/>
          <w:sz w:val="24"/>
          <w:szCs w:val="24"/>
          <w:lang w:val="mk-MK"/>
        </w:rPr>
      </w:pPr>
    </w:p>
    <w:p w14:paraId="3C3914EF" w14:textId="31253D69" w:rsidR="00A4511F" w:rsidRDefault="00487BE2" w:rsidP="00A4511F">
      <w:pPr>
        <w:shd w:val="clear" w:color="auto" w:fill="FFFFFF"/>
        <w:rPr>
          <w:rFonts w:eastAsia="Arial" w:cs="Arial"/>
          <w:b/>
          <w:bCs/>
          <w:color w:val="1D2228"/>
          <w:sz w:val="28"/>
          <w:szCs w:val="28"/>
          <w:lang w:val="mk-MK"/>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487BE2">
        <w:rPr>
          <w:rFonts w:ascii="Arial" w:eastAsia="Arial" w:hAnsi="Arial" w:cs="Arial"/>
          <w:b/>
          <w:bCs/>
          <w:color w:val="1D2228"/>
          <w:sz w:val="24"/>
          <w:szCs w:val="24"/>
          <w:lang w:val="mk-MK"/>
        </w:rPr>
        <w:t xml:space="preserve"> </w:t>
      </w:r>
      <w:r w:rsidRPr="00A00478">
        <w:rPr>
          <w:rFonts w:eastAsia="Arial" w:cs="Arial"/>
          <w:b/>
          <w:bCs/>
          <w:color w:val="1D2228"/>
          <w:sz w:val="28"/>
          <w:szCs w:val="28"/>
          <w:lang w:val="mk-MK"/>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ООУ „Кочо Рацин“- Кратово, С.Македонија</w:t>
      </w:r>
      <w:r w:rsidR="00A4511F">
        <w:rPr>
          <w:rFonts w:eastAsia="Arial" w:cs="Arial"/>
          <w:b/>
          <w:bCs/>
          <w:color w:val="1D2228"/>
          <w:sz w:val="28"/>
          <w:szCs w:val="28"/>
          <w:lang w:val="mk-MK"/>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w:t>
      </w:r>
    </w:p>
    <w:p w14:paraId="74E4FBFF" w14:textId="77777777" w:rsidR="00487BE2" w:rsidRPr="00A4511F" w:rsidRDefault="00A4511F" w:rsidP="00A4511F">
      <w:pPr>
        <w:shd w:val="clear" w:color="auto" w:fill="FFFFFF"/>
        <w:rPr>
          <w:rFonts w:ascii="Arial" w:eastAsia="Arial" w:hAnsi="Arial" w:cs="Arial"/>
          <w:b/>
          <w:bCs/>
          <w:color w:val="1D2228"/>
          <w:sz w:val="24"/>
          <w:szCs w:val="24"/>
          <w:lang w:val="mk-MK"/>
        </w:rPr>
      </w:pPr>
      <w:r>
        <w:rPr>
          <w:rFonts w:eastAsia="Arial" w:cs="Arial"/>
          <w:b/>
          <w:bCs/>
          <w:color w:val="1D2228"/>
          <w:sz w:val="28"/>
          <w:szCs w:val="28"/>
          <w:lang w:val="mk-MK"/>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w:t>
      </w:r>
    </w:p>
    <w:p w14:paraId="0FA46A6A" w14:textId="77777777" w:rsidR="00487BE2" w:rsidRPr="00333346" w:rsidRDefault="00487BE2" w:rsidP="00487BE2">
      <w:pPr>
        <w:shd w:val="clear" w:color="auto" w:fill="FFFFFF"/>
        <w:rPr>
          <w:rFonts w:ascii="Arial" w:eastAsia="Arial" w:hAnsi="Arial" w:cs="Arial"/>
          <w:b/>
          <w:bCs/>
          <w:color w:val="1D2228"/>
          <w:sz w:val="24"/>
          <w:szCs w:val="24"/>
          <w:lang w:val="mk-MK"/>
        </w:rPr>
      </w:pPr>
    </w:p>
    <w:p w14:paraId="319312E4" w14:textId="77777777" w:rsidR="00487BE2" w:rsidRPr="00487BE2" w:rsidRDefault="00487BE2" w:rsidP="00487BE2">
      <w:pPr>
        <w:shd w:val="clear" w:color="auto" w:fill="FFFFFF"/>
        <w:rPr>
          <w:rFonts w:ascii="Arial" w:eastAsia="Arial" w:hAnsi="Arial" w:cs="Arial"/>
          <w:b/>
          <w:bCs/>
          <w:color w:val="1D2228"/>
          <w:sz w:val="24"/>
          <w:szCs w:val="24"/>
          <w:lang w:val="en"/>
        </w:rPr>
      </w:pPr>
      <w:r w:rsidRPr="00487BE2">
        <w:rPr>
          <w:rFonts w:ascii="Arial" w:eastAsia="Arial" w:hAnsi="Arial" w:cs="Arial"/>
          <w:b/>
          <w:bCs/>
          <w:noProof/>
          <w:color w:val="1D2228"/>
          <w:sz w:val="24"/>
          <w:szCs w:val="24"/>
        </w:rPr>
        <w:drawing>
          <wp:inline distT="114300" distB="114300" distL="114300" distR="114300" wp14:anchorId="1C862938" wp14:editId="61E807E8">
            <wp:extent cx="2914650" cy="2185988"/>
            <wp:effectExtent l="0" t="0" r="0" b="0"/>
            <wp:docPr id="4"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30"/>
                    <a:srcRect/>
                    <a:stretch>
                      <a:fillRect/>
                    </a:stretch>
                  </pic:blipFill>
                  <pic:spPr>
                    <a:xfrm>
                      <a:off x="0" y="0"/>
                      <a:ext cx="2914650" cy="2185988"/>
                    </a:xfrm>
                    <a:prstGeom prst="rect">
                      <a:avLst/>
                    </a:prstGeom>
                    <a:ln/>
                  </pic:spPr>
                </pic:pic>
              </a:graphicData>
            </a:graphic>
          </wp:inline>
        </w:drawing>
      </w:r>
      <w:r w:rsidRPr="00487BE2">
        <w:rPr>
          <w:rFonts w:ascii="Arial" w:eastAsia="Arial" w:hAnsi="Arial" w:cs="Arial"/>
          <w:b/>
          <w:bCs/>
          <w:noProof/>
          <w:color w:val="1D2228"/>
          <w:sz w:val="24"/>
          <w:szCs w:val="24"/>
        </w:rPr>
        <w:drawing>
          <wp:inline distT="114300" distB="114300" distL="114300" distR="114300" wp14:anchorId="1D8442D3" wp14:editId="76044F92">
            <wp:extent cx="2938463" cy="2198849"/>
            <wp:effectExtent l="0" t="0" r="0" b="0"/>
            <wp:docPr id="5"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31"/>
                    <a:srcRect/>
                    <a:stretch>
                      <a:fillRect/>
                    </a:stretch>
                  </pic:blipFill>
                  <pic:spPr>
                    <a:xfrm>
                      <a:off x="0" y="0"/>
                      <a:ext cx="2938463" cy="2198849"/>
                    </a:xfrm>
                    <a:prstGeom prst="rect">
                      <a:avLst/>
                    </a:prstGeom>
                    <a:ln/>
                  </pic:spPr>
                </pic:pic>
              </a:graphicData>
            </a:graphic>
          </wp:inline>
        </w:drawing>
      </w:r>
    </w:p>
    <w:p w14:paraId="72487903" w14:textId="49D7D10E" w:rsidR="00487BE2" w:rsidRDefault="00487BE2" w:rsidP="00487BE2">
      <w:pPr>
        <w:shd w:val="clear" w:color="auto" w:fill="FFFFFF"/>
        <w:spacing w:before="240" w:after="240"/>
        <w:rPr>
          <w:rFonts w:ascii="Times New Roman" w:eastAsia="Times New Roman" w:hAnsi="Times New Roman" w:cs="Times New Roman"/>
          <w:color w:val="1D2228"/>
          <w:lang w:val="en"/>
        </w:rPr>
      </w:pPr>
      <w:r w:rsidRPr="00A4511F">
        <w:rPr>
          <w:rFonts w:ascii="Times New Roman" w:eastAsia="Times New Roman" w:hAnsi="Times New Roman" w:cs="Times New Roman"/>
          <w:noProof/>
          <w:color w:val="1D2228"/>
        </w:rPr>
        <w:drawing>
          <wp:inline distT="19050" distB="19050" distL="19050" distR="19050" wp14:anchorId="1E6D99B7" wp14:editId="6DAEB6C1">
            <wp:extent cx="3190753" cy="1796735"/>
            <wp:effectExtent l="0" t="0" r="0" b="0"/>
            <wp:docPr id="6"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32"/>
                    <a:srcRect/>
                    <a:stretch>
                      <a:fillRect/>
                    </a:stretch>
                  </pic:blipFill>
                  <pic:spPr>
                    <a:xfrm>
                      <a:off x="0" y="0"/>
                      <a:ext cx="3190753" cy="1796735"/>
                    </a:xfrm>
                    <a:prstGeom prst="rect">
                      <a:avLst/>
                    </a:prstGeom>
                    <a:ln/>
                  </pic:spPr>
                </pic:pic>
              </a:graphicData>
            </a:graphic>
          </wp:inline>
        </w:drawing>
      </w:r>
      <w:r w:rsidRPr="00A4511F">
        <w:rPr>
          <w:rFonts w:ascii="Times New Roman" w:eastAsia="Times New Roman" w:hAnsi="Times New Roman" w:cs="Times New Roman"/>
          <w:color w:val="1D2228"/>
          <w:lang w:val="en"/>
        </w:rPr>
        <w:t xml:space="preserve">     </w:t>
      </w:r>
      <w:r w:rsidRPr="00A4511F">
        <w:rPr>
          <w:rFonts w:ascii="Times New Roman" w:eastAsia="Times New Roman" w:hAnsi="Times New Roman" w:cs="Times New Roman"/>
          <w:noProof/>
          <w:color w:val="1D2228"/>
        </w:rPr>
        <w:drawing>
          <wp:inline distT="114300" distB="114300" distL="114300" distR="114300" wp14:anchorId="62A5E992" wp14:editId="11FE6FC4">
            <wp:extent cx="2481263" cy="1853095"/>
            <wp:effectExtent l="0" t="0" r="0" b="0"/>
            <wp:docPr id="7"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33"/>
                    <a:srcRect/>
                    <a:stretch>
                      <a:fillRect/>
                    </a:stretch>
                  </pic:blipFill>
                  <pic:spPr>
                    <a:xfrm>
                      <a:off x="0" y="0"/>
                      <a:ext cx="2481263" cy="1853095"/>
                    </a:xfrm>
                    <a:prstGeom prst="rect">
                      <a:avLst/>
                    </a:prstGeom>
                    <a:ln/>
                  </pic:spPr>
                </pic:pic>
              </a:graphicData>
            </a:graphic>
          </wp:inline>
        </w:drawing>
      </w:r>
    </w:p>
    <w:p w14:paraId="777BDD39" w14:textId="230B0947" w:rsidR="00EF44F4" w:rsidRPr="00A4511F" w:rsidRDefault="00EF44F4" w:rsidP="00487BE2">
      <w:pPr>
        <w:shd w:val="clear" w:color="auto" w:fill="FFFFFF"/>
        <w:spacing w:before="240" w:after="240"/>
        <w:rPr>
          <w:rFonts w:ascii="Times New Roman" w:eastAsia="Times New Roman" w:hAnsi="Times New Roman" w:cs="Times New Roman"/>
          <w:color w:val="1D2228"/>
          <w:lang w:val="en"/>
        </w:rPr>
      </w:pPr>
      <w:proofErr w:type="spellStart"/>
      <w:r w:rsidRPr="00EF44F4">
        <w:rPr>
          <w:rFonts w:ascii="Times New Roman" w:eastAsia="Times New Roman" w:hAnsi="Times New Roman" w:cs="Times New Roman"/>
          <w:color w:val="1D2228"/>
          <w:lang w:val="en"/>
        </w:rPr>
        <w:t>Mūsų</w:t>
      </w:r>
      <w:proofErr w:type="spellEnd"/>
      <w:r w:rsidRPr="00EF44F4">
        <w:rPr>
          <w:rFonts w:ascii="Times New Roman" w:eastAsia="Times New Roman" w:hAnsi="Times New Roman" w:cs="Times New Roman"/>
          <w:color w:val="1D2228"/>
          <w:lang w:val="en"/>
        </w:rPr>
        <w:t xml:space="preserve"> </w:t>
      </w:r>
      <w:proofErr w:type="spellStart"/>
      <w:r w:rsidRPr="00EF44F4">
        <w:rPr>
          <w:rFonts w:ascii="Times New Roman" w:eastAsia="Times New Roman" w:hAnsi="Times New Roman" w:cs="Times New Roman"/>
          <w:color w:val="1D2228"/>
          <w:lang w:val="en"/>
        </w:rPr>
        <w:t>mokykla</w:t>
      </w:r>
      <w:proofErr w:type="spellEnd"/>
      <w:r w:rsidRPr="00EF44F4">
        <w:rPr>
          <w:rFonts w:ascii="Times New Roman" w:eastAsia="Times New Roman" w:hAnsi="Times New Roman" w:cs="Times New Roman"/>
          <w:color w:val="1D2228"/>
          <w:lang w:val="en"/>
        </w:rPr>
        <w:t xml:space="preserve"> </w:t>
      </w:r>
      <w:proofErr w:type="spellStart"/>
      <w:r w:rsidRPr="00EF44F4">
        <w:rPr>
          <w:rFonts w:ascii="Times New Roman" w:eastAsia="Times New Roman" w:hAnsi="Times New Roman" w:cs="Times New Roman"/>
          <w:color w:val="1D2228"/>
          <w:lang w:val="en"/>
        </w:rPr>
        <w:t>yra</w:t>
      </w:r>
      <w:proofErr w:type="spellEnd"/>
      <w:r w:rsidRPr="00EF44F4">
        <w:rPr>
          <w:rFonts w:ascii="Times New Roman" w:eastAsia="Times New Roman" w:hAnsi="Times New Roman" w:cs="Times New Roman"/>
          <w:color w:val="1D2228"/>
          <w:lang w:val="en"/>
        </w:rPr>
        <w:t xml:space="preserve"> </w:t>
      </w:r>
      <w:proofErr w:type="spellStart"/>
      <w:r w:rsidRPr="00EF44F4">
        <w:rPr>
          <w:rFonts w:ascii="Times New Roman" w:eastAsia="Times New Roman" w:hAnsi="Times New Roman" w:cs="Times New Roman"/>
          <w:color w:val="1D2228"/>
          <w:lang w:val="en"/>
        </w:rPr>
        <w:t>valstybinė</w:t>
      </w:r>
      <w:proofErr w:type="spellEnd"/>
      <w:r w:rsidRPr="00EF44F4">
        <w:rPr>
          <w:rFonts w:ascii="Times New Roman" w:eastAsia="Times New Roman" w:hAnsi="Times New Roman" w:cs="Times New Roman"/>
          <w:color w:val="1D2228"/>
          <w:lang w:val="en"/>
        </w:rPr>
        <w:t xml:space="preserve"> </w:t>
      </w:r>
      <w:proofErr w:type="spellStart"/>
      <w:r w:rsidRPr="00EF44F4">
        <w:rPr>
          <w:rFonts w:ascii="Times New Roman" w:eastAsia="Times New Roman" w:hAnsi="Times New Roman" w:cs="Times New Roman"/>
          <w:color w:val="1D2228"/>
          <w:lang w:val="en"/>
        </w:rPr>
        <w:t>pradinė</w:t>
      </w:r>
      <w:proofErr w:type="spellEnd"/>
      <w:r w:rsidRPr="00EF44F4">
        <w:rPr>
          <w:rFonts w:ascii="Times New Roman" w:eastAsia="Times New Roman" w:hAnsi="Times New Roman" w:cs="Times New Roman"/>
          <w:color w:val="1D2228"/>
          <w:lang w:val="en"/>
        </w:rPr>
        <w:t xml:space="preserve"> </w:t>
      </w:r>
      <w:proofErr w:type="spellStart"/>
      <w:r w:rsidRPr="00EF44F4">
        <w:rPr>
          <w:rFonts w:ascii="Times New Roman" w:eastAsia="Times New Roman" w:hAnsi="Times New Roman" w:cs="Times New Roman"/>
          <w:color w:val="1D2228"/>
          <w:lang w:val="en"/>
        </w:rPr>
        <w:t>mokykla</w:t>
      </w:r>
      <w:proofErr w:type="spellEnd"/>
      <w:r w:rsidRPr="00EF44F4">
        <w:rPr>
          <w:rFonts w:ascii="Times New Roman" w:eastAsia="Times New Roman" w:hAnsi="Times New Roman" w:cs="Times New Roman"/>
          <w:color w:val="1D2228"/>
          <w:lang w:val="en"/>
        </w:rPr>
        <w:t xml:space="preserve">, </w:t>
      </w:r>
      <w:proofErr w:type="spellStart"/>
      <w:r w:rsidRPr="00EF44F4">
        <w:rPr>
          <w:rFonts w:ascii="Times New Roman" w:eastAsia="Times New Roman" w:hAnsi="Times New Roman" w:cs="Times New Roman"/>
          <w:color w:val="1D2228"/>
          <w:lang w:val="en"/>
        </w:rPr>
        <w:t>skirta</w:t>
      </w:r>
      <w:proofErr w:type="spellEnd"/>
      <w:r w:rsidRPr="00EF44F4">
        <w:rPr>
          <w:rFonts w:ascii="Times New Roman" w:eastAsia="Times New Roman" w:hAnsi="Times New Roman" w:cs="Times New Roman"/>
          <w:color w:val="1D2228"/>
          <w:lang w:val="en"/>
        </w:rPr>
        <w:t xml:space="preserve"> 6–15 </w:t>
      </w:r>
      <w:proofErr w:type="spellStart"/>
      <w:r w:rsidRPr="00EF44F4">
        <w:rPr>
          <w:rFonts w:ascii="Times New Roman" w:eastAsia="Times New Roman" w:hAnsi="Times New Roman" w:cs="Times New Roman"/>
          <w:color w:val="1D2228"/>
          <w:lang w:val="en"/>
        </w:rPr>
        <w:t>metų</w:t>
      </w:r>
      <w:proofErr w:type="spellEnd"/>
      <w:r w:rsidRPr="00EF44F4">
        <w:rPr>
          <w:rFonts w:ascii="Times New Roman" w:eastAsia="Times New Roman" w:hAnsi="Times New Roman" w:cs="Times New Roman"/>
          <w:color w:val="1D2228"/>
          <w:lang w:val="en"/>
        </w:rPr>
        <w:t xml:space="preserve"> </w:t>
      </w:r>
      <w:proofErr w:type="spellStart"/>
      <w:r w:rsidRPr="00EF44F4">
        <w:rPr>
          <w:rFonts w:ascii="Times New Roman" w:eastAsia="Times New Roman" w:hAnsi="Times New Roman" w:cs="Times New Roman"/>
          <w:color w:val="1D2228"/>
          <w:lang w:val="en"/>
        </w:rPr>
        <w:t>mokiniams</w:t>
      </w:r>
      <w:proofErr w:type="spellEnd"/>
      <w:r w:rsidRPr="00EF44F4">
        <w:rPr>
          <w:rFonts w:ascii="Times New Roman" w:eastAsia="Times New Roman" w:hAnsi="Times New Roman" w:cs="Times New Roman"/>
          <w:color w:val="1D2228"/>
          <w:lang w:val="en"/>
        </w:rPr>
        <w:t xml:space="preserve">. </w:t>
      </w:r>
      <w:proofErr w:type="spellStart"/>
      <w:r w:rsidRPr="00EF44F4">
        <w:rPr>
          <w:rFonts w:ascii="Times New Roman" w:eastAsia="Times New Roman" w:hAnsi="Times New Roman" w:cs="Times New Roman"/>
          <w:color w:val="1D2228"/>
          <w:lang w:val="en"/>
        </w:rPr>
        <w:t>Mokykloje</w:t>
      </w:r>
      <w:proofErr w:type="spellEnd"/>
      <w:r w:rsidRPr="00EF44F4">
        <w:rPr>
          <w:rFonts w:ascii="Times New Roman" w:eastAsia="Times New Roman" w:hAnsi="Times New Roman" w:cs="Times New Roman"/>
          <w:color w:val="1D2228"/>
          <w:lang w:val="en"/>
        </w:rPr>
        <w:t xml:space="preserve"> </w:t>
      </w:r>
      <w:proofErr w:type="spellStart"/>
      <w:r w:rsidRPr="00EF44F4">
        <w:rPr>
          <w:rFonts w:ascii="Times New Roman" w:eastAsia="Times New Roman" w:hAnsi="Times New Roman" w:cs="Times New Roman"/>
          <w:color w:val="1D2228"/>
          <w:lang w:val="en"/>
        </w:rPr>
        <w:t>mokosi</w:t>
      </w:r>
      <w:proofErr w:type="spellEnd"/>
      <w:r w:rsidRPr="00EF44F4">
        <w:rPr>
          <w:rFonts w:ascii="Times New Roman" w:eastAsia="Times New Roman" w:hAnsi="Times New Roman" w:cs="Times New Roman"/>
          <w:color w:val="1D2228"/>
          <w:lang w:val="en"/>
        </w:rPr>
        <w:t xml:space="preserve"> </w:t>
      </w:r>
      <w:proofErr w:type="spellStart"/>
      <w:r w:rsidRPr="00EF44F4">
        <w:rPr>
          <w:rFonts w:ascii="Times New Roman" w:eastAsia="Times New Roman" w:hAnsi="Times New Roman" w:cs="Times New Roman"/>
          <w:color w:val="1D2228"/>
          <w:lang w:val="en"/>
        </w:rPr>
        <w:t>apie</w:t>
      </w:r>
      <w:proofErr w:type="spellEnd"/>
      <w:r w:rsidRPr="00EF44F4">
        <w:rPr>
          <w:rFonts w:ascii="Times New Roman" w:eastAsia="Times New Roman" w:hAnsi="Times New Roman" w:cs="Times New Roman"/>
          <w:color w:val="1D2228"/>
          <w:lang w:val="en"/>
        </w:rPr>
        <w:t xml:space="preserve"> 500 </w:t>
      </w:r>
      <w:proofErr w:type="spellStart"/>
      <w:r w:rsidRPr="00EF44F4">
        <w:rPr>
          <w:rFonts w:ascii="Times New Roman" w:eastAsia="Times New Roman" w:hAnsi="Times New Roman" w:cs="Times New Roman"/>
          <w:color w:val="1D2228"/>
          <w:lang w:val="en"/>
        </w:rPr>
        <w:t>mokinių</w:t>
      </w:r>
      <w:proofErr w:type="spellEnd"/>
      <w:r w:rsidRPr="00EF44F4">
        <w:rPr>
          <w:rFonts w:ascii="Times New Roman" w:eastAsia="Times New Roman" w:hAnsi="Times New Roman" w:cs="Times New Roman"/>
          <w:color w:val="1D2228"/>
          <w:lang w:val="en"/>
        </w:rPr>
        <w:t xml:space="preserve">, </w:t>
      </w:r>
      <w:proofErr w:type="spellStart"/>
      <w:r w:rsidRPr="00EF44F4">
        <w:rPr>
          <w:rFonts w:ascii="Times New Roman" w:eastAsia="Times New Roman" w:hAnsi="Times New Roman" w:cs="Times New Roman"/>
          <w:color w:val="1D2228"/>
          <w:lang w:val="en"/>
        </w:rPr>
        <w:t>dirba</w:t>
      </w:r>
      <w:proofErr w:type="spellEnd"/>
      <w:r w:rsidRPr="00EF44F4">
        <w:rPr>
          <w:rFonts w:ascii="Times New Roman" w:eastAsia="Times New Roman" w:hAnsi="Times New Roman" w:cs="Times New Roman"/>
          <w:color w:val="1D2228"/>
          <w:lang w:val="en"/>
        </w:rPr>
        <w:t xml:space="preserve"> 70 </w:t>
      </w:r>
      <w:proofErr w:type="spellStart"/>
      <w:r w:rsidRPr="00EF44F4">
        <w:rPr>
          <w:rFonts w:ascii="Times New Roman" w:eastAsia="Times New Roman" w:hAnsi="Times New Roman" w:cs="Times New Roman"/>
          <w:color w:val="1D2228"/>
          <w:lang w:val="en"/>
        </w:rPr>
        <w:t>mokytojų</w:t>
      </w:r>
      <w:proofErr w:type="spellEnd"/>
      <w:r w:rsidRPr="00EF44F4">
        <w:rPr>
          <w:rFonts w:ascii="Times New Roman" w:eastAsia="Times New Roman" w:hAnsi="Times New Roman" w:cs="Times New Roman"/>
          <w:color w:val="1D2228"/>
          <w:lang w:val="en"/>
        </w:rPr>
        <w:t xml:space="preserve">. </w:t>
      </w:r>
      <w:proofErr w:type="spellStart"/>
      <w:r w:rsidRPr="00EF44F4">
        <w:rPr>
          <w:rFonts w:ascii="Times New Roman" w:eastAsia="Times New Roman" w:hAnsi="Times New Roman" w:cs="Times New Roman"/>
          <w:color w:val="1D2228"/>
          <w:lang w:val="en"/>
        </w:rPr>
        <w:t>Mieste</w:t>
      </w:r>
      <w:proofErr w:type="spellEnd"/>
      <w:r w:rsidRPr="00EF44F4">
        <w:rPr>
          <w:rFonts w:ascii="Times New Roman" w:eastAsia="Times New Roman" w:hAnsi="Times New Roman" w:cs="Times New Roman"/>
          <w:color w:val="1D2228"/>
          <w:lang w:val="en"/>
        </w:rPr>
        <w:t xml:space="preserve"> </w:t>
      </w:r>
      <w:proofErr w:type="spellStart"/>
      <w:r w:rsidRPr="00EF44F4">
        <w:rPr>
          <w:rFonts w:ascii="Times New Roman" w:eastAsia="Times New Roman" w:hAnsi="Times New Roman" w:cs="Times New Roman"/>
          <w:color w:val="1D2228"/>
          <w:lang w:val="en"/>
        </w:rPr>
        <w:t>yra</w:t>
      </w:r>
      <w:proofErr w:type="spellEnd"/>
      <w:r w:rsidRPr="00EF44F4">
        <w:rPr>
          <w:rFonts w:ascii="Times New Roman" w:eastAsia="Times New Roman" w:hAnsi="Times New Roman" w:cs="Times New Roman"/>
          <w:color w:val="1D2228"/>
          <w:lang w:val="en"/>
        </w:rPr>
        <w:t xml:space="preserve"> </w:t>
      </w:r>
      <w:proofErr w:type="spellStart"/>
      <w:r w:rsidRPr="00EF44F4">
        <w:rPr>
          <w:rFonts w:ascii="Times New Roman" w:eastAsia="Times New Roman" w:hAnsi="Times New Roman" w:cs="Times New Roman"/>
          <w:color w:val="1D2228"/>
          <w:lang w:val="en"/>
        </w:rPr>
        <w:t>vienas</w:t>
      </w:r>
      <w:proofErr w:type="spellEnd"/>
      <w:r w:rsidRPr="00EF44F4">
        <w:rPr>
          <w:rFonts w:ascii="Times New Roman" w:eastAsia="Times New Roman" w:hAnsi="Times New Roman" w:cs="Times New Roman"/>
          <w:color w:val="1D2228"/>
          <w:lang w:val="en"/>
        </w:rPr>
        <w:t xml:space="preserve"> </w:t>
      </w:r>
      <w:proofErr w:type="spellStart"/>
      <w:r w:rsidRPr="00EF44F4">
        <w:rPr>
          <w:rFonts w:ascii="Times New Roman" w:eastAsia="Times New Roman" w:hAnsi="Times New Roman" w:cs="Times New Roman"/>
          <w:color w:val="1D2228"/>
          <w:lang w:val="en"/>
        </w:rPr>
        <w:t>mokyklos</w:t>
      </w:r>
      <w:proofErr w:type="spellEnd"/>
      <w:r w:rsidRPr="00EF44F4">
        <w:rPr>
          <w:rFonts w:ascii="Times New Roman" w:eastAsia="Times New Roman" w:hAnsi="Times New Roman" w:cs="Times New Roman"/>
          <w:color w:val="1D2228"/>
          <w:lang w:val="en"/>
        </w:rPr>
        <w:t xml:space="preserve"> </w:t>
      </w:r>
      <w:proofErr w:type="spellStart"/>
      <w:r w:rsidRPr="00EF44F4">
        <w:rPr>
          <w:rFonts w:ascii="Times New Roman" w:eastAsia="Times New Roman" w:hAnsi="Times New Roman" w:cs="Times New Roman"/>
          <w:color w:val="1D2228"/>
          <w:lang w:val="en"/>
        </w:rPr>
        <w:t>pastatas</w:t>
      </w:r>
      <w:proofErr w:type="spellEnd"/>
      <w:r w:rsidRPr="00EF44F4">
        <w:rPr>
          <w:rFonts w:ascii="Times New Roman" w:eastAsia="Times New Roman" w:hAnsi="Times New Roman" w:cs="Times New Roman"/>
          <w:color w:val="1D2228"/>
          <w:lang w:val="en"/>
        </w:rPr>
        <w:t xml:space="preserve">, o </w:t>
      </w:r>
      <w:proofErr w:type="spellStart"/>
      <w:r w:rsidRPr="00EF44F4">
        <w:rPr>
          <w:rFonts w:ascii="Times New Roman" w:eastAsia="Times New Roman" w:hAnsi="Times New Roman" w:cs="Times New Roman"/>
          <w:color w:val="1D2228"/>
          <w:lang w:val="en"/>
        </w:rPr>
        <w:t>aplinkiniuose</w:t>
      </w:r>
      <w:proofErr w:type="spellEnd"/>
      <w:r w:rsidRPr="00EF44F4">
        <w:rPr>
          <w:rFonts w:ascii="Times New Roman" w:eastAsia="Times New Roman" w:hAnsi="Times New Roman" w:cs="Times New Roman"/>
          <w:color w:val="1D2228"/>
          <w:lang w:val="en"/>
        </w:rPr>
        <w:t xml:space="preserve"> </w:t>
      </w:r>
      <w:proofErr w:type="spellStart"/>
      <w:r w:rsidRPr="00EF44F4">
        <w:rPr>
          <w:rFonts w:ascii="Times New Roman" w:eastAsia="Times New Roman" w:hAnsi="Times New Roman" w:cs="Times New Roman"/>
          <w:color w:val="1D2228"/>
          <w:lang w:val="en"/>
        </w:rPr>
        <w:t>kaimuose</w:t>
      </w:r>
      <w:proofErr w:type="spellEnd"/>
      <w:r w:rsidRPr="00EF44F4">
        <w:rPr>
          <w:rFonts w:ascii="Times New Roman" w:eastAsia="Times New Roman" w:hAnsi="Times New Roman" w:cs="Times New Roman"/>
          <w:color w:val="1D2228"/>
          <w:lang w:val="en"/>
        </w:rPr>
        <w:t xml:space="preserve"> – </w:t>
      </w:r>
      <w:proofErr w:type="spellStart"/>
      <w:r w:rsidRPr="00EF44F4">
        <w:rPr>
          <w:rFonts w:ascii="Times New Roman" w:eastAsia="Times New Roman" w:hAnsi="Times New Roman" w:cs="Times New Roman"/>
          <w:color w:val="1D2228"/>
          <w:lang w:val="en"/>
        </w:rPr>
        <w:t>septynios</w:t>
      </w:r>
      <w:proofErr w:type="spellEnd"/>
      <w:r w:rsidRPr="00EF44F4">
        <w:rPr>
          <w:rFonts w:ascii="Times New Roman" w:eastAsia="Times New Roman" w:hAnsi="Times New Roman" w:cs="Times New Roman"/>
          <w:color w:val="1D2228"/>
          <w:lang w:val="en"/>
        </w:rPr>
        <w:t xml:space="preserve"> </w:t>
      </w:r>
      <w:proofErr w:type="spellStart"/>
      <w:r w:rsidRPr="00EF44F4">
        <w:rPr>
          <w:rFonts w:ascii="Times New Roman" w:eastAsia="Times New Roman" w:hAnsi="Times New Roman" w:cs="Times New Roman"/>
          <w:color w:val="1D2228"/>
          <w:lang w:val="en"/>
        </w:rPr>
        <w:t>filialai</w:t>
      </w:r>
      <w:proofErr w:type="spellEnd"/>
      <w:r w:rsidRPr="00EF44F4">
        <w:rPr>
          <w:rFonts w:ascii="Times New Roman" w:eastAsia="Times New Roman" w:hAnsi="Times New Roman" w:cs="Times New Roman"/>
          <w:color w:val="1D2228"/>
          <w:lang w:val="en"/>
        </w:rPr>
        <w:t xml:space="preserve">. </w:t>
      </w:r>
      <w:proofErr w:type="spellStart"/>
      <w:r w:rsidRPr="00EF44F4">
        <w:rPr>
          <w:rFonts w:ascii="Times New Roman" w:eastAsia="Times New Roman" w:hAnsi="Times New Roman" w:cs="Times New Roman"/>
          <w:color w:val="1D2228"/>
          <w:lang w:val="en"/>
        </w:rPr>
        <w:t>Yra</w:t>
      </w:r>
      <w:proofErr w:type="spellEnd"/>
      <w:r w:rsidRPr="00EF44F4">
        <w:rPr>
          <w:rFonts w:ascii="Times New Roman" w:eastAsia="Times New Roman" w:hAnsi="Times New Roman" w:cs="Times New Roman"/>
          <w:color w:val="1D2228"/>
          <w:lang w:val="en"/>
        </w:rPr>
        <w:t xml:space="preserve"> </w:t>
      </w:r>
      <w:proofErr w:type="spellStart"/>
      <w:r w:rsidRPr="00EF44F4">
        <w:rPr>
          <w:rFonts w:ascii="Times New Roman" w:eastAsia="Times New Roman" w:hAnsi="Times New Roman" w:cs="Times New Roman"/>
          <w:color w:val="1D2228"/>
          <w:lang w:val="en"/>
        </w:rPr>
        <w:t>nauja</w:t>
      </w:r>
      <w:proofErr w:type="spellEnd"/>
      <w:r w:rsidRPr="00EF44F4">
        <w:rPr>
          <w:rFonts w:ascii="Times New Roman" w:eastAsia="Times New Roman" w:hAnsi="Times New Roman" w:cs="Times New Roman"/>
          <w:color w:val="1D2228"/>
          <w:lang w:val="en"/>
        </w:rPr>
        <w:t xml:space="preserve"> </w:t>
      </w:r>
      <w:proofErr w:type="spellStart"/>
      <w:r w:rsidRPr="00EF44F4">
        <w:rPr>
          <w:rFonts w:ascii="Times New Roman" w:eastAsia="Times New Roman" w:hAnsi="Times New Roman" w:cs="Times New Roman"/>
          <w:color w:val="1D2228"/>
          <w:lang w:val="en"/>
        </w:rPr>
        <w:t>sporto</w:t>
      </w:r>
      <w:proofErr w:type="spellEnd"/>
      <w:r w:rsidRPr="00EF44F4">
        <w:rPr>
          <w:rFonts w:ascii="Times New Roman" w:eastAsia="Times New Roman" w:hAnsi="Times New Roman" w:cs="Times New Roman"/>
          <w:color w:val="1D2228"/>
          <w:lang w:val="en"/>
        </w:rPr>
        <w:t xml:space="preserve"> </w:t>
      </w:r>
      <w:proofErr w:type="spellStart"/>
      <w:r w:rsidRPr="00EF44F4">
        <w:rPr>
          <w:rFonts w:ascii="Times New Roman" w:eastAsia="Times New Roman" w:hAnsi="Times New Roman" w:cs="Times New Roman"/>
          <w:color w:val="1D2228"/>
          <w:lang w:val="en"/>
        </w:rPr>
        <w:t>salė</w:t>
      </w:r>
      <w:proofErr w:type="spellEnd"/>
      <w:r w:rsidRPr="00EF44F4">
        <w:rPr>
          <w:rFonts w:ascii="Times New Roman" w:eastAsia="Times New Roman" w:hAnsi="Times New Roman" w:cs="Times New Roman"/>
          <w:color w:val="1D2228"/>
          <w:lang w:val="en"/>
        </w:rPr>
        <w:t xml:space="preserve">, </w:t>
      </w:r>
      <w:proofErr w:type="spellStart"/>
      <w:r w:rsidRPr="00EF44F4">
        <w:rPr>
          <w:rFonts w:ascii="Times New Roman" w:eastAsia="Times New Roman" w:hAnsi="Times New Roman" w:cs="Times New Roman"/>
          <w:color w:val="1D2228"/>
          <w:lang w:val="en"/>
        </w:rPr>
        <w:t>viena</w:t>
      </w:r>
      <w:proofErr w:type="spellEnd"/>
      <w:r w:rsidRPr="00EF44F4">
        <w:rPr>
          <w:rFonts w:ascii="Times New Roman" w:eastAsia="Times New Roman" w:hAnsi="Times New Roman" w:cs="Times New Roman"/>
          <w:color w:val="1D2228"/>
          <w:lang w:val="en"/>
        </w:rPr>
        <w:t xml:space="preserve"> </w:t>
      </w:r>
      <w:proofErr w:type="spellStart"/>
      <w:r w:rsidRPr="00EF44F4">
        <w:rPr>
          <w:rFonts w:ascii="Times New Roman" w:eastAsia="Times New Roman" w:hAnsi="Times New Roman" w:cs="Times New Roman"/>
          <w:color w:val="1D2228"/>
          <w:lang w:val="en"/>
        </w:rPr>
        <w:t>iš</w:t>
      </w:r>
      <w:proofErr w:type="spellEnd"/>
      <w:r w:rsidRPr="00EF44F4">
        <w:rPr>
          <w:rFonts w:ascii="Times New Roman" w:eastAsia="Times New Roman" w:hAnsi="Times New Roman" w:cs="Times New Roman"/>
          <w:color w:val="1D2228"/>
          <w:lang w:val="en"/>
        </w:rPr>
        <w:t xml:space="preserve"> </w:t>
      </w:r>
      <w:proofErr w:type="spellStart"/>
      <w:r w:rsidRPr="00EF44F4">
        <w:rPr>
          <w:rFonts w:ascii="Times New Roman" w:eastAsia="Times New Roman" w:hAnsi="Times New Roman" w:cs="Times New Roman"/>
          <w:color w:val="1D2228"/>
          <w:lang w:val="en"/>
        </w:rPr>
        <w:t>dviejų</w:t>
      </w:r>
      <w:proofErr w:type="spellEnd"/>
      <w:r w:rsidRPr="00EF44F4">
        <w:rPr>
          <w:rFonts w:ascii="Times New Roman" w:eastAsia="Times New Roman" w:hAnsi="Times New Roman" w:cs="Times New Roman"/>
          <w:color w:val="1D2228"/>
          <w:lang w:val="en"/>
        </w:rPr>
        <w:t xml:space="preserve">, </w:t>
      </w:r>
      <w:proofErr w:type="spellStart"/>
      <w:r w:rsidRPr="00EF44F4">
        <w:rPr>
          <w:rFonts w:ascii="Times New Roman" w:eastAsia="Times New Roman" w:hAnsi="Times New Roman" w:cs="Times New Roman"/>
          <w:color w:val="1D2228"/>
          <w:lang w:val="en"/>
        </w:rPr>
        <w:t>kurioje</w:t>
      </w:r>
      <w:proofErr w:type="spellEnd"/>
      <w:r w:rsidRPr="00EF44F4">
        <w:rPr>
          <w:rFonts w:ascii="Times New Roman" w:eastAsia="Times New Roman" w:hAnsi="Times New Roman" w:cs="Times New Roman"/>
          <w:color w:val="1D2228"/>
          <w:lang w:val="en"/>
        </w:rPr>
        <w:t xml:space="preserve"> </w:t>
      </w:r>
      <w:proofErr w:type="spellStart"/>
      <w:r w:rsidRPr="00EF44F4">
        <w:rPr>
          <w:rFonts w:ascii="Times New Roman" w:eastAsia="Times New Roman" w:hAnsi="Times New Roman" w:cs="Times New Roman"/>
          <w:color w:val="1D2228"/>
          <w:lang w:val="en"/>
        </w:rPr>
        <w:t>mokiniai</w:t>
      </w:r>
      <w:proofErr w:type="spellEnd"/>
      <w:r w:rsidRPr="00EF44F4">
        <w:rPr>
          <w:rFonts w:ascii="Times New Roman" w:eastAsia="Times New Roman" w:hAnsi="Times New Roman" w:cs="Times New Roman"/>
          <w:color w:val="1D2228"/>
          <w:lang w:val="en"/>
        </w:rPr>
        <w:t xml:space="preserve"> </w:t>
      </w:r>
      <w:proofErr w:type="spellStart"/>
      <w:r w:rsidRPr="00EF44F4">
        <w:rPr>
          <w:rFonts w:ascii="Times New Roman" w:eastAsia="Times New Roman" w:hAnsi="Times New Roman" w:cs="Times New Roman"/>
          <w:color w:val="1D2228"/>
          <w:lang w:val="en"/>
        </w:rPr>
        <w:t>turi</w:t>
      </w:r>
      <w:proofErr w:type="spellEnd"/>
      <w:r w:rsidRPr="00EF44F4">
        <w:rPr>
          <w:rFonts w:ascii="Times New Roman" w:eastAsia="Times New Roman" w:hAnsi="Times New Roman" w:cs="Times New Roman"/>
          <w:color w:val="1D2228"/>
          <w:lang w:val="en"/>
        </w:rPr>
        <w:t xml:space="preserve"> </w:t>
      </w:r>
      <w:proofErr w:type="spellStart"/>
      <w:r w:rsidRPr="00EF44F4">
        <w:rPr>
          <w:rFonts w:ascii="Times New Roman" w:eastAsia="Times New Roman" w:hAnsi="Times New Roman" w:cs="Times New Roman"/>
          <w:color w:val="1D2228"/>
          <w:lang w:val="en"/>
        </w:rPr>
        <w:t>fizinio</w:t>
      </w:r>
      <w:proofErr w:type="spellEnd"/>
      <w:r w:rsidRPr="00EF44F4">
        <w:rPr>
          <w:rFonts w:ascii="Times New Roman" w:eastAsia="Times New Roman" w:hAnsi="Times New Roman" w:cs="Times New Roman"/>
          <w:color w:val="1D2228"/>
          <w:lang w:val="en"/>
        </w:rPr>
        <w:t xml:space="preserve"> </w:t>
      </w:r>
      <w:proofErr w:type="spellStart"/>
      <w:r w:rsidRPr="00EF44F4">
        <w:rPr>
          <w:rFonts w:ascii="Times New Roman" w:eastAsia="Times New Roman" w:hAnsi="Times New Roman" w:cs="Times New Roman"/>
          <w:color w:val="1D2228"/>
          <w:lang w:val="en"/>
        </w:rPr>
        <w:t>lavinimo</w:t>
      </w:r>
      <w:proofErr w:type="spellEnd"/>
      <w:r w:rsidRPr="00EF44F4">
        <w:rPr>
          <w:rFonts w:ascii="Times New Roman" w:eastAsia="Times New Roman" w:hAnsi="Times New Roman" w:cs="Times New Roman"/>
          <w:color w:val="1D2228"/>
          <w:lang w:val="en"/>
        </w:rPr>
        <w:t xml:space="preserve"> </w:t>
      </w:r>
      <w:proofErr w:type="spellStart"/>
      <w:r w:rsidRPr="00EF44F4">
        <w:rPr>
          <w:rFonts w:ascii="Times New Roman" w:eastAsia="Times New Roman" w:hAnsi="Times New Roman" w:cs="Times New Roman"/>
          <w:color w:val="1D2228"/>
          <w:lang w:val="en"/>
        </w:rPr>
        <w:t>pamokas</w:t>
      </w:r>
      <w:proofErr w:type="spellEnd"/>
      <w:r w:rsidRPr="00EF44F4">
        <w:rPr>
          <w:rFonts w:ascii="Times New Roman" w:eastAsia="Times New Roman" w:hAnsi="Times New Roman" w:cs="Times New Roman"/>
          <w:color w:val="1D2228"/>
          <w:lang w:val="en"/>
        </w:rPr>
        <w:t xml:space="preserve">. </w:t>
      </w:r>
      <w:proofErr w:type="spellStart"/>
      <w:r w:rsidRPr="00EF44F4">
        <w:rPr>
          <w:rFonts w:ascii="Times New Roman" w:eastAsia="Times New Roman" w:hAnsi="Times New Roman" w:cs="Times New Roman"/>
          <w:color w:val="1D2228"/>
          <w:lang w:val="en"/>
        </w:rPr>
        <w:t>Visos</w:t>
      </w:r>
      <w:proofErr w:type="spellEnd"/>
      <w:r w:rsidRPr="00EF44F4">
        <w:rPr>
          <w:rFonts w:ascii="Times New Roman" w:eastAsia="Times New Roman" w:hAnsi="Times New Roman" w:cs="Times New Roman"/>
          <w:color w:val="1D2228"/>
          <w:lang w:val="en"/>
        </w:rPr>
        <w:t xml:space="preserve"> </w:t>
      </w:r>
      <w:proofErr w:type="spellStart"/>
      <w:r w:rsidRPr="00EF44F4">
        <w:rPr>
          <w:rFonts w:ascii="Times New Roman" w:eastAsia="Times New Roman" w:hAnsi="Times New Roman" w:cs="Times New Roman"/>
          <w:color w:val="1D2228"/>
          <w:lang w:val="en"/>
        </w:rPr>
        <w:t>klasės</w:t>
      </w:r>
      <w:proofErr w:type="spellEnd"/>
      <w:r w:rsidRPr="00EF44F4">
        <w:rPr>
          <w:rFonts w:ascii="Times New Roman" w:eastAsia="Times New Roman" w:hAnsi="Times New Roman" w:cs="Times New Roman"/>
          <w:color w:val="1D2228"/>
          <w:lang w:val="en"/>
        </w:rPr>
        <w:t xml:space="preserve"> </w:t>
      </w:r>
      <w:proofErr w:type="spellStart"/>
      <w:r w:rsidRPr="00EF44F4">
        <w:rPr>
          <w:rFonts w:ascii="Times New Roman" w:eastAsia="Times New Roman" w:hAnsi="Times New Roman" w:cs="Times New Roman"/>
          <w:color w:val="1D2228"/>
          <w:lang w:val="en"/>
        </w:rPr>
        <w:t>yra</w:t>
      </w:r>
      <w:proofErr w:type="spellEnd"/>
      <w:r w:rsidRPr="00EF44F4">
        <w:rPr>
          <w:rFonts w:ascii="Times New Roman" w:eastAsia="Times New Roman" w:hAnsi="Times New Roman" w:cs="Times New Roman"/>
          <w:color w:val="1D2228"/>
          <w:lang w:val="en"/>
        </w:rPr>
        <w:t xml:space="preserve"> </w:t>
      </w:r>
      <w:proofErr w:type="spellStart"/>
      <w:r w:rsidRPr="00EF44F4">
        <w:rPr>
          <w:rFonts w:ascii="Times New Roman" w:eastAsia="Times New Roman" w:hAnsi="Times New Roman" w:cs="Times New Roman"/>
          <w:color w:val="1D2228"/>
          <w:lang w:val="en"/>
        </w:rPr>
        <w:t>įrengtos</w:t>
      </w:r>
      <w:proofErr w:type="spellEnd"/>
      <w:r w:rsidRPr="00EF44F4">
        <w:rPr>
          <w:rFonts w:ascii="Times New Roman" w:eastAsia="Times New Roman" w:hAnsi="Times New Roman" w:cs="Times New Roman"/>
          <w:color w:val="1D2228"/>
          <w:lang w:val="en"/>
        </w:rPr>
        <w:t xml:space="preserve"> </w:t>
      </w:r>
      <w:proofErr w:type="spellStart"/>
      <w:r w:rsidRPr="00EF44F4">
        <w:rPr>
          <w:rFonts w:ascii="Times New Roman" w:eastAsia="Times New Roman" w:hAnsi="Times New Roman" w:cs="Times New Roman"/>
          <w:color w:val="1D2228"/>
          <w:lang w:val="en"/>
        </w:rPr>
        <w:t>interaktyviosiomis</w:t>
      </w:r>
      <w:proofErr w:type="spellEnd"/>
      <w:r w:rsidRPr="00EF44F4">
        <w:rPr>
          <w:rFonts w:ascii="Times New Roman" w:eastAsia="Times New Roman" w:hAnsi="Times New Roman" w:cs="Times New Roman"/>
          <w:color w:val="1D2228"/>
          <w:lang w:val="en"/>
        </w:rPr>
        <w:t xml:space="preserve"> </w:t>
      </w:r>
      <w:proofErr w:type="spellStart"/>
      <w:r w:rsidRPr="00EF44F4">
        <w:rPr>
          <w:rFonts w:ascii="Times New Roman" w:eastAsia="Times New Roman" w:hAnsi="Times New Roman" w:cs="Times New Roman"/>
          <w:color w:val="1D2228"/>
          <w:lang w:val="en"/>
        </w:rPr>
        <w:t>lentomis</w:t>
      </w:r>
      <w:proofErr w:type="spellEnd"/>
      <w:r w:rsidRPr="00EF44F4">
        <w:rPr>
          <w:rFonts w:ascii="Times New Roman" w:eastAsia="Times New Roman" w:hAnsi="Times New Roman" w:cs="Times New Roman"/>
          <w:color w:val="1D2228"/>
          <w:lang w:val="en"/>
        </w:rPr>
        <w:t xml:space="preserve">. </w:t>
      </w:r>
      <w:proofErr w:type="spellStart"/>
      <w:r w:rsidRPr="00EF44F4">
        <w:rPr>
          <w:rFonts w:ascii="Times New Roman" w:eastAsia="Times New Roman" w:hAnsi="Times New Roman" w:cs="Times New Roman"/>
          <w:color w:val="1D2228"/>
          <w:lang w:val="en"/>
        </w:rPr>
        <w:t>Yra</w:t>
      </w:r>
      <w:proofErr w:type="spellEnd"/>
      <w:r w:rsidRPr="00EF44F4">
        <w:rPr>
          <w:rFonts w:ascii="Times New Roman" w:eastAsia="Times New Roman" w:hAnsi="Times New Roman" w:cs="Times New Roman"/>
          <w:color w:val="1D2228"/>
          <w:lang w:val="en"/>
        </w:rPr>
        <w:t xml:space="preserve"> </w:t>
      </w:r>
      <w:proofErr w:type="spellStart"/>
      <w:r w:rsidRPr="00EF44F4">
        <w:rPr>
          <w:rFonts w:ascii="Times New Roman" w:eastAsia="Times New Roman" w:hAnsi="Times New Roman" w:cs="Times New Roman"/>
          <w:color w:val="1D2228"/>
          <w:lang w:val="en"/>
        </w:rPr>
        <w:t>didelė</w:t>
      </w:r>
      <w:proofErr w:type="spellEnd"/>
      <w:r w:rsidRPr="00EF44F4">
        <w:rPr>
          <w:rFonts w:ascii="Times New Roman" w:eastAsia="Times New Roman" w:hAnsi="Times New Roman" w:cs="Times New Roman"/>
          <w:color w:val="1D2228"/>
          <w:lang w:val="en"/>
        </w:rPr>
        <w:t xml:space="preserve"> </w:t>
      </w:r>
      <w:proofErr w:type="spellStart"/>
      <w:r w:rsidRPr="00EF44F4">
        <w:rPr>
          <w:rFonts w:ascii="Times New Roman" w:eastAsia="Times New Roman" w:hAnsi="Times New Roman" w:cs="Times New Roman"/>
          <w:color w:val="1D2228"/>
          <w:lang w:val="en"/>
        </w:rPr>
        <w:t>biblioteka</w:t>
      </w:r>
      <w:proofErr w:type="spellEnd"/>
      <w:r w:rsidRPr="00EF44F4">
        <w:rPr>
          <w:rFonts w:ascii="Times New Roman" w:eastAsia="Times New Roman" w:hAnsi="Times New Roman" w:cs="Times New Roman"/>
          <w:color w:val="1D2228"/>
          <w:lang w:val="en"/>
        </w:rPr>
        <w:t xml:space="preserve"> </w:t>
      </w:r>
      <w:proofErr w:type="spellStart"/>
      <w:r w:rsidRPr="00EF44F4">
        <w:rPr>
          <w:rFonts w:ascii="Times New Roman" w:eastAsia="Times New Roman" w:hAnsi="Times New Roman" w:cs="Times New Roman"/>
          <w:color w:val="1D2228"/>
          <w:lang w:val="en"/>
        </w:rPr>
        <w:t>ir</w:t>
      </w:r>
      <w:proofErr w:type="spellEnd"/>
      <w:r w:rsidRPr="00EF44F4">
        <w:rPr>
          <w:rFonts w:ascii="Times New Roman" w:eastAsia="Times New Roman" w:hAnsi="Times New Roman" w:cs="Times New Roman"/>
          <w:color w:val="1D2228"/>
          <w:lang w:val="en"/>
        </w:rPr>
        <w:t xml:space="preserve"> </w:t>
      </w:r>
      <w:proofErr w:type="spellStart"/>
      <w:r w:rsidRPr="00EF44F4">
        <w:rPr>
          <w:rFonts w:ascii="Times New Roman" w:eastAsia="Times New Roman" w:hAnsi="Times New Roman" w:cs="Times New Roman"/>
          <w:color w:val="1D2228"/>
          <w:lang w:val="en"/>
        </w:rPr>
        <w:t>lauko</w:t>
      </w:r>
      <w:proofErr w:type="spellEnd"/>
      <w:r w:rsidRPr="00EF44F4">
        <w:rPr>
          <w:rFonts w:ascii="Times New Roman" w:eastAsia="Times New Roman" w:hAnsi="Times New Roman" w:cs="Times New Roman"/>
          <w:color w:val="1D2228"/>
          <w:lang w:val="en"/>
        </w:rPr>
        <w:t xml:space="preserve"> </w:t>
      </w:r>
      <w:proofErr w:type="spellStart"/>
      <w:r w:rsidRPr="00EF44F4">
        <w:rPr>
          <w:rFonts w:ascii="Times New Roman" w:eastAsia="Times New Roman" w:hAnsi="Times New Roman" w:cs="Times New Roman"/>
          <w:color w:val="1D2228"/>
          <w:lang w:val="en"/>
        </w:rPr>
        <w:t>erdvė</w:t>
      </w:r>
      <w:proofErr w:type="spellEnd"/>
      <w:r w:rsidRPr="00EF44F4">
        <w:rPr>
          <w:rFonts w:ascii="Times New Roman" w:eastAsia="Times New Roman" w:hAnsi="Times New Roman" w:cs="Times New Roman"/>
          <w:color w:val="1D2228"/>
          <w:lang w:val="en"/>
        </w:rPr>
        <w:t xml:space="preserve"> </w:t>
      </w:r>
      <w:proofErr w:type="spellStart"/>
      <w:r w:rsidRPr="00EF44F4">
        <w:rPr>
          <w:rFonts w:ascii="Times New Roman" w:eastAsia="Times New Roman" w:hAnsi="Times New Roman" w:cs="Times New Roman"/>
          <w:color w:val="1D2228"/>
          <w:lang w:val="en"/>
        </w:rPr>
        <w:t>su</w:t>
      </w:r>
      <w:proofErr w:type="spellEnd"/>
      <w:r w:rsidRPr="00EF44F4">
        <w:rPr>
          <w:rFonts w:ascii="Times New Roman" w:eastAsia="Times New Roman" w:hAnsi="Times New Roman" w:cs="Times New Roman"/>
          <w:color w:val="1D2228"/>
          <w:lang w:val="en"/>
        </w:rPr>
        <w:t xml:space="preserve"> </w:t>
      </w:r>
      <w:proofErr w:type="spellStart"/>
      <w:r w:rsidRPr="00EF44F4">
        <w:rPr>
          <w:rFonts w:ascii="Times New Roman" w:eastAsia="Times New Roman" w:hAnsi="Times New Roman" w:cs="Times New Roman"/>
          <w:color w:val="1D2228"/>
          <w:lang w:val="en"/>
        </w:rPr>
        <w:t>treniruokliais</w:t>
      </w:r>
      <w:proofErr w:type="spellEnd"/>
      <w:r w:rsidRPr="00EF44F4">
        <w:rPr>
          <w:rFonts w:ascii="Times New Roman" w:eastAsia="Times New Roman" w:hAnsi="Times New Roman" w:cs="Times New Roman"/>
          <w:color w:val="1D2228"/>
          <w:lang w:val="en"/>
        </w:rPr>
        <w:t xml:space="preserve">, </w:t>
      </w:r>
      <w:proofErr w:type="spellStart"/>
      <w:r w:rsidRPr="00EF44F4">
        <w:rPr>
          <w:rFonts w:ascii="Times New Roman" w:eastAsia="Times New Roman" w:hAnsi="Times New Roman" w:cs="Times New Roman"/>
          <w:color w:val="1D2228"/>
          <w:lang w:val="en"/>
        </w:rPr>
        <w:t>kurią</w:t>
      </w:r>
      <w:proofErr w:type="spellEnd"/>
      <w:r w:rsidRPr="00EF44F4">
        <w:rPr>
          <w:rFonts w:ascii="Times New Roman" w:eastAsia="Times New Roman" w:hAnsi="Times New Roman" w:cs="Times New Roman"/>
          <w:color w:val="1D2228"/>
          <w:lang w:val="en"/>
        </w:rPr>
        <w:t xml:space="preserve"> </w:t>
      </w:r>
      <w:proofErr w:type="spellStart"/>
      <w:r w:rsidRPr="00EF44F4">
        <w:rPr>
          <w:rFonts w:ascii="Times New Roman" w:eastAsia="Times New Roman" w:hAnsi="Times New Roman" w:cs="Times New Roman"/>
          <w:color w:val="1D2228"/>
          <w:lang w:val="en"/>
        </w:rPr>
        <w:t>mokiniai</w:t>
      </w:r>
      <w:proofErr w:type="spellEnd"/>
      <w:r w:rsidRPr="00EF44F4">
        <w:rPr>
          <w:rFonts w:ascii="Times New Roman" w:eastAsia="Times New Roman" w:hAnsi="Times New Roman" w:cs="Times New Roman"/>
          <w:color w:val="1D2228"/>
          <w:lang w:val="en"/>
        </w:rPr>
        <w:t xml:space="preserve"> </w:t>
      </w:r>
      <w:proofErr w:type="spellStart"/>
      <w:r w:rsidRPr="00EF44F4">
        <w:rPr>
          <w:rFonts w:ascii="Times New Roman" w:eastAsia="Times New Roman" w:hAnsi="Times New Roman" w:cs="Times New Roman"/>
          <w:color w:val="1D2228"/>
          <w:lang w:val="en"/>
        </w:rPr>
        <w:t>ir</w:t>
      </w:r>
      <w:proofErr w:type="spellEnd"/>
      <w:r w:rsidRPr="00EF44F4">
        <w:rPr>
          <w:rFonts w:ascii="Times New Roman" w:eastAsia="Times New Roman" w:hAnsi="Times New Roman" w:cs="Times New Roman"/>
          <w:color w:val="1D2228"/>
          <w:lang w:val="en"/>
        </w:rPr>
        <w:t xml:space="preserve"> </w:t>
      </w:r>
      <w:proofErr w:type="spellStart"/>
      <w:r w:rsidRPr="00EF44F4">
        <w:rPr>
          <w:rFonts w:ascii="Times New Roman" w:eastAsia="Times New Roman" w:hAnsi="Times New Roman" w:cs="Times New Roman"/>
          <w:color w:val="1D2228"/>
          <w:lang w:val="en"/>
        </w:rPr>
        <w:t>mokytojai</w:t>
      </w:r>
      <w:proofErr w:type="spellEnd"/>
      <w:r w:rsidRPr="00EF44F4">
        <w:rPr>
          <w:rFonts w:ascii="Times New Roman" w:eastAsia="Times New Roman" w:hAnsi="Times New Roman" w:cs="Times New Roman"/>
          <w:color w:val="1D2228"/>
          <w:lang w:val="en"/>
        </w:rPr>
        <w:t xml:space="preserve"> </w:t>
      </w:r>
      <w:proofErr w:type="spellStart"/>
      <w:r w:rsidRPr="00EF44F4">
        <w:rPr>
          <w:rFonts w:ascii="Times New Roman" w:eastAsia="Times New Roman" w:hAnsi="Times New Roman" w:cs="Times New Roman"/>
          <w:color w:val="1D2228"/>
          <w:lang w:val="en"/>
        </w:rPr>
        <w:t>naudoja</w:t>
      </w:r>
      <w:proofErr w:type="spellEnd"/>
      <w:r w:rsidRPr="00EF44F4">
        <w:rPr>
          <w:rFonts w:ascii="Times New Roman" w:eastAsia="Times New Roman" w:hAnsi="Times New Roman" w:cs="Times New Roman"/>
          <w:color w:val="1D2228"/>
          <w:lang w:val="en"/>
        </w:rPr>
        <w:t xml:space="preserve"> po </w:t>
      </w:r>
      <w:proofErr w:type="spellStart"/>
      <w:r w:rsidRPr="00EF44F4">
        <w:rPr>
          <w:rFonts w:ascii="Times New Roman" w:eastAsia="Times New Roman" w:hAnsi="Times New Roman" w:cs="Times New Roman"/>
          <w:color w:val="1D2228"/>
          <w:lang w:val="en"/>
        </w:rPr>
        <w:t>pamokų</w:t>
      </w:r>
      <w:proofErr w:type="spellEnd"/>
      <w:r w:rsidRPr="00EF44F4">
        <w:rPr>
          <w:rFonts w:ascii="Times New Roman" w:eastAsia="Times New Roman" w:hAnsi="Times New Roman" w:cs="Times New Roman"/>
          <w:color w:val="1D2228"/>
          <w:lang w:val="en"/>
        </w:rPr>
        <w:t xml:space="preserve">, </w:t>
      </w:r>
      <w:proofErr w:type="spellStart"/>
      <w:r w:rsidRPr="00EF44F4">
        <w:rPr>
          <w:rFonts w:ascii="Times New Roman" w:eastAsia="Times New Roman" w:hAnsi="Times New Roman" w:cs="Times New Roman"/>
          <w:color w:val="1D2228"/>
          <w:lang w:val="en"/>
        </w:rPr>
        <w:t>kad</w:t>
      </w:r>
      <w:proofErr w:type="spellEnd"/>
      <w:r w:rsidRPr="00EF44F4">
        <w:rPr>
          <w:rFonts w:ascii="Times New Roman" w:eastAsia="Times New Roman" w:hAnsi="Times New Roman" w:cs="Times New Roman"/>
          <w:color w:val="1D2228"/>
          <w:lang w:val="en"/>
        </w:rPr>
        <w:t xml:space="preserve"> </w:t>
      </w:r>
      <w:proofErr w:type="spellStart"/>
      <w:r w:rsidRPr="00EF44F4">
        <w:rPr>
          <w:rFonts w:ascii="Times New Roman" w:eastAsia="Times New Roman" w:hAnsi="Times New Roman" w:cs="Times New Roman"/>
          <w:color w:val="1D2228"/>
          <w:lang w:val="en"/>
        </w:rPr>
        <w:t>būtų</w:t>
      </w:r>
      <w:proofErr w:type="spellEnd"/>
      <w:r w:rsidRPr="00EF44F4">
        <w:rPr>
          <w:rFonts w:ascii="Times New Roman" w:eastAsia="Times New Roman" w:hAnsi="Times New Roman" w:cs="Times New Roman"/>
          <w:color w:val="1D2228"/>
          <w:lang w:val="en"/>
        </w:rPr>
        <w:t xml:space="preserve"> </w:t>
      </w:r>
      <w:proofErr w:type="spellStart"/>
      <w:r w:rsidRPr="00EF44F4">
        <w:rPr>
          <w:rFonts w:ascii="Times New Roman" w:eastAsia="Times New Roman" w:hAnsi="Times New Roman" w:cs="Times New Roman"/>
          <w:color w:val="1D2228"/>
          <w:lang w:val="en"/>
        </w:rPr>
        <w:t>fiziškai</w:t>
      </w:r>
      <w:proofErr w:type="spellEnd"/>
      <w:r w:rsidRPr="00EF44F4">
        <w:rPr>
          <w:rFonts w:ascii="Times New Roman" w:eastAsia="Times New Roman" w:hAnsi="Times New Roman" w:cs="Times New Roman"/>
          <w:color w:val="1D2228"/>
          <w:lang w:val="en"/>
        </w:rPr>
        <w:t xml:space="preserve"> </w:t>
      </w:r>
      <w:proofErr w:type="spellStart"/>
      <w:r w:rsidRPr="00EF44F4">
        <w:rPr>
          <w:rFonts w:ascii="Times New Roman" w:eastAsia="Times New Roman" w:hAnsi="Times New Roman" w:cs="Times New Roman"/>
          <w:color w:val="1D2228"/>
          <w:lang w:val="en"/>
        </w:rPr>
        <w:t>aktyvesni</w:t>
      </w:r>
      <w:proofErr w:type="spellEnd"/>
      <w:r w:rsidRPr="00EF44F4">
        <w:rPr>
          <w:rFonts w:ascii="Times New Roman" w:eastAsia="Times New Roman" w:hAnsi="Times New Roman" w:cs="Times New Roman"/>
          <w:color w:val="1D2228"/>
          <w:lang w:val="en"/>
        </w:rPr>
        <w:t>.</w:t>
      </w:r>
    </w:p>
    <w:p w14:paraId="6D3845CE" w14:textId="77777777" w:rsidR="00487BE2" w:rsidRPr="000F6DDB" w:rsidRDefault="00487BE2" w:rsidP="00487BE2">
      <w:pPr>
        <w:shd w:val="clear" w:color="auto" w:fill="FFFFFF"/>
        <w:spacing w:before="240" w:after="240"/>
        <w:ind w:firstLine="720"/>
        <w:rPr>
          <w:rFonts w:eastAsia="Arial" w:cstheme="majorHAnsi"/>
          <w:b/>
          <w:bCs/>
          <w:color w:val="1D2228"/>
          <w:lang w:val="pl-PL"/>
        </w:rPr>
      </w:pPr>
      <w:r w:rsidRPr="00A4511F">
        <w:rPr>
          <w:rFonts w:eastAsia="Arial" w:cstheme="majorHAnsi"/>
          <w:b/>
          <w:bCs/>
          <w:noProof/>
          <w:color w:val="1D2228"/>
        </w:rPr>
        <w:lastRenderedPageBreak/>
        <w:drawing>
          <wp:inline distT="114300" distB="114300" distL="114300" distR="114300" wp14:anchorId="691270FE" wp14:editId="0385A25C">
            <wp:extent cx="2490788" cy="1881530"/>
            <wp:effectExtent l="0" t="0" r="0" b="0"/>
            <wp:docPr id="8"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34"/>
                    <a:srcRect/>
                    <a:stretch>
                      <a:fillRect/>
                    </a:stretch>
                  </pic:blipFill>
                  <pic:spPr>
                    <a:xfrm>
                      <a:off x="0" y="0"/>
                      <a:ext cx="2490788" cy="1881530"/>
                    </a:xfrm>
                    <a:prstGeom prst="rect">
                      <a:avLst/>
                    </a:prstGeom>
                    <a:ln/>
                  </pic:spPr>
                </pic:pic>
              </a:graphicData>
            </a:graphic>
          </wp:inline>
        </w:drawing>
      </w:r>
      <w:r w:rsidRPr="000F6DDB">
        <w:rPr>
          <w:rFonts w:eastAsia="Arial" w:cstheme="majorHAnsi"/>
          <w:b/>
          <w:bCs/>
          <w:color w:val="1D2228"/>
          <w:lang w:val="pl-PL"/>
        </w:rPr>
        <w:t xml:space="preserve">   </w:t>
      </w:r>
      <w:r w:rsidRPr="00A4511F">
        <w:rPr>
          <w:rFonts w:eastAsia="Arial" w:cstheme="majorHAnsi"/>
          <w:b/>
          <w:bCs/>
          <w:noProof/>
          <w:color w:val="1D2228"/>
        </w:rPr>
        <w:drawing>
          <wp:inline distT="114300" distB="114300" distL="114300" distR="114300" wp14:anchorId="38B24DFB" wp14:editId="2B66769E">
            <wp:extent cx="2525688" cy="1887619"/>
            <wp:effectExtent l="0" t="0" r="0" b="0"/>
            <wp:docPr id="9"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35"/>
                    <a:srcRect/>
                    <a:stretch>
                      <a:fillRect/>
                    </a:stretch>
                  </pic:blipFill>
                  <pic:spPr>
                    <a:xfrm>
                      <a:off x="0" y="0"/>
                      <a:ext cx="2525688" cy="1887619"/>
                    </a:xfrm>
                    <a:prstGeom prst="rect">
                      <a:avLst/>
                    </a:prstGeom>
                    <a:ln/>
                  </pic:spPr>
                </pic:pic>
              </a:graphicData>
            </a:graphic>
          </wp:inline>
        </w:drawing>
      </w:r>
    </w:p>
    <w:p w14:paraId="22DAF237" w14:textId="77777777" w:rsidR="00487BE2" w:rsidRPr="000F6DDB" w:rsidRDefault="00487BE2" w:rsidP="00487BE2">
      <w:pPr>
        <w:shd w:val="clear" w:color="auto" w:fill="FFFFFF"/>
        <w:spacing w:before="240" w:after="240"/>
        <w:ind w:firstLine="720"/>
        <w:rPr>
          <w:rFonts w:eastAsia="Times New Roman" w:cstheme="majorHAnsi"/>
          <w:color w:val="1D2228"/>
          <w:lang w:val="pl-PL"/>
        </w:rPr>
      </w:pPr>
    </w:p>
    <w:p w14:paraId="4C58D4D2" w14:textId="77777777" w:rsidR="000F6DDB" w:rsidRDefault="000F6DDB" w:rsidP="0099341D">
      <w:pPr>
        <w:shd w:val="clear" w:color="auto" w:fill="FFFFFF"/>
        <w:ind w:firstLine="720"/>
        <w:rPr>
          <w:rFonts w:eastAsia="Times New Roman" w:cstheme="majorHAnsi"/>
          <w:color w:val="1D2228"/>
          <w:lang w:val="mk-MK"/>
        </w:rPr>
      </w:pPr>
      <w:r w:rsidRPr="000F6DDB">
        <w:rPr>
          <w:rFonts w:eastAsia="Times New Roman" w:cstheme="majorHAnsi"/>
          <w:color w:val="1D2228"/>
          <w:lang w:val="mk-MK"/>
        </w:rPr>
        <w:t>Mokykla yra Kratovo mieste, Makedonijoje. Tai nedidelis miestelis, tačiau vienas seniausių Balkanuose ir vienas mėgstamiausių Makedonijos kelionių tikslų dėl senų bokštų ir tiltų, taip pat dėl unikalios vietos (jis įsikūręs buvusio ugnikalnio kraterio teritorijoje, iš kurios ir gavo savo pavadinimą Kratovo). Be to, kita žinoma lankytina vieta yra Kuklica (Akmens lėlės), esanti vos už 8 km nuo Kratovo.</w:t>
      </w:r>
    </w:p>
    <w:p w14:paraId="7B473271" w14:textId="0BCE2BFE" w:rsidR="000F6DDB" w:rsidRDefault="000F6DDB" w:rsidP="0099341D">
      <w:pPr>
        <w:shd w:val="clear" w:color="auto" w:fill="FFFFFF"/>
        <w:ind w:firstLine="720"/>
        <w:rPr>
          <w:rFonts w:eastAsia="Times New Roman" w:cstheme="majorHAnsi"/>
          <w:color w:val="1D2228"/>
          <w:lang w:val="mk-MK"/>
        </w:rPr>
      </w:pPr>
      <w:r w:rsidRPr="000F6DDB">
        <w:rPr>
          <w:rFonts w:eastAsia="Times New Roman" w:cstheme="majorHAnsi"/>
          <w:color w:val="1D2228"/>
          <w:lang w:val="mk-MK"/>
        </w:rPr>
        <w:t>Mokiniai pradeda mokytis anglų kalbos 1 klasėje, o vokiečių arba prancūzų kalbos gali pradėti mokytis 6 klasėje.</w:t>
      </w:r>
    </w:p>
    <w:p w14:paraId="7F7A618C" w14:textId="6A8E44B3" w:rsidR="000F6DDB" w:rsidRDefault="000F6DDB" w:rsidP="0099341D">
      <w:pPr>
        <w:shd w:val="clear" w:color="auto" w:fill="FFFFFF"/>
        <w:ind w:firstLine="720"/>
        <w:rPr>
          <w:rFonts w:eastAsia="Times New Roman" w:cstheme="majorHAnsi"/>
          <w:color w:val="1D2228"/>
          <w:lang w:val="mk-MK"/>
        </w:rPr>
      </w:pPr>
      <w:r w:rsidRPr="000F6DDB">
        <w:rPr>
          <w:rFonts w:eastAsia="Times New Roman" w:cstheme="majorHAnsi"/>
          <w:color w:val="1D2228"/>
          <w:lang w:val="mk-MK"/>
        </w:rPr>
        <w:t>Mūsų mokiniai labai mėgsta dalyvauti Erasmus projektuose, nes tai yra fantastiška ir unikali mokymosi patirtis. Jie dalyvavo daugiau nei 20 eTwinning projektuose ir mėgsta bendrauti bei bendradarbiauti su bendraamžiais iš kitų Europos šalių. Mūsų mokykla gavo „eTwinning“ mokyklos ženklą 2019–2020 m. ir 2024–2025 m. Iki šiol dalyvavome 8 „Erasmus“ projektuose, susijusiuose su įvairiomis temomis:</w:t>
      </w:r>
    </w:p>
    <w:p w14:paraId="61DE715E" w14:textId="2CA1B262" w:rsidR="000F6DDB" w:rsidRPr="000F6DDB" w:rsidRDefault="000F6DDB" w:rsidP="000F6DDB">
      <w:pPr>
        <w:shd w:val="clear" w:color="auto" w:fill="FFFFFF"/>
        <w:rPr>
          <w:rFonts w:eastAsia="Times New Roman" w:cstheme="majorHAnsi"/>
          <w:color w:val="1D2228"/>
          <w:lang w:val="mk-MK"/>
        </w:rPr>
      </w:pPr>
      <w:r>
        <w:rPr>
          <w:rFonts w:eastAsia="Times New Roman" w:cstheme="majorHAnsi"/>
          <w:color w:val="1D2228"/>
          <w:lang w:val="lt-LT"/>
        </w:rPr>
        <w:t xml:space="preserve"> </w:t>
      </w:r>
      <w:r w:rsidRPr="000F6DDB">
        <w:rPr>
          <w:rFonts w:eastAsia="Times New Roman" w:cstheme="majorHAnsi" w:hint="eastAsia"/>
          <w:color w:val="1D2228"/>
          <w:lang w:val="mk-MK"/>
        </w:rPr>
        <w:t>●</w:t>
      </w:r>
      <w:r>
        <w:rPr>
          <w:rFonts w:eastAsia="Times New Roman" w:cstheme="majorHAnsi"/>
          <w:color w:val="1D2228"/>
          <w:lang w:val="lt-LT"/>
        </w:rPr>
        <w:t xml:space="preserve">    </w:t>
      </w:r>
      <w:r w:rsidRPr="000F6DDB">
        <w:rPr>
          <w:rFonts w:eastAsia="Times New Roman" w:cstheme="majorHAnsi"/>
          <w:color w:val="1D2228"/>
          <w:lang w:val="mk-MK"/>
        </w:rPr>
        <w:t>Novatoriškos ir įtraukios mokyklos kūrimas;</w:t>
      </w:r>
    </w:p>
    <w:p w14:paraId="2DB011BE" w14:textId="77777777" w:rsidR="000F6DDB" w:rsidRPr="000F6DDB" w:rsidRDefault="000F6DDB" w:rsidP="000F6DDB">
      <w:pPr>
        <w:shd w:val="clear" w:color="auto" w:fill="FFFFFF"/>
        <w:rPr>
          <w:rFonts w:eastAsia="Times New Roman" w:cstheme="majorHAnsi"/>
          <w:color w:val="1D2228"/>
          <w:lang w:val="mk-MK"/>
        </w:rPr>
      </w:pPr>
      <w:bookmarkStart w:id="1" w:name="_Hlk220919283"/>
      <w:r w:rsidRPr="000F6DDB">
        <w:rPr>
          <w:rFonts w:eastAsia="Times New Roman" w:cstheme="majorHAnsi" w:hint="eastAsia"/>
          <w:color w:val="1D2228"/>
          <w:lang w:val="mk-MK"/>
        </w:rPr>
        <w:t>●</w:t>
      </w:r>
      <w:bookmarkEnd w:id="1"/>
      <w:r w:rsidRPr="000F6DDB">
        <w:rPr>
          <w:rFonts w:eastAsia="Times New Roman" w:cstheme="majorHAnsi" w:hint="eastAsia"/>
          <w:color w:val="1D2228"/>
          <w:lang w:val="mk-MK"/>
        </w:rPr>
        <w:t xml:space="preserve"> VOICES – Europos mokyklų vizija, nuomonės, interesai ir kūrybiškumas;</w:t>
      </w:r>
    </w:p>
    <w:p w14:paraId="56A583C2" w14:textId="77777777" w:rsidR="000F6DDB" w:rsidRPr="000F6DDB" w:rsidRDefault="000F6DDB" w:rsidP="000F6DDB">
      <w:pPr>
        <w:shd w:val="clear" w:color="auto" w:fill="FFFFFF"/>
        <w:rPr>
          <w:rFonts w:eastAsia="Times New Roman" w:cstheme="majorHAnsi"/>
          <w:color w:val="1D2228"/>
          <w:lang w:val="mk-MK"/>
        </w:rPr>
      </w:pPr>
      <w:r w:rsidRPr="000F6DDB">
        <w:rPr>
          <w:rFonts w:eastAsia="Times New Roman" w:cstheme="majorHAnsi" w:hint="eastAsia"/>
          <w:color w:val="1D2228"/>
          <w:lang w:val="mk-MK"/>
        </w:rPr>
        <w:t>● Pasinėrimas į skaitmeninį kalbų mokymąsi;</w:t>
      </w:r>
    </w:p>
    <w:p w14:paraId="41974175" w14:textId="23882C75" w:rsidR="000F6DDB" w:rsidRPr="00DC423E" w:rsidRDefault="000F6DDB" w:rsidP="000F6DDB">
      <w:pPr>
        <w:shd w:val="clear" w:color="auto" w:fill="FFFFFF"/>
        <w:rPr>
          <w:rFonts w:eastAsia="Times New Roman" w:cstheme="majorHAnsi"/>
          <w:color w:val="000000" w:themeColor="text1"/>
          <w:lang w:val="lt-LT"/>
        </w:rPr>
      </w:pPr>
      <w:r w:rsidRPr="000F6DDB">
        <w:rPr>
          <w:rFonts w:eastAsia="Times New Roman" w:cstheme="majorHAnsi" w:hint="eastAsia"/>
          <w:color w:val="1D2228"/>
          <w:lang w:val="mk-MK"/>
        </w:rPr>
        <w:t xml:space="preserve">● 2BSafe – saugus paieškos ir </w:t>
      </w:r>
      <w:r w:rsidRPr="00DC423E">
        <w:rPr>
          <w:rFonts w:eastAsia="Times New Roman" w:cstheme="majorHAnsi" w:hint="eastAsia"/>
          <w:color w:val="000000" w:themeColor="text1"/>
          <w:lang w:val="mk-MK"/>
        </w:rPr>
        <w:t>patyčių prevencija</w:t>
      </w:r>
      <w:r w:rsidRPr="00DC423E">
        <w:rPr>
          <w:rFonts w:eastAsia="Times New Roman" w:cstheme="majorHAnsi"/>
          <w:color w:val="000000" w:themeColor="text1"/>
          <w:lang w:val="lt-LT"/>
        </w:rPr>
        <w:t>;</w:t>
      </w:r>
    </w:p>
    <w:p w14:paraId="068729BE" w14:textId="77777777" w:rsidR="00DC423E" w:rsidRPr="00DC423E" w:rsidRDefault="00DC423E" w:rsidP="00DC423E">
      <w:pPr>
        <w:rPr>
          <w:color w:val="000000" w:themeColor="text1"/>
          <w:lang w:val="mk-MK"/>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C423E">
        <w:rPr>
          <w:color w:val="000000" w:themeColor="text1"/>
          <w:lang w:val="mk-MK"/>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Kūrybinė drama ir žaidimai ELT;</w:t>
      </w:r>
    </w:p>
    <w:p w14:paraId="0A5914CD" w14:textId="77777777" w:rsidR="00DC423E" w:rsidRPr="00DC423E" w:rsidRDefault="00DC423E" w:rsidP="00DC423E">
      <w:pPr>
        <w:rPr>
          <w:color w:val="000000" w:themeColor="text1"/>
          <w:lang w:val="mk-MK"/>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C423E">
        <w:rPr>
          <w:color w:val="000000" w:themeColor="text1"/>
          <w:lang w:val="mk-MK"/>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LEAVES (mokymasis apie aplinką, aktyvizmas, savanorystė švietimo programose);</w:t>
      </w:r>
    </w:p>
    <w:p w14:paraId="167FA77C" w14:textId="77777777" w:rsidR="00DC423E" w:rsidRPr="00DC423E" w:rsidRDefault="00DC423E" w:rsidP="00DC423E">
      <w:pPr>
        <w:rPr>
          <w:color w:val="000000" w:themeColor="text1"/>
          <w:lang w:val="mk-MK"/>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C423E">
        <w:rPr>
          <w:color w:val="000000" w:themeColor="text1"/>
          <w:lang w:val="mk-MK"/>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Europos Sąjungos modelis;</w:t>
      </w:r>
    </w:p>
    <w:p w14:paraId="67DCB650" w14:textId="3A48FD90" w:rsidR="000276AA" w:rsidRPr="00DC423E" w:rsidRDefault="00DC423E" w:rsidP="00DC423E">
      <w:pPr>
        <w:rPr>
          <w:color w:val="000000" w:themeColor="text1"/>
          <w:lang w:val="mk-MK"/>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C423E">
        <w:rPr>
          <w:color w:val="000000" w:themeColor="text1"/>
          <w:lang w:val="mk-MK"/>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Žaiskime vėl – tradiciniai žaidimai ir veiklos kaip būdas integruoti ir įtraukti jaunimą.</w:t>
      </w:r>
    </w:p>
    <w:p w14:paraId="194B017F" w14:textId="77777777" w:rsidR="000276AA" w:rsidRPr="00DC423E" w:rsidRDefault="000276AA" w:rsidP="00BB28C2">
      <w:pPr>
        <w:jc w:val="center"/>
        <w:rPr>
          <w:color w:val="000000" w:themeColor="text1"/>
          <w:sz w:val="28"/>
          <w:szCs w:val="28"/>
          <w:lang w:val="mk-MK"/>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6D8514DD" w14:textId="77777777" w:rsidR="0099341D" w:rsidRPr="00DC423E" w:rsidRDefault="0099341D" w:rsidP="00BB28C2">
      <w:pPr>
        <w:jc w:val="center"/>
        <w:rPr>
          <w:bCs/>
          <w:sz w:val="28"/>
          <w:szCs w:val="28"/>
          <w:lang w:val="mk-MK"/>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
    <w:p w14:paraId="16F84AD5" w14:textId="77777777" w:rsidR="00DC423E" w:rsidRPr="00DC423E" w:rsidRDefault="00DC423E" w:rsidP="00BB28C2">
      <w:pPr>
        <w:jc w:val="center"/>
        <w:rPr>
          <w:color w:val="000000" w:themeColor="text1"/>
          <w:sz w:val="28"/>
          <w:szCs w:val="28"/>
          <w:lang w:val="mk-MK"/>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2B5C15D7" w14:textId="77777777" w:rsidR="00DC423E" w:rsidRDefault="00DC423E" w:rsidP="00BB28C2">
      <w:pPr>
        <w:jc w:val="center"/>
        <w:rPr>
          <w:b/>
          <w:sz w:val="28"/>
          <w:szCs w:val="28"/>
          <w:lang w:val="mk-MK"/>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
    <w:p w14:paraId="5D36EB9A" w14:textId="77777777" w:rsidR="005C37D1" w:rsidRDefault="005C37D1" w:rsidP="00BB28C2">
      <w:pPr>
        <w:jc w:val="center"/>
        <w:rPr>
          <w:b/>
          <w:sz w:val="28"/>
          <w:szCs w:val="28"/>
          <w:lang w:val="mk-MK"/>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
    <w:p w14:paraId="257E572D" w14:textId="087CA738" w:rsidR="00761934" w:rsidRDefault="005C37D1" w:rsidP="00BB28C2">
      <w:pPr>
        <w:jc w:val="center"/>
        <w:rPr>
          <w:b/>
          <w:sz w:val="28"/>
          <w:szCs w:val="28"/>
          <w:lang w:val="mk-MK"/>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5C37D1">
        <w:rPr>
          <w:b/>
          <w:sz w:val="28"/>
          <w:szCs w:val="28"/>
          <w:lang w:val="mk-MK"/>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Newark School Malta</w:t>
      </w:r>
      <w:r w:rsidR="00761934">
        <w:rPr>
          <w:b/>
          <w:noProof/>
          <w:sz w:val="28"/>
          <w:szCs w:val="28"/>
        </w:rPr>
        <mc:AlternateContent>
          <mc:Choice Requires="wps">
            <w:drawing>
              <wp:anchor distT="0" distB="0" distL="114300" distR="114300" simplePos="0" relativeHeight="251662336" behindDoc="0" locked="0" layoutInCell="1" allowOverlap="1" wp14:anchorId="14E15C79" wp14:editId="24A555F7">
                <wp:simplePos x="0" y="0"/>
                <wp:positionH relativeFrom="column">
                  <wp:posOffset>5513705</wp:posOffset>
                </wp:positionH>
                <wp:positionV relativeFrom="paragraph">
                  <wp:posOffset>-154443</wp:posOffset>
                </wp:positionV>
                <wp:extent cx="1129085" cy="739471"/>
                <wp:effectExtent l="0" t="0" r="13970" b="22860"/>
                <wp:wrapNone/>
                <wp:docPr id="31" name="Text Box 31"/>
                <wp:cNvGraphicFramePr/>
                <a:graphic xmlns:a="http://schemas.openxmlformats.org/drawingml/2006/main">
                  <a:graphicData uri="http://schemas.microsoft.com/office/word/2010/wordprocessingShape">
                    <wps:wsp>
                      <wps:cNvSpPr txBox="1"/>
                      <wps:spPr>
                        <a:xfrm>
                          <a:off x="0" y="0"/>
                          <a:ext cx="1129085" cy="739471"/>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4C683AA" w14:textId="77777777" w:rsidR="00761934" w:rsidRDefault="00761934">
                            <w:r>
                              <w:rPr>
                                <w:noProof/>
                              </w:rPr>
                              <w:drawing>
                                <wp:inline distT="0" distB="0" distL="0" distR="0" wp14:anchorId="07587836" wp14:editId="68085F1F">
                                  <wp:extent cx="939800" cy="51435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malta.png"/>
                                          <pic:cNvPicPr/>
                                        </pic:nvPicPr>
                                        <pic:blipFill>
                                          <a:blip r:embed="rId36">
                                            <a:extLst>
                                              <a:ext uri="{28A0092B-C50C-407E-A947-70E740481C1C}">
                                                <a14:useLocalDpi xmlns:a14="http://schemas.microsoft.com/office/drawing/2010/main" val="0"/>
                                              </a:ext>
                                            </a:extLst>
                                          </a:blip>
                                          <a:stretch>
                                            <a:fillRect/>
                                          </a:stretch>
                                        </pic:blipFill>
                                        <pic:spPr>
                                          <a:xfrm>
                                            <a:off x="0" y="0"/>
                                            <a:ext cx="939800" cy="5143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4E15C79" id="Text Box 31" o:spid="_x0000_s1029" type="#_x0000_t202" style="position:absolute;left:0;text-align:left;margin-left:434.15pt;margin-top:-12.15pt;width:88.9pt;height:58.25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" fillcolor="white [3201]" strokeweight=".5pt">
                <v:textbox>
                  <w:txbxContent>
                    <w:p w14:paraId="04C683AA" w14:textId="77777777" w:rsidR="00761934" w:rsidRDefault="00761934">
                      <w:r>
                        <w:rPr>
                          <w:noProof/>
                        </w:rPr>
                        <w:drawing>
                          <wp:inline distT="0" distB="0" distL="0" distR="0" wp14:anchorId="07587836" wp14:editId="68085F1F">
                            <wp:extent cx="939800" cy="51435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malta.png"/>
                                    <pic:cNvPicPr/>
                                  </pic:nvPicPr>
                                  <pic:blipFill>
                                    <a:blip r:embed="rId36">
                                      <a:extLst>
                                        <a:ext uri="{28A0092B-C50C-407E-A947-70E740481C1C}">
                                          <a14:useLocalDpi xmlns:a14="http://schemas.microsoft.com/office/drawing/2010/main" val="0"/>
                                        </a:ext>
                                      </a:extLst>
                                    </a:blip>
                                    <a:stretch>
                                      <a:fillRect/>
                                    </a:stretch>
                                  </pic:blipFill>
                                  <pic:spPr>
                                    <a:xfrm>
                                      <a:off x="0" y="0"/>
                                      <a:ext cx="939800" cy="514350"/>
                                    </a:xfrm>
                                    <a:prstGeom prst="rect">
                                      <a:avLst/>
                                    </a:prstGeom>
                                  </pic:spPr>
                                </pic:pic>
                              </a:graphicData>
                            </a:graphic>
                          </wp:inline>
                        </w:drawing>
                      </w:r>
                    </w:p>
                  </w:txbxContent>
                </v:textbox>
              </v:shape>
            </w:pict>
          </mc:Fallback>
        </mc:AlternateContent>
      </w:r>
    </w:p>
    <w:p w14:paraId="7AE31A9B" w14:textId="20BC4309" w:rsidR="00BB28C2" w:rsidRPr="00A00478" w:rsidRDefault="005C37D1" w:rsidP="00BB28C2">
      <w:pPr>
        <w:jc w:val="center"/>
        <w:rPr>
          <w:b/>
          <w:sz w:val="28"/>
          <w:szCs w:val="28"/>
          <w:lang w:val="mk-MK"/>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5C37D1">
        <w:rPr>
          <w:b/>
          <w:sz w:val="28"/>
          <w:szCs w:val="28"/>
          <w:lang w:val="mk-MK"/>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Vieta, kur galima mokytis</w:t>
      </w:r>
      <w:r>
        <w:rPr>
          <w:b/>
          <w:sz w:val="28"/>
          <w:szCs w:val="28"/>
          <w:lang w:val="lt-LT"/>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ir </w:t>
      </w:r>
      <w:r w:rsidRPr="005C37D1">
        <w:rPr>
          <w:b/>
          <w:sz w:val="28"/>
          <w:szCs w:val="28"/>
          <w:lang w:val="mk-MK"/>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tobulėti</w:t>
      </w:r>
    </w:p>
    <w:p w14:paraId="7369B8D8" w14:textId="5201D120" w:rsidR="00930563" w:rsidRDefault="005C37D1" w:rsidP="00BB28C2">
      <w:pPr>
        <w:rPr>
          <w:noProof/>
          <w:lang w:val="mk-MK"/>
        </w:rPr>
      </w:pPr>
      <w:r>
        <w:rPr>
          <w:noProof/>
          <w:lang w:val="lt-LT"/>
        </w:rPr>
        <w:t xml:space="preserve">      </w:t>
      </w:r>
      <w:r w:rsidRPr="005C37D1">
        <w:rPr>
          <w:noProof/>
          <w:lang w:val="mk-MK"/>
        </w:rPr>
        <w:t>Įsikūrusi pakrantės miestelyje Sliema, Newark School Malta yra ne tik mokykla – tai svetinga ir gyvybinga bendruomenė, kurioje vaikai iš viso pasaulio susirenka mokytis, augti ir jaustis kaip namuose. Mūsų mokyklą lanko daugiau nei 40 tautybių mokiniai, todėl įvairovė yra visų mūsų veiklos pagrindas. Mes vertiname skirtumus, puoselėjame kultūras ir kuriame erdvę, kurioje kiekvienas vaikas jaučiasi vertinamas, remiamas ir įtrauktas. Tikime, kad kiekvienas vaikas, nepriklausomai nuo jo kilmės ar gebėjimų, nusipelno vietos, kur jis priklauso. Mūsų įtraukusis požiūris užtikrina, kad mokiniai su įvairiais mokymosi poreikiais gautų reikiamą priežiūrą, paramą ir supratimą, kad galėtų klestėti kartu su savo bendraamžiais.</w:t>
      </w:r>
    </w:p>
    <w:p w14:paraId="39E52B82" w14:textId="77777777" w:rsidR="00BB28C2" w:rsidRDefault="00930563" w:rsidP="00BB28C2">
      <w:pPr>
        <w:rPr>
          <w:lang w:val="mk-MK"/>
        </w:rPr>
      </w:pPr>
      <w:r>
        <w:rPr>
          <w:noProof/>
        </w:rPr>
        <w:drawing>
          <wp:inline distT="0" distB="0" distL="0" distR="0" wp14:anchorId="75DFAD8F" wp14:editId="21123612">
            <wp:extent cx="3375660" cy="2296699"/>
            <wp:effectExtent l="0" t="0" r="0" b="889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1321229.jpg"/>
                    <pic:cNvPicPr/>
                  </pic:nvPicPr>
                  <pic:blipFill>
                    <a:blip r:embed="rId37">
                      <a:extLst>
                        <a:ext uri="{28A0092B-C50C-407E-A947-70E740481C1C}">
                          <a14:useLocalDpi xmlns:a14="http://schemas.microsoft.com/office/drawing/2010/main" val="0"/>
                        </a:ext>
                      </a:extLst>
                    </a:blip>
                    <a:stretch>
                      <a:fillRect/>
                    </a:stretch>
                  </pic:blipFill>
                  <pic:spPr>
                    <a:xfrm>
                      <a:off x="0" y="0"/>
                      <a:ext cx="3376716" cy="2297417"/>
                    </a:xfrm>
                    <a:prstGeom prst="rect">
                      <a:avLst/>
                    </a:prstGeom>
                  </pic:spPr>
                </pic:pic>
              </a:graphicData>
            </a:graphic>
          </wp:inline>
        </w:drawing>
      </w:r>
      <w:r>
        <w:rPr>
          <w:noProof/>
          <w:lang w:val="mk-MK"/>
        </w:rPr>
        <w:t xml:space="preserve">                            </w:t>
      </w:r>
      <w:r>
        <w:rPr>
          <w:noProof/>
        </w:rPr>
        <w:drawing>
          <wp:inline distT="0" distB="0" distL="0" distR="0" wp14:anchorId="52B11266" wp14:editId="6E1BC64B">
            <wp:extent cx="3718560" cy="247938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lta szkola.jpg"/>
                    <pic:cNvPicPr/>
                  </pic:nvPicPr>
                  <pic:blipFill>
                    <a:blip r:embed="rId38">
                      <a:extLst>
                        <a:ext uri="{28A0092B-C50C-407E-A947-70E740481C1C}">
                          <a14:useLocalDpi xmlns:a14="http://schemas.microsoft.com/office/drawing/2010/main" val="0"/>
                        </a:ext>
                      </a:extLst>
                    </a:blip>
                    <a:stretch>
                      <a:fillRect/>
                    </a:stretch>
                  </pic:blipFill>
                  <pic:spPr>
                    <a:xfrm>
                      <a:off x="0" y="0"/>
                      <a:ext cx="3719077" cy="2479730"/>
                    </a:xfrm>
                    <a:prstGeom prst="rect">
                      <a:avLst/>
                    </a:prstGeom>
                  </pic:spPr>
                </pic:pic>
              </a:graphicData>
            </a:graphic>
          </wp:inline>
        </w:drawing>
      </w:r>
    </w:p>
    <w:p w14:paraId="27C2E994" w14:textId="77777777" w:rsidR="00BB28C2" w:rsidRPr="00BB28C2" w:rsidRDefault="00930563" w:rsidP="00BB28C2">
      <w:pPr>
        <w:rPr>
          <w:lang w:val="mk-MK"/>
        </w:rPr>
      </w:pPr>
      <w:r>
        <w:rPr>
          <w:noProof/>
          <w:lang w:val="mk-MK"/>
        </w:rPr>
        <w:lastRenderedPageBreak/>
        <w:t xml:space="preserve">    </w:t>
      </w:r>
      <w:r w:rsidR="00BB28C2">
        <w:rPr>
          <w:noProof/>
        </w:rPr>
        <w:drawing>
          <wp:inline distT="0" distB="0" distL="0" distR="0" wp14:anchorId="3A931306" wp14:editId="374D96AF">
            <wp:extent cx="2253067" cy="30861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24e1a3-e4e6-43af-9f38-913e7b37bfcd.jpg"/>
                    <pic:cNvPicPr/>
                  </pic:nvPicPr>
                  <pic:blipFill>
                    <a:blip r:embed="rId39">
                      <a:extLst>
                        <a:ext uri="{28A0092B-C50C-407E-A947-70E740481C1C}">
                          <a14:useLocalDpi xmlns:a14="http://schemas.microsoft.com/office/drawing/2010/main" val="0"/>
                        </a:ext>
                      </a:extLst>
                    </a:blip>
                    <a:stretch>
                      <a:fillRect/>
                    </a:stretch>
                  </pic:blipFill>
                  <pic:spPr>
                    <a:xfrm flipH="1">
                      <a:off x="0" y="0"/>
                      <a:ext cx="2254818" cy="3088499"/>
                    </a:xfrm>
                    <a:prstGeom prst="rect">
                      <a:avLst/>
                    </a:prstGeom>
                  </pic:spPr>
                </pic:pic>
              </a:graphicData>
            </a:graphic>
          </wp:inline>
        </w:drawing>
      </w:r>
    </w:p>
    <w:p w14:paraId="1096BA5F" w14:textId="77777777" w:rsidR="00BC2114" w:rsidRDefault="00BC2114" w:rsidP="005D1EC7">
      <w:pPr>
        <w:ind w:firstLine="720"/>
        <w:rPr>
          <w:lang w:val="mk-MK"/>
        </w:rPr>
      </w:pPr>
      <w:r w:rsidRPr="00BC2114">
        <w:rPr>
          <w:lang w:val="mk-MK"/>
        </w:rPr>
        <w:t>Newark siūlo išsilavinimą nuo ankstyvojo amžiaus iki vidurinės mokyklos, laikydamasis anglų kalbos mokymo programos, pritaikytos tiek vietos, tiek užsienio studentų poreikiams. Nesvarbu, ar vaikas laisvai kalba anglų kalba, ar tik pradeda ją mokytis, mūsų patyrę ir rūpestingi mokytojai užtikrina, kad kiekvienas mokinys gautų jam reikalingą dėmesį, kad galėtų sėkmingai mokytis ir tobulėti.</w:t>
      </w:r>
    </w:p>
    <w:p w14:paraId="6D716710" w14:textId="77777777" w:rsidR="00BC2114" w:rsidRDefault="00BC2114" w:rsidP="005D1EC7">
      <w:pPr>
        <w:ind w:firstLine="720"/>
        <w:rPr>
          <w:lang w:val="mk-MK"/>
        </w:rPr>
      </w:pPr>
      <w:r w:rsidRPr="00BC2114">
        <w:rPr>
          <w:lang w:val="mk-MK"/>
        </w:rPr>
        <w:t>Mūsų mokykla didelę svarbą teikia tokioms vertybėms kaip pagarba, geranoriškumas ir socialinė atsakomybė. Nuo mažens mokiniai skatinami būti atviri, savarankiški ir užjaučiantys – tai įgūdžiai, kuriuos jie panaudos plačiame pasaulyje.</w:t>
      </w:r>
    </w:p>
    <w:p w14:paraId="08D46FCE" w14:textId="77777777" w:rsidR="00BC2114" w:rsidRDefault="00BC2114" w:rsidP="00A4511F">
      <w:pPr>
        <w:ind w:firstLine="720"/>
        <w:rPr>
          <w:lang w:val="mk-MK"/>
        </w:rPr>
      </w:pPr>
      <w:r w:rsidRPr="00BC2114">
        <w:rPr>
          <w:lang w:val="mk-MK"/>
        </w:rPr>
        <w:t>Mokymasis Newark m</w:t>
      </w:r>
      <w:proofErr w:type="spellStart"/>
      <w:r>
        <w:rPr>
          <w:lang w:val="lt-LT"/>
        </w:rPr>
        <w:t>okykloje</w:t>
      </w:r>
      <w:proofErr w:type="spellEnd"/>
      <w:r w:rsidRPr="00BC2114">
        <w:rPr>
          <w:lang w:val="mk-MK"/>
        </w:rPr>
        <w:t xml:space="preserve"> yra įdomus ir dinamiškas. Vaikai gilinasi į įvairias disciplinas, įskaitant gamtos mokslus, matematiką, kalbas, meną, muziką, informacines ir komunikacines technologijas bei fizinį lavinimą. Taip pat siūlome įdomius ir turiningus popamokinius užsiėmimus, pavyzdžiui, sporto, maisto, meno ir namų darbų klubus, suteikiančius mokiniams dar daugiau galimybių atrasti savo pomėgius ir užmegzti draugystes.</w:t>
      </w:r>
    </w:p>
    <w:p w14:paraId="7B6437BF" w14:textId="77777777" w:rsidR="00BC2114" w:rsidRDefault="00BC2114" w:rsidP="00A4511F">
      <w:pPr>
        <w:ind w:firstLine="720"/>
        <w:rPr>
          <w:lang w:val="mk-MK"/>
        </w:rPr>
      </w:pPr>
      <w:r w:rsidRPr="00BC2114">
        <w:rPr>
          <w:lang w:val="mk-MK"/>
        </w:rPr>
        <w:t>Mes didžiuojamės tuo, kad aktyviai dalyvaujame daugelyje Erasmus+ projektų, kurie leidžia mūsų mokiniams ir mokytojams užmegzti ryšius su mokyklomis visoje Europoje. Šios patirtys atveria duris į naujas kultūras, idėjas ir draugystes bei suteikia mūsų vaikams galimybę mokytis kūrybiškai ir prasmingai.</w:t>
      </w:r>
    </w:p>
    <w:p w14:paraId="00F2E87D" w14:textId="28756869" w:rsidR="00A00478" w:rsidRDefault="00BC2114" w:rsidP="008D4AB4">
      <w:pPr>
        <w:rPr>
          <w:lang w:val="mk-MK"/>
        </w:rPr>
      </w:pPr>
      <w:r w:rsidRPr="00BC2114">
        <w:rPr>
          <w:lang w:val="mk-MK"/>
        </w:rPr>
        <w:t xml:space="preserve"> </w:t>
      </w:r>
      <w:r>
        <w:rPr>
          <w:lang w:val="lt-LT"/>
        </w:rPr>
        <w:t xml:space="preserve">     M</w:t>
      </w:r>
      <w:r w:rsidRPr="00BC2114">
        <w:rPr>
          <w:lang w:val="mk-MK"/>
        </w:rPr>
        <w:t>es tikime, kad švietimas turėtų būti džiaugsminga kelionė, kupina atradimų, komandinio darbo ir įkvėpimo. Turėdami atsidavusią pedagogų komandą ir stiprų šeimos jausmą, mes esame pasiryžę padėti kiekvienam vaikui atsiskleisti.</w:t>
      </w:r>
    </w:p>
    <w:p w14:paraId="01CDB7F0" w14:textId="77777777" w:rsidR="005D1EC7" w:rsidRDefault="005D1EC7" w:rsidP="008D4AB4">
      <w:pPr>
        <w:rPr>
          <w:lang w:val="mk-MK"/>
        </w:rPr>
      </w:pPr>
    </w:p>
    <w:p w14:paraId="4C163254" w14:textId="77777777" w:rsidR="005D1EC7" w:rsidRDefault="005D1EC7" w:rsidP="008D4AB4">
      <w:pPr>
        <w:rPr>
          <w:lang w:val="mk-MK"/>
        </w:rPr>
      </w:pPr>
    </w:p>
    <w:p w14:paraId="0A959214" w14:textId="77777777" w:rsidR="00DC2EB3" w:rsidRDefault="00DC2EB3" w:rsidP="008D4AB4">
      <w:pPr>
        <w:rPr>
          <w:lang w:val="mk-MK"/>
        </w:rPr>
      </w:pPr>
    </w:p>
    <w:p w14:paraId="04A1E4AE" w14:textId="77777777" w:rsidR="002A7697" w:rsidRDefault="002A7697" w:rsidP="007163EB">
      <w:pPr>
        <w:jc w:val="center"/>
        <w:rPr>
          <w:b/>
          <w:sz w:val="28"/>
          <w:szCs w:val="28"/>
          <w:lang w:val="mk-MK"/>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
    <w:p w14:paraId="7EC63B75" w14:textId="77777777" w:rsidR="002A7697" w:rsidRDefault="002A7697" w:rsidP="007163EB">
      <w:pPr>
        <w:jc w:val="center"/>
        <w:rPr>
          <w:b/>
          <w:sz w:val="28"/>
          <w:szCs w:val="28"/>
          <w:lang w:val="mk-MK"/>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
    <w:p w14:paraId="66E77DCF" w14:textId="77777777" w:rsidR="002A7697" w:rsidRDefault="002A7697" w:rsidP="007163EB">
      <w:pPr>
        <w:jc w:val="center"/>
        <w:rPr>
          <w:b/>
          <w:sz w:val="28"/>
          <w:szCs w:val="28"/>
          <w:lang w:val="mk-MK"/>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
    <w:p w14:paraId="7804E10B" w14:textId="77777777" w:rsidR="002A7697" w:rsidRDefault="002A7697" w:rsidP="007163EB">
      <w:pPr>
        <w:jc w:val="center"/>
        <w:rPr>
          <w:b/>
          <w:sz w:val="28"/>
          <w:szCs w:val="28"/>
          <w:lang w:val="mk-MK"/>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
    <w:p w14:paraId="6C4F300A" w14:textId="657A2D96" w:rsidR="007163EB" w:rsidRPr="002A7697" w:rsidRDefault="002A7697" w:rsidP="007163EB">
      <w:pPr>
        <w:jc w:val="center"/>
        <w:rPr>
          <w:b/>
          <w:sz w:val="28"/>
          <w:szCs w:val="28"/>
          <w:lang w:val="lt-LT"/>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sz w:val="28"/>
          <w:szCs w:val="28"/>
          <w:lang w:val="lt-LT"/>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Šalčininkų Jano Sniadeckio gimnazija</w:t>
      </w:r>
    </w:p>
    <w:p w14:paraId="34F2F17C" w14:textId="2DD71ABA" w:rsidR="007163EB" w:rsidRPr="007163EB" w:rsidRDefault="00385351" w:rsidP="007163EB">
      <w:pPr>
        <w:ind w:firstLine="720"/>
        <w:rPr>
          <w:lang w:val="mk-MK"/>
        </w:rPr>
      </w:pPr>
      <w:r w:rsidRPr="00385351">
        <w:rPr>
          <w:lang w:val="mk-MK"/>
        </w:rPr>
        <w:t>Šalčininkų Jan</w:t>
      </w:r>
      <w:r>
        <w:rPr>
          <w:lang w:val="lt-LT"/>
        </w:rPr>
        <w:t>o</w:t>
      </w:r>
      <w:r w:rsidRPr="00385351">
        <w:rPr>
          <w:lang w:val="mk-MK"/>
        </w:rPr>
        <w:t xml:space="preserve"> </w:t>
      </w:r>
      <w:r>
        <w:rPr>
          <w:lang w:val="lt-LT"/>
        </w:rPr>
        <w:t xml:space="preserve">Sniadeckio </w:t>
      </w:r>
      <w:r w:rsidRPr="00385351">
        <w:rPr>
          <w:lang w:val="mk-MK"/>
        </w:rPr>
        <w:t>gimnazija yra viena iš svarbiausių Šalčininkų rajono švietimo įstaigų, teikianti kokybišką ikimokyklinį, pradinį, pagrindinį ir vidurinį išsilavinimą lenkų kalba.</w:t>
      </w:r>
      <w:r w:rsidR="007163EB" w:rsidRPr="00333346">
        <w:rPr>
          <w:lang w:val="mk-MK"/>
        </w:rPr>
        <w:t>.</w:t>
      </w:r>
    </w:p>
    <w:p w14:paraId="506FF9F5" w14:textId="77777777" w:rsidR="009A75CD" w:rsidRDefault="009A75CD" w:rsidP="007163EB">
      <w:pPr>
        <w:ind w:firstLine="720"/>
        <w:rPr>
          <w:lang w:val="mk-MK"/>
        </w:rPr>
      </w:pPr>
      <w:r w:rsidRPr="009A75CD">
        <w:rPr>
          <w:lang w:val="mk-MK"/>
        </w:rPr>
        <w:t>Gimnazija siūlo platų švietimo spektrą, didelį dėmesį skirdama tiek gamtos mokslams, tiek humanitariniams mokslams. Mokiniai turi galimybę gilinti savo žinias apie užsienio kalbas, matematiką, istoriją ir kitus dalykus. Be to, gimnazija žinoma dėl įvairių popamokinių veiklų, tokių kaip sportas, muzika, teatras, šokis ir kiti klubai, kurie padeda vaikams ugdyti savo talentus.</w:t>
      </w:r>
    </w:p>
    <w:p w14:paraId="568E4A61" w14:textId="77777777" w:rsidR="009A75CD" w:rsidRDefault="009A75CD" w:rsidP="007163EB">
      <w:pPr>
        <w:ind w:firstLine="720"/>
        <w:rPr>
          <w:lang w:val="mk-MK"/>
        </w:rPr>
      </w:pPr>
      <w:r w:rsidRPr="009A75CD">
        <w:rPr>
          <w:lang w:val="mk-MK"/>
        </w:rPr>
        <w:t>Mokykla turi gilias lietuvių ir lenkų kultūros bei kalbos tradicijas. Gimnazija taip pat dalyvauja įvairiuose tarptautiniuose projektuose ir mainų programose, kurios suteikia mokiniams galimybę bendrauti su bendraamžiais iš kitų šalių.</w:t>
      </w:r>
    </w:p>
    <w:p w14:paraId="16826922" w14:textId="01C235B5" w:rsidR="007163EB" w:rsidRPr="007163EB" w:rsidRDefault="009A75CD" w:rsidP="007163EB">
      <w:pPr>
        <w:ind w:firstLine="720"/>
        <w:rPr>
          <w:lang w:val="mk-MK"/>
        </w:rPr>
      </w:pPr>
      <w:r w:rsidRPr="009A75CD">
        <w:rPr>
          <w:lang w:val="mk-MK"/>
        </w:rPr>
        <w:t>Be akademinio išsilavinimo, Jan Sniadecki gimnazija ypatingą dėmesį skiria savo mokinių asmeniniam tobulėjimui ir socialinei atsakomybei. Mokiniai aktyviai dalyvauja įvairiose socialinėse ir kultūrinėse veiklose, kurios stiprina jų bendruomeniškumą ir pilietinį sąmoningumą. Gimnazija taip pat organizuoja konkursus, parodas ir kitus renginius, kuriuose mokiniai gali parodyti savo kūrybiškumą ir pasiekimus.</w:t>
      </w:r>
    </w:p>
    <w:p w14:paraId="240808BB" w14:textId="00BD3570" w:rsidR="007163EB" w:rsidRDefault="009A75CD" w:rsidP="007163EB">
      <w:pPr>
        <w:ind w:firstLine="720"/>
        <w:rPr>
          <w:lang w:val="mk-MK"/>
        </w:rPr>
      </w:pPr>
      <w:r w:rsidRPr="009A75CD">
        <w:rPr>
          <w:lang w:val="mk-MK"/>
        </w:rPr>
        <w:t>Apskritai,</w:t>
      </w:r>
      <w:r>
        <w:rPr>
          <w:lang w:val="lt-LT"/>
        </w:rPr>
        <w:t xml:space="preserve"> Jano Sniadeckio </w:t>
      </w:r>
      <w:r w:rsidRPr="009A75CD">
        <w:rPr>
          <w:lang w:val="mk-MK"/>
        </w:rPr>
        <w:t>gimnazija yra vieta, kurioje mokiniai ne tik įgyja žinių, bet ir ugdo vertybes, siekia tikslų ir prisideda prie bendruomenės gerovės.</w:t>
      </w:r>
      <w:r w:rsidR="007163EB" w:rsidRPr="00333346">
        <w:rPr>
          <w:lang w:val="mk-MK"/>
        </w:rPr>
        <w:t>.</w:t>
      </w:r>
    </w:p>
    <w:p w14:paraId="6343BD6E" w14:textId="77777777" w:rsidR="007163EB" w:rsidRPr="007163EB" w:rsidRDefault="007163EB" w:rsidP="007163EB">
      <w:pPr>
        <w:ind w:firstLine="720"/>
        <w:rPr>
          <w:lang w:val="mk-MK"/>
        </w:rPr>
      </w:pPr>
    </w:p>
    <w:p w14:paraId="38C71A73" w14:textId="77777777" w:rsidR="00516482" w:rsidRDefault="00516482" w:rsidP="008D4AB4">
      <w:pPr>
        <w:rPr>
          <w:noProof/>
          <w:color w:val="0000FF" w:themeColor="hyperlink"/>
          <w:u w:val="single"/>
          <w:lang w:val="mk-MK"/>
        </w:rPr>
      </w:pPr>
      <w:r>
        <w:rPr>
          <w:noProof/>
          <w:color w:val="0000FF" w:themeColor="hyperlink"/>
          <w:u w:val="single"/>
        </w:rPr>
        <w:drawing>
          <wp:inline distT="0" distB="0" distL="0" distR="0" wp14:anchorId="2B501A7F" wp14:editId="3B154657">
            <wp:extent cx="6296297" cy="2215364"/>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imnazjum.jpg"/>
                    <pic:cNvPicPr/>
                  </pic:nvPicPr>
                  <pic:blipFill>
                    <a:blip r:embed="rId40">
                      <a:extLst>
                        <a:ext uri="{28A0092B-C50C-407E-A947-70E740481C1C}">
                          <a14:useLocalDpi xmlns:a14="http://schemas.microsoft.com/office/drawing/2010/main" val="0"/>
                        </a:ext>
                      </a:extLst>
                    </a:blip>
                    <a:stretch>
                      <a:fillRect/>
                    </a:stretch>
                  </pic:blipFill>
                  <pic:spPr>
                    <a:xfrm>
                      <a:off x="0" y="0"/>
                      <a:ext cx="6281440" cy="2210137"/>
                    </a:xfrm>
                    <a:prstGeom prst="rect">
                      <a:avLst/>
                    </a:prstGeom>
                  </pic:spPr>
                </pic:pic>
              </a:graphicData>
            </a:graphic>
          </wp:inline>
        </w:drawing>
      </w:r>
    </w:p>
    <w:p w14:paraId="494E806C" w14:textId="77777777" w:rsidR="00A00478" w:rsidRDefault="00516482" w:rsidP="008D4AB4">
      <w:pPr>
        <w:rPr>
          <w:rStyle w:val="Hipersaitas"/>
          <w:lang w:val="mk-MK"/>
        </w:rPr>
      </w:pPr>
      <w:r>
        <w:rPr>
          <w:noProof/>
          <w:color w:val="0000FF" w:themeColor="hyperlink"/>
          <w:u w:val="single"/>
        </w:rPr>
        <w:lastRenderedPageBreak/>
        <w:drawing>
          <wp:inline distT="0" distB="0" distL="0" distR="0" wp14:anchorId="3A384708" wp14:editId="1C09C611">
            <wp:extent cx="2833363" cy="1884186"/>
            <wp:effectExtent l="0" t="0" r="5715" b="190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zkola.jpg"/>
                    <pic:cNvPicPr/>
                  </pic:nvPicPr>
                  <pic:blipFill>
                    <a:blip r:embed="rId41">
                      <a:extLst>
                        <a:ext uri="{28A0092B-C50C-407E-A947-70E740481C1C}">
                          <a14:useLocalDpi xmlns:a14="http://schemas.microsoft.com/office/drawing/2010/main" val="0"/>
                        </a:ext>
                      </a:extLst>
                    </a:blip>
                    <a:stretch>
                      <a:fillRect/>
                    </a:stretch>
                  </pic:blipFill>
                  <pic:spPr>
                    <a:xfrm>
                      <a:off x="0" y="0"/>
                      <a:ext cx="2820501" cy="1875632"/>
                    </a:xfrm>
                    <a:prstGeom prst="rect">
                      <a:avLst/>
                    </a:prstGeom>
                  </pic:spPr>
                </pic:pic>
              </a:graphicData>
            </a:graphic>
          </wp:inline>
        </w:drawing>
      </w:r>
      <w:r>
        <w:rPr>
          <w:noProof/>
          <w:color w:val="0000FF" w:themeColor="hyperlink"/>
          <w:u w:val="single"/>
          <w:lang w:val="mk-MK"/>
        </w:rPr>
        <w:t xml:space="preserve">    </w:t>
      </w:r>
      <w:r>
        <w:rPr>
          <w:noProof/>
          <w:color w:val="0000FF" w:themeColor="hyperlink"/>
          <w:u w:val="single"/>
        </w:rPr>
        <w:drawing>
          <wp:inline distT="0" distB="0" distL="0" distR="0" wp14:anchorId="3E002A94" wp14:editId="276E56A5">
            <wp:extent cx="3342351" cy="1880691"/>
            <wp:effectExtent l="0" t="0" r="0" b="571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iadecki.jpg"/>
                    <pic:cNvPicPr/>
                  </pic:nvPicPr>
                  <pic:blipFill>
                    <a:blip r:embed="rId42">
                      <a:extLst>
                        <a:ext uri="{28A0092B-C50C-407E-A947-70E740481C1C}">
                          <a14:useLocalDpi xmlns:a14="http://schemas.microsoft.com/office/drawing/2010/main" val="0"/>
                        </a:ext>
                      </a:extLst>
                    </a:blip>
                    <a:stretch>
                      <a:fillRect/>
                    </a:stretch>
                  </pic:blipFill>
                  <pic:spPr>
                    <a:xfrm>
                      <a:off x="0" y="0"/>
                      <a:ext cx="3335997" cy="1877116"/>
                    </a:xfrm>
                    <a:prstGeom prst="rect">
                      <a:avLst/>
                    </a:prstGeom>
                  </pic:spPr>
                </pic:pic>
              </a:graphicData>
            </a:graphic>
          </wp:inline>
        </w:drawing>
      </w:r>
    </w:p>
    <w:p w14:paraId="63A1967C" w14:textId="77777777" w:rsidR="00A00478" w:rsidRDefault="00A00478" w:rsidP="008D4AB4">
      <w:pPr>
        <w:rPr>
          <w:rStyle w:val="Hipersaitas"/>
          <w:lang w:val="mk-MK"/>
        </w:rPr>
      </w:pPr>
    </w:p>
    <w:p w14:paraId="4916F86D" w14:textId="77777777" w:rsidR="007163EB" w:rsidRDefault="007163EB" w:rsidP="008D4AB4">
      <w:pPr>
        <w:rPr>
          <w:rStyle w:val="Hipersaitas"/>
          <w:lang w:val="mk-MK"/>
        </w:rPr>
      </w:pPr>
    </w:p>
    <w:p w14:paraId="11453E39" w14:textId="77777777" w:rsidR="007163EB" w:rsidRDefault="007163EB" w:rsidP="008D4AB4">
      <w:pPr>
        <w:rPr>
          <w:rStyle w:val="Hipersaitas"/>
          <w:lang w:val="mk-MK"/>
        </w:rPr>
      </w:pPr>
    </w:p>
    <w:p w14:paraId="2870D545" w14:textId="77777777" w:rsidR="007163EB" w:rsidRDefault="007163EB" w:rsidP="008D4AB4">
      <w:pPr>
        <w:rPr>
          <w:rStyle w:val="Hipersaitas"/>
          <w:lang w:val="mk-MK"/>
        </w:rPr>
      </w:pPr>
    </w:p>
    <w:p w14:paraId="0BB27343" w14:textId="77777777" w:rsidR="007163EB" w:rsidRDefault="007163EB" w:rsidP="008D4AB4">
      <w:pPr>
        <w:rPr>
          <w:rStyle w:val="Hipersaitas"/>
          <w:lang w:val="mk-MK"/>
        </w:rPr>
      </w:pPr>
    </w:p>
    <w:p w14:paraId="57FC97D9" w14:textId="77777777" w:rsidR="007163EB" w:rsidRDefault="007163EB" w:rsidP="008D4AB4">
      <w:pPr>
        <w:rPr>
          <w:rStyle w:val="Hipersaitas"/>
          <w:lang w:val="mk-MK"/>
        </w:rPr>
      </w:pPr>
    </w:p>
    <w:p w14:paraId="105A36C1" w14:textId="77777777" w:rsidR="007163EB" w:rsidRDefault="007163EB" w:rsidP="008D4AB4">
      <w:pPr>
        <w:rPr>
          <w:rStyle w:val="Hipersaitas"/>
          <w:lang w:val="mk-MK"/>
        </w:rPr>
      </w:pPr>
    </w:p>
    <w:p w14:paraId="6FF33233" w14:textId="77777777" w:rsidR="007163EB" w:rsidRDefault="007163EB" w:rsidP="008D4AB4">
      <w:pPr>
        <w:rPr>
          <w:rStyle w:val="Hipersaitas"/>
          <w:lang w:val="mk-MK"/>
        </w:rPr>
      </w:pPr>
    </w:p>
    <w:p w14:paraId="5FD9AF2F" w14:textId="77777777" w:rsidR="007163EB" w:rsidRDefault="007163EB" w:rsidP="008D4AB4">
      <w:pPr>
        <w:rPr>
          <w:rStyle w:val="Hipersaitas"/>
          <w:lang w:val="mk-MK"/>
        </w:rPr>
      </w:pPr>
    </w:p>
    <w:p w14:paraId="3D228434" w14:textId="77777777" w:rsidR="007163EB" w:rsidRDefault="007163EB" w:rsidP="008D4AB4">
      <w:pPr>
        <w:rPr>
          <w:rStyle w:val="Hipersaitas"/>
          <w:lang w:val="mk-MK"/>
        </w:rPr>
      </w:pPr>
    </w:p>
    <w:p w14:paraId="70368878" w14:textId="77777777" w:rsidR="007163EB" w:rsidRDefault="007163EB" w:rsidP="008D4AB4">
      <w:pPr>
        <w:rPr>
          <w:rStyle w:val="Hipersaitas"/>
          <w:lang w:val="mk-MK"/>
        </w:rPr>
      </w:pPr>
    </w:p>
    <w:p w14:paraId="771E4BAB" w14:textId="77777777" w:rsidR="007163EB" w:rsidRDefault="007163EB" w:rsidP="008D4AB4">
      <w:pPr>
        <w:rPr>
          <w:rStyle w:val="Hipersaitas"/>
          <w:lang w:val="mk-MK"/>
        </w:rPr>
      </w:pPr>
    </w:p>
    <w:p w14:paraId="6049C47F" w14:textId="77777777" w:rsidR="007163EB" w:rsidRDefault="007163EB" w:rsidP="008D4AB4">
      <w:pPr>
        <w:rPr>
          <w:rStyle w:val="Hipersaitas"/>
          <w:lang w:val="mk-MK"/>
        </w:rPr>
      </w:pPr>
    </w:p>
    <w:p w14:paraId="09043334" w14:textId="77777777" w:rsidR="007163EB" w:rsidRDefault="007163EB" w:rsidP="008D4AB4">
      <w:pPr>
        <w:rPr>
          <w:rStyle w:val="Hipersaitas"/>
          <w:lang w:val="mk-MK"/>
        </w:rPr>
      </w:pPr>
    </w:p>
    <w:p w14:paraId="012CF70F" w14:textId="77777777" w:rsidR="007163EB" w:rsidRDefault="007163EB" w:rsidP="008D4AB4">
      <w:pPr>
        <w:rPr>
          <w:rStyle w:val="Hipersaitas"/>
          <w:lang w:val="mk-MK"/>
        </w:rPr>
      </w:pPr>
    </w:p>
    <w:p w14:paraId="350EB186" w14:textId="77777777" w:rsidR="007163EB" w:rsidRDefault="007163EB" w:rsidP="008D4AB4">
      <w:pPr>
        <w:rPr>
          <w:rStyle w:val="Hipersaitas"/>
          <w:lang w:val="mk-MK"/>
        </w:rPr>
      </w:pPr>
    </w:p>
    <w:p w14:paraId="0FBD2891" w14:textId="77777777" w:rsidR="007163EB" w:rsidRDefault="007163EB" w:rsidP="008D4AB4">
      <w:pPr>
        <w:rPr>
          <w:rStyle w:val="Hipersaitas"/>
          <w:lang w:val="mk-MK"/>
        </w:rPr>
      </w:pPr>
    </w:p>
    <w:p w14:paraId="66C9FB35" w14:textId="77777777" w:rsidR="007163EB" w:rsidRDefault="007163EB" w:rsidP="008D4AB4">
      <w:pPr>
        <w:rPr>
          <w:rStyle w:val="Hipersaitas"/>
          <w:lang w:val="mk-MK"/>
        </w:rPr>
      </w:pPr>
    </w:p>
    <w:p w14:paraId="6DB70F1C" w14:textId="77777777" w:rsidR="007163EB" w:rsidRDefault="007163EB" w:rsidP="008D4AB4">
      <w:pPr>
        <w:rPr>
          <w:rStyle w:val="Hipersaitas"/>
          <w:lang w:val="mk-MK"/>
        </w:rPr>
      </w:pPr>
    </w:p>
    <w:p w14:paraId="22CB8814" w14:textId="77777777" w:rsidR="007163EB" w:rsidRDefault="007163EB" w:rsidP="008D4AB4">
      <w:pPr>
        <w:rPr>
          <w:rStyle w:val="Hipersaitas"/>
          <w:lang w:val="mk-MK"/>
        </w:rPr>
      </w:pPr>
    </w:p>
    <w:p w14:paraId="7530381C" w14:textId="77777777" w:rsidR="007163EB" w:rsidRDefault="007163EB" w:rsidP="008D4AB4">
      <w:pPr>
        <w:rPr>
          <w:rStyle w:val="Hipersaitas"/>
          <w:lang w:val="mk-MK"/>
        </w:rPr>
      </w:pPr>
    </w:p>
    <w:p w14:paraId="446C1126" w14:textId="77777777" w:rsidR="00E257B9" w:rsidRPr="00E257B9" w:rsidRDefault="00E257B9" w:rsidP="00E257B9">
      <w:pPr>
        <w:pStyle w:val="prastasiniatinklio"/>
        <w:jc w:val="center"/>
        <w:rPr>
          <w:color w:val="4F81BD" w:themeColor="accent1"/>
          <w:sz w:val="28"/>
          <w:szCs w:val="28"/>
          <w:lang w:val="mk-MK"/>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E257B9">
        <w:rPr>
          <w:bCs/>
          <w:color w:val="4F81BD" w:themeColor="accent1"/>
          <w:sz w:val="28"/>
          <w:szCs w:val="28"/>
          <w:lang w:val="mk-MK"/>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lastRenderedPageBreak/>
        <w:t>Pirmoji bendroji gimnazija Ierapetroje</w:t>
      </w:r>
    </w:p>
    <w:p w14:paraId="55E58A00" w14:textId="445121C0" w:rsidR="007163EB" w:rsidRDefault="00761934" w:rsidP="007163EB">
      <w:pPr>
        <w:jc w:val="center"/>
        <w:rPr>
          <w:b/>
          <w:sz w:val="28"/>
          <w:szCs w:val="28"/>
          <w:lang w:val="mk-MK"/>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28"/>
          <w:szCs w:val="28"/>
        </w:rPr>
        <mc:AlternateContent>
          <mc:Choice Requires="wps">
            <w:drawing>
              <wp:anchor distT="0" distB="0" distL="114300" distR="114300" simplePos="0" relativeHeight="251664384" behindDoc="0" locked="0" layoutInCell="1" allowOverlap="1" wp14:anchorId="4EFEBA7A" wp14:editId="1D44BF8D">
                <wp:simplePos x="0" y="0"/>
                <wp:positionH relativeFrom="column">
                  <wp:posOffset>5665304</wp:posOffset>
                </wp:positionH>
                <wp:positionV relativeFrom="paragraph">
                  <wp:posOffset>-155050</wp:posOffset>
                </wp:positionV>
                <wp:extent cx="938254" cy="652007"/>
                <wp:effectExtent l="0" t="0" r="14605" b="15240"/>
                <wp:wrapNone/>
                <wp:docPr id="41" name="Text Box 41"/>
                <wp:cNvGraphicFramePr/>
                <a:graphic xmlns:a="http://schemas.openxmlformats.org/drawingml/2006/main">
                  <a:graphicData uri="http://schemas.microsoft.com/office/word/2010/wordprocessingShape">
                    <wps:wsp>
                      <wps:cNvSpPr txBox="1"/>
                      <wps:spPr>
                        <a:xfrm>
                          <a:off x="0" y="0"/>
                          <a:ext cx="938254" cy="652007"/>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AEB52C9" w14:textId="77777777" w:rsidR="00761934" w:rsidRDefault="00761934">
                            <w:r>
                              <w:rPr>
                                <w:noProof/>
                              </w:rPr>
                              <w:drawing>
                                <wp:inline distT="0" distB="0" distL="0" distR="0" wp14:anchorId="09BD5053" wp14:editId="3EBF46BC">
                                  <wp:extent cx="748665" cy="54102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Grecja.jpg"/>
                                          <pic:cNvPicPr/>
                                        </pic:nvPicPr>
                                        <pic:blipFill>
                                          <a:blip r:embed="rId21">
                                            <a:extLst>
                                              <a:ext uri="{28A0092B-C50C-407E-A947-70E740481C1C}">
                                                <a14:useLocalDpi xmlns:a14="http://schemas.microsoft.com/office/drawing/2010/main" val="0"/>
                                              </a:ext>
                                            </a:extLst>
                                          </a:blip>
                                          <a:stretch>
                                            <a:fillRect/>
                                          </a:stretch>
                                        </pic:blipFill>
                                        <pic:spPr>
                                          <a:xfrm>
                                            <a:off x="0" y="0"/>
                                            <a:ext cx="748665" cy="54102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EFEBA7A" id="Text Box 41" o:spid="_x0000_s1030" type="#_x0000_t202" style="position:absolute;left:0;text-align:left;margin-left:446.1pt;margin-top:-12.2pt;width:73.9pt;height:51.35pt;z-index:251664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" fillcolor="white [3201]" strokeweight=".5pt">
                <v:textbox>
                  <w:txbxContent>
                    <w:p w14:paraId="0AEB52C9" w14:textId="77777777" w:rsidR="00761934" w:rsidRDefault="00761934">
                      <w:r>
                        <w:rPr>
                          <w:noProof/>
                        </w:rPr>
                        <w:drawing>
                          <wp:inline distT="0" distB="0" distL="0" distR="0" wp14:anchorId="09BD5053" wp14:editId="3EBF46BC">
                            <wp:extent cx="748665" cy="54102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Grecja.jpg"/>
                                    <pic:cNvPicPr/>
                                  </pic:nvPicPr>
                                  <pic:blipFill>
                                    <a:blip r:embed="rId21">
                                      <a:extLst>
                                        <a:ext uri="{28A0092B-C50C-407E-A947-70E740481C1C}">
                                          <a14:useLocalDpi xmlns:a14="http://schemas.microsoft.com/office/drawing/2010/main" val="0"/>
                                        </a:ext>
                                      </a:extLst>
                                    </a:blip>
                                    <a:stretch>
                                      <a:fillRect/>
                                    </a:stretch>
                                  </pic:blipFill>
                                  <pic:spPr>
                                    <a:xfrm>
                                      <a:off x="0" y="0"/>
                                      <a:ext cx="748665" cy="541020"/>
                                    </a:xfrm>
                                    <a:prstGeom prst="rect">
                                      <a:avLst/>
                                    </a:prstGeom>
                                  </pic:spPr>
                                </pic:pic>
                              </a:graphicData>
                            </a:graphic>
                          </wp:inline>
                        </w:drawing>
                      </w:r>
                    </w:p>
                  </w:txbxContent>
                </v:textbox>
              </v:shape>
            </w:pict>
          </mc:Fallback>
        </mc:AlternateContent>
      </w:r>
    </w:p>
    <w:p w14:paraId="06190E84" w14:textId="0556989C" w:rsidR="00E257B9" w:rsidRPr="00E257B9" w:rsidRDefault="00E257B9" w:rsidP="00E257B9">
      <w:pPr>
        <w:pStyle w:val="prastasiniatinklio"/>
        <w:rPr>
          <w:lang w:val="mk-MK"/>
        </w:rPr>
      </w:pPr>
      <w:r>
        <w:rPr>
          <w:lang w:val="lt-LT"/>
        </w:rPr>
        <w:t xml:space="preserve">   </w:t>
      </w:r>
      <w:r w:rsidRPr="00E257B9">
        <w:rPr>
          <w:lang w:val="mk-MK"/>
        </w:rPr>
        <w:t>Ierapetra pirmoji bendroji gimnazija yra seniausia ir didžiausia bendroji vidurinė mokykla pietiniausiame Europos mieste, esančiame gražioje Kretos salos vietovėje, Graikijoje. Turėdama stiprias švietimo tradicijas ir pažangų požiūrį, mūsų mokykla derina akademinę kompetenciją su naujovėmis, socialiniu aktyvumu ir atviru požiūriu į Europą.</w:t>
      </w:r>
    </w:p>
    <w:p w14:paraId="0A4E9F38" w14:textId="7ACBFD6D" w:rsidR="00E257B9" w:rsidRPr="00E257B9" w:rsidRDefault="00E257B9" w:rsidP="00E257B9">
      <w:pPr>
        <w:pStyle w:val="prastasiniatinklio"/>
        <w:rPr>
          <w:lang w:val="mk-MK"/>
        </w:rPr>
      </w:pPr>
      <w:r>
        <w:rPr>
          <w:lang w:val="lt-LT"/>
        </w:rPr>
        <w:t xml:space="preserve">    </w:t>
      </w:r>
      <w:r w:rsidRPr="00E257B9">
        <w:rPr>
          <w:lang w:val="mk-MK"/>
        </w:rPr>
        <w:t>Mes laikomės Graikijos nacionalinės mokymo programos, siekdami ne tik parengti mokinius aukštajam mokslui, bet ir ugdyti kritinį mąstymą, aktyvų pilietiškumą ir stiprų socialinės atsakomybės jausmą. Mūsų mokykla aktyviai dalyvauja „Erasmus+“ projektuose, suteikdama tiek mokiniams, tiek mokytojams galimybę dalyvauti tarpkultūrinėse mainuose, bendradarbiauti su Europos bendraamžiais ir įgyti naujų perspektyvų per mokymosi mobilumą.</w:t>
      </w:r>
    </w:p>
    <w:p w14:paraId="134EDB57" w14:textId="0015CA01" w:rsidR="00E257B9" w:rsidRPr="00E257B9" w:rsidRDefault="00E257B9" w:rsidP="00E257B9">
      <w:pPr>
        <w:pStyle w:val="prastasiniatinklio"/>
        <w:rPr>
          <w:lang w:val="mk-MK"/>
        </w:rPr>
      </w:pPr>
      <w:r>
        <w:rPr>
          <w:lang w:val="lt-LT"/>
        </w:rPr>
        <w:t xml:space="preserve">   </w:t>
      </w:r>
      <w:r w:rsidRPr="00E257B9">
        <w:rPr>
          <w:lang w:val="mk-MK"/>
        </w:rPr>
        <w:t>Pastaraisiais metais Ierapetra pirmoji bendroji vidurinė mokykla įgyvendino ir dalyvavo įvairiuose „Erasmus+“ projektuose. Jie skirti tvarumui, skaitmeninei transformacijai, kultūros paveldui, įtraukčiai, kūrybinėms mokymosi metodikoms ir klimato sąmoningumui. Mes didžiuojamės, kad glaudžiai bendradarbiaujame su universitetais, įskaitant Graikijos Viduržemio jūros universitetą (Vadybos mokslų ir technologijų katedra), ir priiminėjame tarptautines delegacijas mūsų vietos bendruomenėje.</w:t>
      </w:r>
    </w:p>
    <w:p w14:paraId="05B291EC" w14:textId="624405B4" w:rsidR="00E257B9" w:rsidRPr="00E257B9" w:rsidRDefault="00E257B9" w:rsidP="00B548F6">
      <w:pPr>
        <w:pStyle w:val="prastasiniatinklio"/>
        <w:rPr>
          <w:lang w:val="mk-MK"/>
        </w:rPr>
      </w:pPr>
      <w:r>
        <w:rPr>
          <w:lang w:val="lt-LT"/>
        </w:rPr>
        <w:t xml:space="preserve">   </w:t>
      </w:r>
      <w:r w:rsidRPr="00E257B9">
        <w:rPr>
          <w:lang w:val="mk-MK"/>
        </w:rPr>
        <w:t>Be Erasmus+ programos, mūsų studentai dalyvauja daugybėje nacionalinių ir regioninių matematikos, ekonomikos, biologijos, literatūros ir kitų akademinių dalykų konkursų, kuriuose dažnai pelno aukštus įvertinimus. Jie taip pat aktyviai dalyvauja sporto turnyruose ir sporto renginiuose, skatindami komandinį darbą, sąžiningą žaidimą ir gerą savijautą.</w:t>
      </w:r>
    </w:p>
    <w:p w14:paraId="5746A072" w14:textId="2BA811ED" w:rsidR="00E257B9" w:rsidRPr="00E257B9" w:rsidRDefault="00E257B9" w:rsidP="00E257B9">
      <w:pPr>
        <w:pStyle w:val="prastasiniatinklio"/>
        <w:rPr>
          <w:lang w:val="mk-MK"/>
        </w:rPr>
      </w:pPr>
      <w:r>
        <w:rPr>
          <w:lang w:val="lt-LT"/>
        </w:rPr>
        <w:t xml:space="preserve">    </w:t>
      </w:r>
      <w:r w:rsidRPr="00E257B9">
        <w:rPr>
          <w:lang w:val="mk-MK"/>
        </w:rPr>
        <w:t>Įtrauktis, lygybė, pagarba aplinkai ir Europos bendradarbiavimas yra visų mūsų veiksmų pagrindas. Mūsų vizija – suteikti studentams žinių, įgūdžių ir mąstysenos, kad jie taptų sąmoningais, atsakingais ir įkvėptais Europos piliečiais.</w:t>
      </w:r>
    </w:p>
    <w:p w14:paraId="4A5626D8" w14:textId="77777777" w:rsidR="007163EB" w:rsidRPr="00333346" w:rsidRDefault="007163EB" w:rsidP="007163EB">
      <w:pPr>
        <w:rPr>
          <w:lang w:val="mk-MK"/>
        </w:rPr>
      </w:pPr>
    </w:p>
    <w:p w14:paraId="661D118C" w14:textId="77777777" w:rsidR="007163EB" w:rsidRPr="00333346" w:rsidRDefault="007163EB" w:rsidP="007163EB">
      <w:pPr>
        <w:rPr>
          <w:lang w:val="mk-MK"/>
        </w:rPr>
      </w:pPr>
      <w:r w:rsidRPr="00333346">
        <w:rPr>
          <w:lang w:val="mk-MK"/>
        </w:rPr>
        <w:t>Веб-страница: http://1lyk-ierap.las.sch.gr</w:t>
      </w:r>
    </w:p>
    <w:p w14:paraId="043702FA" w14:textId="77777777" w:rsidR="007163EB" w:rsidRDefault="007163EB" w:rsidP="007163EB">
      <w:pPr>
        <w:rPr>
          <w:rStyle w:val="Hipersaitas"/>
          <w:lang w:val="mk-MK"/>
        </w:rPr>
      </w:pPr>
      <w:r w:rsidRPr="00333346">
        <w:rPr>
          <w:lang w:val="mk-MK"/>
        </w:rPr>
        <w:t xml:space="preserve">Е-пошта: </w:t>
      </w:r>
      <w:hyperlink r:id="rId43" w:history="1">
        <w:r w:rsidRPr="00333346">
          <w:rPr>
            <w:rStyle w:val="Hipersaitas"/>
            <w:lang w:val="mk-MK"/>
          </w:rPr>
          <w:t>mail@1lyk-ierap.las.sch.gr</w:t>
        </w:r>
      </w:hyperlink>
    </w:p>
    <w:p w14:paraId="4D79DF80" w14:textId="77777777" w:rsidR="00A00478" w:rsidRDefault="00A00478" w:rsidP="008D4AB4">
      <w:pPr>
        <w:rPr>
          <w:rStyle w:val="Hipersaitas"/>
          <w:lang w:val="mk-MK"/>
        </w:rPr>
      </w:pPr>
    </w:p>
    <w:p w14:paraId="5780118F" w14:textId="77777777" w:rsidR="00A00478" w:rsidRDefault="00A00478" w:rsidP="008D4AB4">
      <w:pPr>
        <w:rPr>
          <w:lang w:val="mk-MK"/>
        </w:rPr>
      </w:pPr>
    </w:p>
    <w:p w14:paraId="672E6F8B" w14:textId="77777777" w:rsidR="007163EB" w:rsidRPr="00A00478" w:rsidRDefault="00516482" w:rsidP="008D4AB4">
      <w:pPr>
        <w:rPr>
          <w:lang w:val="mk-MK"/>
        </w:rPr>
      </w:pPr>
      <w:r>
        <w:rPr>
          <w:noProof/>
        </w:rPr>
        <w:drawing>
          <wp:inline distT="0" distB="0" distL="0" distR="0" wp14:anchorId="717546E8" wp14:editId="3B2E2572">
            <wp:extent cx="3014653" cy="1693162"/>
            <wp:effectExtent l="0" t="0" r="0" b="254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1.png"/>
                    <pic:cNvPicPr/>
                  </pic:nvPicPr>
                  <pic:blipFill>
                    <a:blip r:embed="rId44">
                      <a:extLst>
                        <a:ext uri="{28A0092B-C50C-407E-A947-70E740481C1C}">
                          <a14:useLocalDpi xmlns:a14="http://schemas.microsoft.com/office/drawing/2010/main" val="0"/>
                        </a:ext>
                      </a:extLst>
                    </a:blip>
                    <a:stretch>
                      <a:fillRect/>
                    </a:stretch>
                  </pic:blipFill>
                  <pic:spPr>
                    <a:xfrm>
                      <a:off x="0" y="0"/>
                      <a:ext cx="3009998" cy="1690548"/>
                    </a:xfrm>
                    <a:prstGeom prst="rect">
                      <a:avLst/>
                    </a:prstGeom>
                  </pic:spPr>
                </pic:pic>
              </a:graphicData>
            </a:graphic>
          </wp:inline>
        </w:drawing>
      </w:r>
      <w:r>
        <w:rPr>
          <w:noProof/>
          <w:lang w:val="mk-MK"/>
        </w:rPr>
        <w:t xml:space="preserve">    </w:t>
      </w:r>
      <w:r>
        <w:rPr>
          <w:noProof/>
        </w:rPr>
        <w:drawing>
          <wp:inline distT="0" distB="0" distL="0" distR="0" wp14:anchorId="745F674B" wp14:editId="0B0AA322">
            <wp:extent cx="3574231" cy="1662680"/>
            <wp:effectExtent l="0" t="0" r="762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2.png"/>
                    <pic:cNvPicPr/>
                  </pic:nvPicPr>
                  <pic:blipFill>
                    <a:blip r:embed="rId45">
                      <a:extLst>
                        <a:ext uri="{28A0092B-C50C-407E-A947-70E740481C1C}">
                          <a14:useLocalDpi xmlns:a14="http://schemas.microsoft.com/office/drawing/2010/main" val="0"/>
                        </a:ext>
                      </a:extLst>
                    </a:blip>
                    <a:stretch>
                      <a:fillRect/>
                    </a:stretch>
                  </pic:blipFill>
                  <pic:spPr>
                    <a:xfrm>
                      <a:off x="0" y="0"/>
                      <a:ext cx="3572273" cy="1661769"/>
                    </a:xfrm>
                    <a:prstGeom prst="rect">
                      <a:avLst/>
                    </a:prstGeom>
                  </pic:spPr>
                </pic:pic>
              </a:graphicData>
            </a:graphic>
          </wp:inline>
        </w:drawing>
      </w:r>
    </w:p>
    <w:p w14:paraId="7B7A041B" w14:textId="77777777" w:rsidR="008D4AB4" w:rsidRPr="00B548F6" w:rsidRDefault="00761934" w:rsidP="008D4AB4">
      <w:pPr>
        <w:rPr>
          <w:lang w:val="mk-MK"/>
        </w:rPr>
      </w:pPr>
      <w:r>
        <w:rPr>
          <w:noProof/>
        </w:rPr>
        <w:lastRenderedPageBreak/>
        <mc:AlternateContent>
          <mc:Choice Requires="wps">
            <w:drawing>
              <wp:anchor distT="0" distB="0" distL="114300" distR="114300" simplePos="0" relativeHeight="251665408" behindDoc="0" locked="0" layoutInCell="1" allowOverlap="1" wp14:anchorId="3220FEA2" wp14:editId="36D557EE">
                <wp:simplePos x="0" y="0"/>
                <wp:positionH relativeFrom="column">
                  <wp:posOffset>5911795</wp:posOffset>
                </wp:positionH>
                <wp:positionV relativeFrom="paragraph">
                  <wp:posOffset>-35781</wp:posOffset>
                </wp:positionV>
                <wp:extent cx="874643" cy="866692"/>
                <wp:effectExtent l="0" t="0" r="20955" b="10160"/>
                <wp:wrapNone/>
                <wp:docPr id="43" name="Text Box 43"/>
                <wp:cNvGraphicFramePr/>
                <a:graphic xmlns:a="http://schemas.openxmlformats.org/drawingml/2006/main">
                  <a:graphicData uri="http://schemas.microsoft.com/office/word/2010/wordprocessingShape">
                    <wps:wsp>
                      <wps:cNvSpPr txBox="1"/>
                      <wps:spPr>
                        <a:xfrm>
                          <a:off x="0" y="0"/>
                          <a:ext cx="874643" cy="866692"/>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0F6A802" w14:textId="77777777" w:rsidR="00761934" w:rsidRDefault="00761934">
                            <w:r>
                              <w:rPr>
                                <w:noProof/>
                              </w:rPr>
                              <w:drawing>
                                <wp:inline distT="0" distB="0" distL="0" distR="0" wp14:anchorId="4B09782F" wp14:editId="45546D67">
                                  <wp:extent cx="716111" cy="755374"/>
                                  <wp:effectExtent l="0" t="0" r="8255" b="698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Cypr.jpg"/>
                                          <pic:cNvPicPr/>
                                        </pic:nvPicPr>
                                        <pic:blipFill>
                                          <a:blip r:embed="rId46">
                                            <a:extLst>
                                              <a:ext uri="{28A0092B-C50C-407E-A947-70E740481C1C}">
                                                <a14:useLocalDpi xmlns:a14="http://schemas.microsoft.com/office/drawing/2010/main" val="0"/>
                                              </a:ext>
                                            </a:extLst>
                                          </a:blip>
                                          <a:stretch>
                                            <a:fillRect/>
                                          </a:stretch>
                                        </pic:blipFill>
                                        <pic:spPr>
                                          <a:xfrm>
                                            <a:off x="0" y="0"/>
                                            <a:ext cx="720277" cy="75976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20FEA2" id="Text Box 43" o:spid="_x0000_s1031" type="#_x0000_t202" style="position:absolute;margin-left:465.5pt;margin-top:-2.8pt;width:68.85pt;height:68.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" fillcolor="white [3201]" strokeweight=".5pt">
                <v:textbox>
                  <w:txbxContent>
                    <w:p w14:paraId="50F6A802" w14:textId="77777777" w:rsidR="00761934" w:rsidRDefault="00761934">
                      <w:r>
                        <w:rPr>
                          <w:noProof/>
                        </w:rPr>
                        <w:drawing>
                          <wp:inline distT="0" distB="0" distL="0" distR="0" wp14:anchorId="4B09782F" wp14:editId="45546D67">
                            <wp:extent cx="716111" cy="755374"/>
                            <wp:effectExtent l="0" t="0" r="8255" b="698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Cypr.jpg"/>
                                    <pic:cNvPicPr/>
                                  </pic:nvPicPr>
                                  <pic:blipFill>
                                    <a:blip r:embed="rId46">
                                      <a:extLst>
                                        <a:ext uri="{28A0092B-C50C-407E-A947-70E740481C1C}">
                                          <a14:useLocalDpi xmlns:a14="http://schemas.microsoft.com/office/drawing/2010/main" val="0"/>
                                        </a:ext>
                                      </a:extLst>
                                    </a:blip>
                                    <a:stretch>
                                      <a:fillRect/>
                                    </a:stretch>
                                  </pic:blipFill>
                                  <pic:spPr>
                                    <a:xfrm>
                                      <a:off x="0" y="0"/>
                                      <a:ext cx="720277" cy="759768"/>
                                    </a:xfrm>
                                    <a:prstGeom prst="rect">
                                      <a:avLst/>
                                    </a:prstGeom>
                                  </pic:spPr>
                                </pic:pic>
                              </a:graphicData>
                            </a:graphic>
                          </wp:inline>
                        </w:drawing>
                      </w:r>
                    </w:p>
                  </w:txbxContent>
                </v:textbox>
              </v:shape>
            </w:pict>
          </mc:Fallback>
        </mc:AlternateContent>
      </w:r>
    </w:p>
    <w:p w14:paraId="12FC6D22" w14:textId="0D7B72E7" w:rsidR="008D4AB4" w:rsidRDefault="00B548F6" w:rsidP="00A00478">
      <w:pPr>
        <w:jc w:val="center"/>
        <w:rPr>
          <w:b/>
          <w:sz w:val="28"/>
          <w:szCs w:val="28"/>
          <w:lang w:val="mk-MK"/>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B548F6">
        <w:rPr>
          <w:lang w:val="mk-MK"/>
        </w:rPr>
        <w:t xml:space="preserve"> </w:t>
      </w:r>
      <w:r w:rsidRPr="00B548F6">
        <w:rPr>
          <w:b/>
          <w:sz w:val="28"/>
          <w:szCs w:val="28"/>
          <w:lang w:val="mk-MK"/>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Laneio vidurinė mokykla, seniausia mokykla Kipre</w:t>
      </w:r>
    </w:p>
    <w:p w14:paraId="78F3656C" w14:textId="77777777" w:rsidR="00F63DEF" w:rsidRPr="00F63DEF" w:rsidRDefault="00F63DEF" w:rsidP="00A00478">
      <w:pPr>
        <w:jc w:val="center"/>
        <w:rPr>
          <w:b/>
          <w:sz w:val="28"/>
          <w:szCs w:val="28"/>
          <w:lang w:val="mk-MK"/>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
    <w:p w14:paraId="50E60900" w14:textId="77777777" w:rsidR="00464A57" w:rsidRPr="00464A57" w:rsidRDefault="00464A57" w:rsidP="00464A57">
      <w:pPr>
        <w:pStyle w:val="prastasiniatinklio"/>
        <w:rPr>
          <w:lang w:val="mk-MK"/>
        </w:rPr>
      </w:pPr>
      <w:r w:rsidRPr="00464A57">
        <w:rPr>
          <w:lang w:val="mk-MK"/>
        </w:rPr>
        <w:t>Lantio gimnazija, seniausia mokykla Kipre, yra prestižinė vidurinė mokykla Limassole, mieste, esančiame Viduržemio jūros saloje Kipre, į rytus nuo Graikijos. Su dinamiškais maždaug 830 mokiniais, kilusiais iš įvairių socialinių, kultūrinių ir nacionalinių sluoksnių, bei 150 atsidavusių pedagogų, ji yra viena iš didžiausių mokyklų regione. Dauguma mūsų mokinių yra iš vidutines pajamas gaunančių šeimų, o tai rodo mūsų bendruomenės įtraukų pobūdį.</w:t>
      </w:r>
    </w:p>
    <w:p w14:paraId="2B198E3D" w14:textId="77777777" w:rsidR="00464A57" w:rsidRDefault="00464A57" w:rsidP="00A4511F">
      <w:pPr>
        <w:ind w:firstLine="720"/>
        <w:rPr>
          <w:lang w:val="mk-MK"/>
        </w:rPr>
      </w:pPr>
      <w:r w:rsidRPr="00464A57">
        <w:rPr>
          <w:lang w:val="mk-MK"/>
        </w:rPr>
        <w:t>Mūsų mokykla turi tris unikalius skyrius, pritaikytus įvairiems mokinių interesams ir talentams:</w:t>
      </w:r>
    </w:p>
    <w:p w14:paraId="2268A1AF" w14:textId="4450AA13" w:rsidR="00464A57" w:rsidRDefault="00464A57" w:rsidP="00464A57">
      <w:pPr>
        <w:pStyle w:val="Sraopastraipa"/>
        <w:numPr>
          <w:ilvl w:val="0"/>
          <w:numId w:val="17"/>
        </w:numPr>
        <w:rPr>
          <w:lang w:val="mk-MK"/>
        </w:rPr>
      </w:pPr>
      <w:r w:rsidRPr="00464A57">
        <w:rPr>
          <w:lang w:val="mk-MK"/>
        </w:rPr>
        <w:t>Vidurinė mokykla siūlo tokias akademines programas kaip matematika-gamtos mokslai, matematika-ekonomika-anglų kalba, senovės graikų kalba-istorija-lotynų kalba, kalbos ir menai bei teatras.</w:t>
      </w:r>
    </w:p>
    <w:p w14:paraId="659975B7" w14:textId="312049C9" w:rsidR="00464A57" w:rsidRPr="00464A57" w:rsidRDefault="00464A57" w:rsidP="00464A57">
      <w:pPr>
        <w:pStyle w:val="Sraopastraipa"/>
        <w:numPr>
          <w:ilvl w:val="0"/>
          <w:numId w:val="17"/>
        </w:numPr>
        <w:rPr>
          <w:lang w:val="mk-MK"/>
        </w:rPr>
      </w:pPr>
      <w:r w:rsidRPr="00464A57">
        <w:rPr>
          <w:lang w:val="mk-MK"/>
        </w:rPr>
        <w:t>Muzikos mokykla teikia specializuotą muzikinį išsilavinimą su papildomomis popietinėmis pamokomis, ugdydama mokinių meninius talentus.</w:t>
      </w:r>
    </w:p>
    <w:p w14:paraId="22CE4F06" w14:textId="77777777" w:rsidR="00464A57" w:rsidRDefault="00464A57" w:rsidP="00A4511F">
      <w:pPr>
        <w:ind w:firstLine="720"/>
        <w:rPr>
          <w:lang w:val="mk-MK"/>
        </w:rPr>
      </w:pPr>
      <w:r w:rsidRPr="00464A57">
        <w:rPr>
          <w:lang w:val="mk-MK"/>
        </w:rPr>
        <w:t>Lengvosios atletikos mokykla kasdien nuo 7:00 iki 9:30 rengia rytines treniruotes, todėl jaunieji sportininkai gali lengvai suderinti akademines ir sportines veiklas.</w:t>
      </w:r>
    </w:p>
    <w:p w14:paraId="7C889BF8" w14:textId="77777777" w:rsidR="00C6636A" w:rsidRDefault="00C6636A" w:rsidP="00A4511F">
      <w:pPr>
        <w:ind w:firstLine="720"/>
        <w:rPr>
          <w:lang w:val="mk-MK"/>
        </w:rPr>
      </w:pPr>
      <w:r w:rsidRPr="00C6636A">
        <w:rPr>
          <w:lang w:val="mk-MK"/>
        </w:rPr>
        <w:t>Laikydamasi savo įsipareigojimo išsaugoti kultūrinį paveldą ir skatinti bendradarbiavimą, Lantio vidurinė mokykla didžiuojasi galėdama dalyvauti projekte **„Žaiskime vėl“**. Šios iniciatyvos tikslas – atgaivinti ir iš naujo atrasti tradicinius žaidimus, suteikiant mokiniams galimybę susipažinti su kultūrinėmis tradicijomis, tuo pačiu skatinant komandinį darbą ir interaktyvų mokymąsi. Dalyvaudami šioje programoje, mokiniai ugdo pagarbą bendrų patirčių istorijai ir vertei.</w:t>
      </w:r>
    </w:p>
    <w:p w14:paraId="3E80A214" w14:textId="77777777" w:rsidR="00C6636A" w:rsidRPr="00C6636A" w:rsidRDefault="00C6636A" w:rsidP="00C6636A">
      <w:pPr>
        <w:pStyle w:val="prastasiniatinklio"/>
        <w:rPr>
          <w:lang w:val="mk-MK"/>
        </w:rPr>
      </w:pPr>
      <w:r w:rsidRPr="00C6636A">
        <w:rPr>
          <w:lang w:val="mk-MK"/>
        </w:rPr>
        <w:t>„Let's Play Again“ sėkmė liudija apie tvirtus partnerystės ryšius, kuriuos palaikome su Graikija, Malta, Šiaurės Makedonija, Lietuva ir Lenkija. Šis bendradarbiavimas sujungia įvairias kultūras, praturtindamas projektą unikaliomis tradicijomis ir perspektyvomis. Kartu siekiame skatinti tarptautinį supratimą, išsaugoti paveldą ir ugdyti studentų komandinį darbą. Šios bendros pastangos praturtino programą ir sukūrė aplinką, kurioje studentai gali priimti kultūrų įvairovę ir mokytis vieni iš kitų.</w:t>
      </w:r>
    </w:p>
    <w:p w14:paraId="17F29421" w14:textId="77777777" w:rsidR="00C6636A" w:rsidRDefault="00C6636A" w:rsidP="00A4511F">
      <w:pPr>
        <w:ind w:firstLine="720"/>
        <w:rPr>
          <w:lang w:val="mk-MK"/>
        </w:rPr>
      </w:pPr>
      <w:r w:rsidRPr="00C6636A">
        <w:rPr>
          <w:lang w:val="mk-MK"/>
        </w:rPr>
        <w:t>Mūsų 15–18 metų amžiaus mokiniai klesti įkvepiančioje ir palaikančioje aplinkoje, kuri skatina meilę mokymuisi ir asmeniniam tobulėjimui. Mes nuolat teikiame pirmenybę mūsų pedagogų profesiniam tobulėjimui, užtikrindami, kad jie išliktų savo sričių pažangos priešakyje.</w:t>
      </w:r>
    </w:p>
    <w:p w14:paraId="01C9A222" w14:textId="77777777" w:rsidR="00C6636A" w:rsidRPr="00C6636A" w:rsidRDefault="00C6636A" w:rsidP="00C6636A">
      <w:pPr>
        <w:pStyle w:val="prastasiniatinklio"/>
        <w:rPr>
          <w:lang w:val="mk-MK"/>
        </w:rPr>
      </w:pPr>
      <w:r w:rsidRPr="00C6636A">
        <w:rPr>
          <w:lang w:val="mk-MK"/>
        </w:rPr>
        <w:t>„Lantio“ gimnazija aktyviai dalyvauja „Erasmus+“ programose ir yra akredituota iki 2027 m. Praėjusiais metais 16 mokytojų pasinaudojo KA122 programa, dalyvavo seminaruose ir stebėjo kitų mokytojų darbą visoje Europoje. Anksčiau mokykla vadovavo tokiems svarbiems projektams kaip „Savanoriška veikla ir aktyvus pilietiškumas: nuo individų iki organizacijų“ ir „Pasitikėjimo savimi stiprinimas ir pagrindinių kompetencijų ugdymas per asmenybės tobulėjimą“.</w:t>
      </w:r>
    </w:p>
    <w:p w14:paraId="16771E12" w14:textId="6BD3AABF" w:rsidR="00C6636A" w:rsidRPr="00C6636A" w:rsidRDefault="00C6636A" w:rsidP="003633FC">
      <w:pPr>
        <w:pStyle w:val="prastasiniatinklio"/>
        <w:rPr>
          <w:lang w:val="mk-MK"/>
        </w:rPr>
      </w:pPr>
      <w:r w:rsidRPr="00C6636A">
        <w:rPr>
          <w:lang w:val="mk-MK"/>
        </w:rPr>
        <w:t>Mūsų „Erasmus+“ mobilumo programos dalyviai, kurių amžius yra nuo 16 iki 18 metų, yra iš įvairių socialinių ir ekonominių sluoksnių bei kultūrinių identitetų. Jie lanko įvairias klases ir laisvai kalba savo gimtąja kalba, prancūzų ir anglų kalbomis</w:t>
      </w:r>
      <w:r>
        <w:rPr>
          <w:lang w:val="lt-LT"/>
        </w:rPr>
        <w:t xml:space="preserve">. </w:t>
      </w:r>
      <w:r w:rsidRPr="00C6636A">
        <w:rPr>
          <w:lang w:val="mk-MK"/>
        </w:rPr>
        <w:t xml:space="preserve">Ši įvairovė praturtina mūsų mokymosi aplinką, daro ją tikrai daugiakultūrę ir įtraukią. </w:t>
      </w:r>
    </w:p>
    <w:p w14:paraId="0C0E223C" w14:textId="4183269C" w:rsidR="008D4AB4" w:rsidRPr="00333346" w:rsidRDefault="008D4AB4" w:rsidP="00A4511F">
      <w:pPr>
        <w:ind w:firstLine="720"/>
        <w:rPr>
          <w:lang w:val="mk-MK"/>
        </w:rPr>
      </w:pPr>
      <w:r w:rsidRPr="00333346">
        <w:rPr>
          <w:lang w:val="mk-MK"/>
        </w:rPr>
        <w:lastRenderedPageBreak/>
        <w:t>.</w:t>
      </w:r>
    </w:p>
    <w:p w14:paraId="154415D7" w14:textId="77777777" w:rsidR="008D4AB4" w:rsidRDefault="00516482" w:rsidP="008D4AB4">
      <w:pPr>
        <w:rPr>
          <w:lang w:val="mk-MK"/>
        </w:rPr>
      </w:pPr>
      <w:r>
        <w:rPr>
          <w:noProof/>
        </w:rPr>
        <w:drawing>
          <wp:inline distT="0" distB="0" distL="0" distR="0" wp14:anchorId="319B1F73" wp14:editId="27125E63">
            <wp:extent cx="3018844" cy="1979619"/>
            <wp:effectExtent l="0" t="0" r="0" b="190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NITEIO.jpg"/>
                    <pic:cNvPicPr/>
                  </pic:nvPicPr>
                  <pic:blipFill>
                    <a:blip r:embed="rId47">
                      <a:extLst>
                        <a:ext uri="{28A0092B-C50C-407E-A947-70E740481C1C}">
                          <a14:useLocalDpi xmlns:a14="http://schemas.microsoft.com/office/drawing/2010/main" val="0"/>
                        </a:ext>
                      </a:extLst>
                    </a:blip>
                    <a:stretch>
                      <a:fillRect/>
                    </a:stretch>
                  </pic:blipFill>
                  <pic:spPr>
                    <a:xfrm>
                      <a:off x="0" y="0"/>
                      <a:ext cx="3008133" cy="1972595"/>
                    </a:xfrm>
                    <a:prstGeom prst="rect">
                      <a:avLst/>
                    </a:prstGeom>
                  </pic:spPr>
                </pic:pic>
              </a:graphicData>
            </a:graphic>
          </wp:inline>
        </w:drawing>
      </w:r>
      <w:r>
        <w:rPr>
          <w:noProof/>
          <w:lang w:val="mk-MK"/>
        </w:rPr>
        <w:t xml:space="preserve">    </w:t>
      </w:r>
      <w:r>
        <w:rPr>
          <w:noProof/>
        </w:rPr>
        <w:drawing>
          <wp:inline distT="0" distB="0" distL="0" distR="0" wp14:anchorId="06BBCD1E" wp14:editId="6DB8A082">
            <wp:extent cx="3500846" cy="2625634"/>
            <wp:effectExtent l="0" t="0" r="4445" b="381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pic:nvPicPr>
                  <pic:blipFill>
                    <a:blip r:embed="rId48">
                      <a:extLst>
                        <a:ext uri="{28A0092B-C50C-407E-A947-70E740481C1C}">
                          <a14:useLocalDpi xmlns:a14="http://schemas.microsoft.com/office/drawing/2010/main" val="0"/>
                        </a:ext>
                      </a:extLst>
                    </a:blip>
                    <a:stretch>
                      <a:fillRect/>
                    </a:stretch>
                  </pic:blipFill>
                  <pic:spPr>
                    <a:xfrm>
                      <a:off x="0" y="0"/>
                      <a:ext cx="3498624" cy="2623968"/>
                    </a:xfrm>
                    <a:prstGeom prst="rect">
                      <a:avLst/>
                    </a:prstGeom>
                  </pic:spPr>
                </pic:pic>
              </a:graphicData>
            </a:graphic>
          </wp:inline>
        </w:drawing>
      </w:r>
    </w:p>
    <w:p w14:paraId="70069BDD" w14:textId="77777777" w:rsidR="00A4511F" w:rsidRDefault="00A4511F" w:rsidP="008D4AB4">
      <w:pPr>
        <w:rPr>
          <w:lang w:val="mk-MK"/>
        </w:rPr>
      </w:pPr>
    </w:p>
    <w:p w14:paraId="4896676B" w14:textId="77777777" w:rsidR="00A4511F" w:rsidRDefault="00A00478" w:rsidP="008D4AB4">
      <w:pPr>
        <w:rPr>
          <w:sz w:val="28"/>
          <w:szCs w:val="28"/>
          <w:lang w:val="mk-MK"/>
        </w:rPr>
      </w:pPr>
      <w:r w:rsidRPr="00A00478">
        <w:rPr>
          <w:sz w:val="28"/>
          <w:szCs w:val="28"/>
          <w:lang w:val="mk-MK"/>
        </w:rPr>
        <w:t xml:space="preserve">                                     </w:t>
      </w:r>
    </w:p>
    <w:p w14:paraId="4D0A50B5" w14:textId="77777777" w:rsidR="00A4511F" w:rsidRDefault="00A00478" w:rsidP="008D4AB4">
      <w:pPr>
        <w:rPr>
          <w:b/>
          <w:color w:val="1F497D" w:themeColor="text2"/>
          <w:sz w:val="72"/>
          <w:szCs w:val="72"/>
          <w:lang w:val="mk-MK"/>
        </w:rPr>
      </w:pPr>
      <w:r w:rsidRPr="00A4511F">
        <w:rPr>
          <w:b/>
          <w:color w:val="1F497D" w:themeColor="text2"/>
          <w:sz w:val="72"/>
          <w:szCs w:val="72"/>
          <w:lang w:val="mk-MK"/>
        </w:rPr>
        <w:t xml:space="preserve">                   </w:t>
      </w:r>
    </w:p>
    <w:p w14:paraId="1FC70B9E" w14:textId="77777777" w:rsidR="00A4511F" w:rsidRDefault="00A4511F" w:rsidP="008D4AB4">
      <w:pPr>
        <w:rPr>
          <w:b/>
          <w:color w:val="1F497D" w:themeColor="text2"/>
          <w:sz w:val="72"/>
          <w:szCs w:val="72"/>
          <w:lang w:val="mk-MK"/>
        </w:rPr>
      </w:pPr>
    </w:p>
    <w:p w14:paraId="32157A66" w14:textId="77777777" w:rsidR="00516482" w:rsidRDefault="00516482" w:rsidP="008D4AB4">
      <w:pPr>
        <w:rPr>
          <w:b/>
          <w:color w:val="1F497D" w:themeColor="text2"/>
          <w:sz w:val="72"/>
          <w:szCs w:val="72"/>
          <w:lang w:val="mk-MK"/>
        </w:rPr>
      </w:pPr>
    </w:p>
    <w:p w14:paraId="7D057843" w14:textId="77777777" w:rsidR="00516482" w:rsidRDefault="00516482" w:rsidP="008D4AB4">
      <w:pPr>
        <w:rPr>
          <w:b/>
          <w:color w:val="1F497D" w:themeColor="text2"/>
          <w:sz w:val="72"/>
          <w:szCs w:val="72"/>
          <w:lang w:val="mk-MK"/>
        </w:rPr>
      </w:pPr>
    </w:p>
    <w:p w14:paraId="55E3A10B" w14:textId="77777777" w:rsidR="00516482" w:rsidRDefault="00516482" w:rsidP="008D4AB4">
      <w:pPr>
        <w:rPr>
          <w:b/>
          <w:color w:val="1F497D" w:themeColor="text2"/>
          <w:sz w:val="72"/>
          <w:szCs w:val="72"/>
          <w:lang w:val="mk-MK"/>
        </w:rPr>
      </w:pPr>
    </w:p>
    <w:p w14:paraId="18A602D5" w14:textId="77777777" w:rsidR="00516482" w:rsidRDefault="00516482" w:rsidP="008D4AB4">
      <w:pPr>
        <w:rPr>
          <w:b/>
          <w:color w:val="1F497D" w:themeColor="text2"/>
          <w:sz w:val="72"/>
          <w:szCs w:val="72"/>
          <w:lang w:val="mk-MK"/>
        </w:rPr>
      </w:pPr>
    </w:p>
    <w:p w14:paraId="33C76512" w14:textId="77777777" w:rsidR="00516482" w:rsidRDefault="00516482" w:rsidP="008D4AB4">
      <w:pPr>
        <w:rPr>
          <w:b/>
          <w:color w:val="1F497D" w:themeColor="text2"/>
          <w:sz w:val="72"/>
          <w:szCs w:val="72"/>
          <w:lang w:val="mk-MK"/>
        </w:rPr>
      </w:pPr>
    </w:p>
    <w:p w14:paraId="037D2628" w14:textId="77777777" w:rsidR="00516482" w:rsidRDefault="00516482" w:rsidP="008D4AB4">
      <w:pPr>
        <w:rPr>
          <w:b/>
          <w:color w:val="1F497D" w:themeColor="text2"/>
          <w:sz w:val="72"/>
          <w:szCs w:val="72"/>
          <w:lang w:val="mk-MK"/>
        </w:rPr>
      </w:pPr>
    </w:p>
    <w:p w14:paraId="732D6C00" w14:textId="77777777" w:rsidR="00516482" w:rsidRDefault="00516482" w:rsidP="008D4AB4">
      <w:pPr>
        <w:rPr>
          <w:b/>
          <w:color w:val="1F497D" w:themeColor="text2"/>
          <w:sz w:val="72"/>
          <w:szCs w:val="72"/>
          <w:lang w:val="mk-MK"/>
        </w:rPr>
      </w:pPr>
    </w:p>
    <w:p w14:paraId="309520EE" w14:textId="77777777" w:rsidR="00516482" w:rsidRDefault="00516482" w:rsidP="008D4AB4">
      <w:pPr>
        <w:rPr>
          <w:b/>
          <w:color w:val="1F497D" w:themeColor="text2"/>
          <w:sz w:val="72"/>
          <w:szCs w:val="72"/>
          <w:lang w:val="mk-MK"/>
        </w:rPr>
      </w:pPr>
    </w:p>
    <w:p w14:paraId="641D17B6" w14:textId="77777777" w:rsidR="00A4511F" w:rsidRDefault="00A4511F" w:rsidP="008D4AB4">
      <w:pPr>
        <w:rPr>
          <w:b/>
          <w:color w:val="1F497D" w:themeColor="text2"/>
          <w:sz w:val="72"/>
          <w:szCs w:val="72"/>
          <w:lang w:val="mk-MK"/>
        </w:rPr>
      </w:pPr>
    </w:p>
    <w:p w14:paraId="65CD77BD" w14:textId="6DC93FF6" w:rsidR="003633FC" w:rsidRPr="003633FC" w:rsidRDefault="003633FC" w:rsidP="003633FC">
      <w:pPr>
        <w:pStyle w:val="prastasiniatinklio"/>
        <w:jc w:val="center"/>
        <w:rPr>
          <w:color w:val="1F497D" w:themeColor="text2"/>
          <w:sz w:val="52"/>
          <w:szCs w:val="52"/>
        </w:rPr>
      </w:pPr>
      <w:proofErr w:type="spellStart"/>
      <w:r w:rsidRPr="003633FC">
        <w:rPr>
          <w:b/>
          <w:bCs/>
          <w:color w:val="1F497D" w:themeColor="text2"/>
          <w:sz w:val="52"/>
          <w:szCs w:val="52"/>
        </w:rPr>
        <w:t>Tradiciniai</w:t>
      </w:r>
      <w:proofErr w:type="spellEnd"/>
      <w:r w:rsidRPr="003633FC">
        <w:rPr>
          <w:b/>
          <w:bCs/>
          <w:color w:val="1F497D" w:themeColor="text2"/>
          <w:sz w:val="52"/>
          <w:szCs w:val="52"/>
        </w:rPr>
        <w:t xml:space="preserve"> </w:t>
      </w:r>
      <w:proofErr w:type="spellStart"/>
      <w:r w:rsidRPr="003633FC">
        <w:rPr>
          <w:b/>
          <w:bCs/>
          <w:color w:val="1F497D" w:themeColor="text2"/>
          <w:sz w:val="52"/>
          <w:szCs w:val="52"/>
        </w:rPr>
        <w:t>žaidimai</w:t>
      </w:r>
      <w:proofErr w:type="spellEnd"/>
    </w:p>
    <w:p w14:paraId="17C46A32" w14:textId="391BBADB" w:rsidR="003633FC" w:rsidRDefault="003633FC" w:rsidP="003633FC">
      <w:pPr>
        <w:pStyle w:val="prastasiniatinklio"/>
      </w:pPr>
    </w:p>
    <w:p w14:paraId="4B23855F" w14:textId="652AB489" w:rsidR="00A00478" w:rsidRDefault="00A00478" w:rsidP="00A4511F">
      <w:pPr>
        <w:jc w:val="center"/>
        <w:rPr>
          <w:b/>
          <w:color w:val="1F497D" w:themeColor="text2"/>
          <w:sz w:val="72"/>
          <w:szCs w:val="72"/>
          <w:lang w:val="mk-MK"/>
        </w:rPr>
      </w:pPr>
    </w:p>
    <w:p w14:paraId="2CC068B3" w14:textId="77777777" w:rsidR="00A93FD3" w:rsidRPr="00A4511F" w:rsidRDefault="00A93FD3" w:rsidP="00A4511F">
      <w:pPr>
        <w:jc w:val="center"/>
        <w:rPr>
          <w:b/>
          <w:color w:val="1F497D" w:themeColor="text2"/>
          <w:sz w:val="72"/>
          <w:szCs w:val="72"/>
          <w:lang w:val="mk-MK"/>
        </w:rPr>
      </w:pPr>
      <w:r>
        <w:rPr>
          <w:noProof/>
        </w:rPr>
        <w:drawing>
          <wp:inline distT="0" distB="0" distL="0" distR="0" wp14:anchorId="5EF2864C" wp14:editId="1917012E">
            <wp:extent cx="1785536" cy="1743412"/>
            <wp:effectExtent l="0" t="0" r="571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zagrajmy dobre (1).jpg"/>
                    <pic:cNvPicPr/>
                  </pic:nvPicPr>
                  <pic:blipFill>
                    <a:blip r:embed="rId9">
                      <a:extLst>
                        <a:ext uri="{28A0092B-C50C-407E-A947-70E740481C1C}">
                          <a14:useLocalDpi xmlns:a14="http://schemas.microsoft.com/office/drawing/2010/main" val="0"/>
                        </a:ext>
                      </a:extLst>
                    </a:blip>
                    <a:stretch>
                      <a:fillRect/>
                    </a:stretch>
                  </pic:blipFill>
                  <pic:spPr>
                    <a:xfrm>
                      <a:off x="0" y="0"/>
                      <a:ext cx="1771394" cy="1729604"/>
                    </a:xfrm>
                    <a:prstGeom prst="rect">
                      <a:avLst/>
                    </a:prstGeom>
                  </pic:spPr>
                </pic:pic>
              </a:graphicData>
            </a:graphic>
          </wp:inline>
        </w:drawing>
      </w:r>
    </w:p>
    <w:p w14:paraId="6C7D7709" w14:textId="77777777" w:rsidR="00C5420E" w:rsidRDefault="00C5420E" w:rsidP="008D4AB4">
      <w:pPr>
        <w:rPr>
          <w:sz w:val="28"/>
          <w:szCs w:val="28"/>
          <w:lang w:val="mk-MK"/>
        </w:rPr>
      </w:pPr>
    </w:p>
    <w:p w14:paraId="244C9692" w14:textId="77777777" w:rsidR="00C5420E" w:rsidRDefault="00C5420E" w:rsidP="008D4AB4">
      <w:pPr>
        <w:rPr>
          <w:sz w:val="28"/>
          <w:szCs w:val="28"/>
          <w:lang w:val="mk-MK"/>
        </w:rPr>
      </w:pPr>
    </w:p>
    <w:p w14:paraId="29393416" w14:textId="77777777" w:rsidR="00C5420E" w:rsidRDefault="00C5420E" w:rsidP="008D4AB4">
      <w:pPr>
        <w:rPr>
          <w:sz w:val="28"/>
          <w:szCs w:val="28"/>
          <w:lang w:val="mk-MK"/>
        </w:rPr>
      </w:pPr>
    </w:p>
    <w:p w14:paraId="128FE9B1" w14:textId="77777777" w:rsidR="00C5420E" w:rsidRDefault="00C5420E" w:rsidP="008D4AB4">
      <w:pPr>
        <w:rPr>
          <w:sz w:val="28"/>
          <w:szCs w:val="28"/>
          <w:lang w:val="mk-MK"/>
        </w:rPr>
      </w:pPr>
    </w:p>
    <w:p w14:paraId="3604D988" w14:textId="77777777" w:rsidR="00C5420E" w:rsidRDefault="00C5420E" w:rsidP="008D4AB4">
      <w:pPr>
        <w:rPr>
          <w:sz w:val="28"/>
          <w:szCs w:val="28"/>
          <w:lang w:val="mk-MK"/>
        </w:rPr>
      </w:pPr>
    </w:p>
    <w:p w14:paraId="731A1304" w14:textId="14D1905E" w:rsidR="00C5420E" w:rsidRDefault="00C5420E" w:rsidP="008D4AB4">
      <w:pPr>
        <w:rPr>
          <w:sz w:val="28"/>
          <w:szCs w:val="28"/>
          <w:lang w:val="mk-MK"/>
        </w:rPr>
      </w:pPr>
    </w:p>
    <w:p w14:paraId="469C2EE7" w14:textId="70C03C11" w:rsidR="003633FC" w:rsidRDefault="003633FC" w:rsidP="008D4AB4">
      <w:pPr>
        <w:rPr>
          <w:sz w:val="28"/>
          <w:szCs w:val="28"/>
          <w:lang w:val="mk-MK"/>
        </w:rPr>
      </w:pPr>
    </w:p>
    <w:p w14:paraId="19CD4473" w14:textId="72C7B562" w:rsidR="003633FC" w:rsidRDefault="003633FC" w:rsidP="008D4AB4">
      <w:pPr>
        <w:rPr>
          <w:sz w:val="28"/>
          <w:szCs w:val="28"/>
          <w:lang w:val="mk-MK"/>
        </w:rPr>
      </w:pPr>
    </w:p>
    <w:p w14:paraId="728666FC" w14:textId="77777777" w:rsidR="003633FC" w:rsidRDefault="003633FC" w:rsidP="008D4AB4">
      <w:pPr>
        <w:rPr>
          <w:sz w:val="28"/>
          <w:szCs w:val="28"/>
          <w:lang w:val="mk-MK"/>
        </w:rPr>
      </w:pPr>
    </w:p>
    <w:p w14:paraId="6DE1F700" w14:textId="77777777" w:rsidR="00290093" w:rsidRPr="00290093" w:rsidRDefault="00290093" w:rsidP="00290093">
      <w:pPr>
        <w:pStyle w:val="prastasiniatinklio"/>
        <w:jc w:val="center"/>
        <w:rPr>
          <w:color w:val="1F497D" w:themeColor="text2"/>
          <w:sz w:val="40"/>
          <w:szCs w:val="40"/>
          <w:lang w:val="mk-MK"/>
        </w:rPr>
      </w:pPr>
      <w:r w:rsidRPr="00290093">
        <w:rPr>
          <w:b/>
          <w:bCs/>
          <w:color w:val="1F497D" w:themeColor="text2"/>
          <w:sz w:val="40"/>
          <w:szCs w:val="40"/>
          <w:lang w:val="mk-MK"/>
        </w:rPr>
        <w:t>Tradiciniai lenkų žaidimai</w:t>
      </w:r>
    </w:p>
    <w:p w14:paraId="3D781F5E" w14:textId="77777777" w:rsidR="00C5420E" w:rsidRPr="00B82E50" w:rsidRDefault="00C5420E" w:rsidP="00C5420E">
      <w:pPr>
        <w:jc w:val="center"/>
        <w:rPr>
          <w:lang w:val="mk-MK"/>
        </w:rPr>
      </w:pPr>
    </w:p>
    <w:p w14:paraId="5C084FBC" w14:textId="77777777" w:rsidR="00290093" w:rsidRPr="00290093" w:rsidRDefault="00290093" w:rsidP="00290093">
      <w:pPr>
        <w:rPr>
          <w:b/>
          <w:bCs/>
          <w:lang w:val="mk-MK"/>
        </w:rPr>
      </w:pPr>
      <w:r w:rsidRPr="00290093">
        <w:rPr>
          <w:b/>
          <w:bCs/>
          <w:lang w:val="mk-MK"/>
        </w:rPr>
        <w:t>Žaidimo pavadinimas: „Žiurkių žaidimas“</w:t>
      </w:r>
    </w:p>
    <w:p w14:paraId="45E7D802" w14:textId="77777777" w:rsidR="00290093" w:rsidRPr="00290093" w:rsidRDefault="00290093" w:rsidP="00290093">
      <w:pPr>
        <w:rPr>
          <w:lang w:val="mk-MK"/>
        </w:rPr>
      </w:pPr>
      <w:r w:rsidRPr="00290093">
        <w:rPr>
          <w:lang w:val="mk-MK"/>
        </w:rPr>
        <w:t>Žaidėjų skaičius: mažiausiai 3</w:t>
      </w:r>
    </w:p>
    <w:p w14:paraId="0BED6B7C" w14:textId="6A56901A" w:rsidR="00C5420E" w:rsidRPr="00B82E50" w:rsidRDefault="00290093" w:rsidP="00290093">
      <w:pPr>
        <w:rPr>
          <w:lang w:val="mk-MK"/>
        </w:rPr>
      </w:pPr>
      <w:r w:rsidRPr="00290093">
        <w:rPr>
          <w:lang w:val="mk-MK"/>
        </w:rPr>
        <w:t>Reikalinga įranga: virvė/šokinėti skirta virvė</w:t>
      </w:r>
    </w:p>
    <w:p w14:paraId="77686BD0" w14:textId="674EA042" w:rsidR="00290093" w:rsidRPr="00290093" w:rsidRDefault="00290093" w:rsidP="00290093">
      <w:pPr>
        <w:pStyle w:val="prastasiniatinklio"/>
        <w:rPr>
          <w:lang w:val="mk-MK"/>
        </w:rPr>
      </w:pPr>
      <w:r>
        <w:rPr>
          <w:lang w:val="lt-LT"/>
        </w:rPr>
        <w:t>Eiga</w:t>
      </w:r>
      <w:r w:rsidRPr="00290093">
        <w:rPr>
          <w:lang w:val="mk-MK"/>
        </w:rPr>
        <w:t>:</w:t>
      </w:r>
    </w:p>
    <w:p w14:paraId="7BFD04B1" w14:textId="77777777" w:rsidR="00290093" w:rsidRPr="00290093" w:rsidRDefault="00290093" w:rsidP="00290093">
      <w:pPr>
        <w:pStyle w:val="prastasiniatinklio"/>
        <w:rPr>
          <w:lang w:val="mk-MK"/>
        </w:rPr>
      </w:pPr>
      <w:r w:rsidRPr="00290093">
        <w:rPr>
          <w:lang w:val="mk-MK"/>
        </w:rPr>
        <w:t>1. Asmuo paima šokimo virvę ir ją supina virš grindų, palaipsniui didindamas greitį ir aukštį virš grindų.</w:t>
      </w:r>
    </w:p>
    <w:p w14:paraId="463F6553" w14:textId="77777777" w:rsidR="00290093" w:rsidRPr="00290093" w:rsidRDefault="00C5420E" w:rsidP="00290093">
      <w:pPr>
        <w:pStyle w:val="prastasiniatinklio"/>
        <w:rPr>
          <w:lang w:val="mk-MK"/>
        </w:rPr>
      </w:pPr>
      <w:r w:rsidRPr="00B82E50">
        <w:rPr>
          <w:lang w:val="mk-MK"/>
        </w:rPr>
        <w:t xml:space="preserve">2. </w:t>
      </w:r>
      <w:r w:rsidR="00290093" w:rsidRPr="00290093">
        <w:rPr>
          <w:lang w:val="mk-MK"/>
        </w:rPr>
        <w:t>Kitų žaidėjų užduotis yra peršokti per virvę jos neliesdami.</w:t>
      </w:r>
    </w:p>
    <w:p w14:paraId="40F084B4" w14:textId="15F63418" w:rsidR="00C5420E" w:rsidRPr="00B82E50" w:rsidRDefault="00C5420E" w:rsidP="00C5420E">
      <w:pPr>
        <w:rPr>
          <w:lang w:val="mk-MK"/>
        </w:rPr>
      </w:pPr>
      <w:r w:rsidRPr="00B82E50">
        <w:rPr>
          <w:lang w:val="mk-MK"/>
        </w:rPr>
        <w:t>3.</w:t>
      </w:r>
      <w:r w:rsidR="00290093" w:rsidRPr="00290093">
        <w:rPr>
          <w:lang w:val="mk-MK"/>
        </w:rPr>
        <w:t xml:space="preserve"> Asmuo, kuris jį paliečia, pralaimi ir yra pašalinamas iš žaidimo.</w:t>
      </w:r>
      <w:r w:rsidRPr="00B82E50">
        <w:rPr>
          <w:lang w:val="mk-MK"/>
        </w:rPr>
        <w:t xml:space="preserve"> </w:t>
      </w:r>
    </w:p>
    <w:p w14:paraId="661FB6AB" w14:textId="21CA046F" w:rsidR="00C5420E" w:rsidRDefault="00C5420E" w:rsidP="00C5420E">
      <w:pPr>
        <w:rPr>
          <w:lang w:val="mk-MK"/>
        </w:rPr>
      </w:pPr>
      <w:r w:rsidRPr="00B82E50">
        <w:rPr>
          <w:lang w:val="mk-MK"/>
        </w:rPr>
        <w:t xml:space="preserve">4. </w:t>
      </w:r>
      <w:r w:rsidR="00290093" w:rsidRPr="00290093">
        <w:rPr>
          <w:lang w:val="mk-MK"/>
        </w:rPr>
        <w:t>Laimėtojas yra tas dalyvis, kuris žaidžia ilgiausiai ir sukasi virvę kitame raunde.</w:t>
      </w:r>
    </w:p>
    <w:p w14:paraId="69AFB0AF" w14:textId="77777777" w:rsidR="00E507C6" w:rsidRPr="00B82E50" w:rsidRDefault="00E507C6" w:rsidP="00C5420E">
      <w:pPr>
        <w:rPr>
          <w:lang w:val="mk-MK"/>
        </w:rPr>
      </w:pPr>
      <w:r>
        <w:rPr>
          <w:noProof/>
        </w:rPr>
        <w:drawing>
          <wp:inline distT="0" distB="0" distL="0" distR="0" wp14:anchorId="229506F2" wp14:editId="4A384575">
            <wp:extent cx="2794000" cy="2095500"/>
            <wp:effectExtent l="0" t="0" r="635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91972819_1271069095022415_3185498907833734740_n.jpg"/>
                    <pic:cNvPicPr/>
                  </pic:nvPicPr>
                  <pic:blipFill>
                    <a:blip r:embed="rId49">
                      <a:extLst>
                        <a:ext uri="{28A0092B-C50C-407E-A947-70E740481C1C}">
                          <a14:useLocalDpi xmlns:a14="http://schemas.microsoft.com/office/drawing/2010/main" val="0"/>
                        </a:ext>
                      </a:extLst>
                    </a:blip>
                    <a:stretch>
                      <a:fillRect/>
                    </a:stretch>
                  </pic:blipFill>
                  <pic:spPr>
                    <a:xfrm>
                      <a:off x="0" y="0"/>
                      <a:ext cx="2794000" cy="2095500"/>
                    </a:xfrm>
                    <a:prstGeom prst="rect">
                      <a:avLst/>
                    </a:prstGeom>
                  </pic:spPr>
                </pic:pic>
              </a:graphicData>
            </a:graphic>
          </wp:inline>
        </w:drawing>
      </w:r>
      <w:r>
        <w:rPr>
          <w:lang w:val="mk-MK"/>
        </w:rPr>
        <w:t xml:space="preserve">  </w:t>
      </w:r>
      <w:r>
        <w:rPr>
          <w:noProof/>
        </w:rPr>
        <w:drawing>
          <wp:inline distT="0" distB="0" distL="0" distR="0" wp14:anchorId="6BCD87A5" wp14:editId="46D9C598">
            <wp:extent cx="2872740" cy="2154555"/>
            <wp:effectExtent l="0" t="0" r="381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92486127_1271287268333931_6740331869846489922_n.jpg"/>
                    <pic:cNvPicPr/>
                  </pic:nvPicPr>
                  <pic:blipFill>
                    <a:blip r:embed="rId50">
                      <a:extLst>
                        <a:ext uri="{28A0092B-C50C-407E-A947-70E740481C1C}">
                          <a14:useLocalDpi xmlns:a14="http://schemas.microsoft.com/office/drawing/2010/main" val="0"/>
                        </a:ext>
                      </a:extLst>
                    </a:blip>
                    <a:stretch>
                      <a:fillRect/>
                    </a:stretch>
                  </pic:blipFill>
                  <pic:spPr>
                    <a:xfrm>
                      <a:off x="0" y="0"/>
                      <a:ext cx="2876053" cy="2157040"/>
                    </a:xfrm>
                    <a:prstGeom prst="rect">
                      <a:avLst/>
                    </a:prstGeom>
                  </pic:spPr>
                </pic:pic>
              </a:graphicData>
            </a:graphic>
          </wp:inline>
        </w:drawing>
      </w:r>
    </w:p>
    <w:p w14:paraId="141A1F5D" w14:textId="77777777" w:rsidR="00C5420E" w:rsidRPr="00B82E50" w:rsidRDefault="00C5420E" w:rsidP="00C5420E">
      <w:pPr>
        <w:rPr>
          <w:lang w:val="mk-MK"/>
        </w:rPr>
      </w:pPr>
    </w:p>
    <w:p w14:paraId="78433C3B" w14:textId="77777777" w:rsidR="00290093" w:rsidRDefault="00290093" w:rsidP="00C5420E">
      <w:pPr>
        <w:rPr>
          <w:b/>
          <w:lang w:val="mk-MK"/>
        </w:rPr>
      </w:pPr>
    </w:p>
    <w:p w14:paraId="047ED11B" w14:textId="77777777" w:rsidR="00290093" w:rsidRDefault="00290093" w:rsidP="00C5420E">
      <w:pPr>
        <w:rPr>
          <w:b/>
          <w:lang w:val="mk-MK"/>
        </w:rPr>
      </w:pPr>
    </w:p>
    <w:p w14:paraId="037A5D4A" w14:textId="77777777" w:rsidR="00290093" w:rsidRDefault="00290093" w:rsidP="00C5420E">
      <w:pPr>
        <w:rPr>
          <w:b/>
          <w:lang w:val="mk-MK"/>
        </w:rPr>
      </w:pPr>
    </w:p>
    <w:p w14:paraId="70D2D271" w14:textId="77777777" w:rsidR="00290093" w:rsidRDefault="00290093" w:rsidP="00C5420E">
      <w:pPr>
        <w:rPr>
          <w:b/>
          <w:lang w:val="mk-MK"/>
        </w:rPr>
      </w:pPr>
    </w:p>
    <w:p w14:paraId="4EF2E515" w14:textId="77777777" w:rsidR="00290093" w:rsidRDefault="00290093" w:rsidP="00C5420E">
      <w:pPr>
        <w:rPr>
          <w:b/>
          <w:lang w:val="mk-MK"/>
        </w:rPr>
      </w:pPr>
    </w:p>
    <w:p w14:paraId="3D1E12B8" w14:textId="77777777" w:rsidR="00290093" w:rsidRPr="00290093" w:rsidRDefault="00290093" w:rsidP="00290093">
      <w:pPr>
        <w:rPr>
          <w:lang w:val="mk-MK"/>
        </w:rPr>
      </w:pPr>
      <w:r w:rsidRPr="00290093">
        <w:rPr>
          <w:lang w:val="mk-MK"/>
        </w:rPr>
        <w:lastRenderedPageBreak/>
        <w:t>Žaidimo pavadinimas: „Baba Yaga stebi“</w:t>
      </w:r>
    </w:p>
    <w:p w14:paraId="45C0ED8B" w14:textId="77777777" w:rsidR="00290093" w:rsidRPr="00290093" w:rsidRDefault="00290093" w:rsidP="00290093">
      <w:pPr>
        <w:rPr>
          <w:lang w:val="mk-MK"/>
        </w:rPr>
      </w:pPr>
      <w:r w:rsidRPr="00290093">
        <w:rPr>
          <w:lang w:val="mk-MK"/>
        </w:rPr>
        <w:t>Žaidėjų skaičius: mažiausiai 5</w:t>
      </w:r>
    </w:p>
    <w:p w14:paraId="3B8A8ADF" w14:textId="1565B907" w:rsidR="00C5420E" w:rsidRPr="00B82E50" w:rsidRDefault="00290093" w:rsidP="00290093">
      <w:pPr>
        <w:rPr>
          <w:lang w:val="mk-MK"/>
        </w:rPr>
      </w:pPr>
      <w:r w:rsidRPr="00290093">
        <w:rPr>
          <w:lang w:val="mk-MK"/>
        </w:rPr>
        <w:t>Reikalinga: /</w:t>
      </w:r>
    </w:p>
    <w:p w14:paraId="4CFE723D" w14:textId="620DAC01" w:rsidR="00C5420E" w:rsidRDefault="00290093" w:rsidP="00C5420E">
      <w:pPr>
        <w:rPr>
          <w:lang w:val="mk-MK"/>
        </w:rPr>
      </w:pPr>
      <w:r>
        <w:rPr>
          <w:lang w:val="lt-LT"/>
        </w:rPr>
        <w:t>Žaidimo eiga</w:t>
      </w:r>
      <w:r w:rsidR="00C5420E" w:rsidRPr="00B82E50">
        <w:rPr>
          <w:lang w:val="mk-MK"/>
        </w:rPr>
        <w:t>:</w:t>
      </w:r>
    </w:p>
    <w:p w14:paraId="1E708145" w14:textId="77777777" w:rsidR="00E01B2C" w:rsidRPr="00E01B2C" w:rsidRDefault="00E01B2C" w:rsidP="00E01B2C">
      <w:pPr>
        <w:pStyle w:val="prastasiniatinklio"/>
        <w:rPr>
          <w:lang w:val="mk-MK"/>
        </w:rPr>
      </w:pPr>
      <w:r w:rsidRPr="00E01B2C">
        <w:rPr>
          <w:lang w:val="mk-MK"/>
        </w:rPr>
        <w:t>Vienas asmuo iš grupės yra išrenkamas Baba Yaga.</w:t>
      </w:r>
    </w:p>
    <w:p w14:paraId="1D142FF5" w14:textId="77777777" w:rsidR="00584358" w:rsidRDefault="00584358" w:rsidP="00C5420E">
      <w:pPr>
        <w:rPr>
          <w:lang w:val="mk-MK"/>
        </w:rPr>
      </w:pPr>
      <w:r w:rsidRPr="00584358">
        <w:rPr>
          <w:lang w:val="mk-MK"/>
        </w:rPr>
        <w:t>Baba Yaga atsistoja prie sienos, sienos ar medžio. Kiti dalyviai stovi grupėje kuo toliau nuo Baba Yagos. Baba Yaga atsuka nugarą dalyviams ir sako: „Vienas, du, trys, Baba Yaga žiūri.“</w:t>
      </w:r>
    </w:p>
    <w:p w14:paraId="6FBFB202" w14:textId="77777777" w:rsidR="00584358" w:rsidRDefault="00584358" w:rsidP="00C5420E">
      <w:pPr>
        <w:rPr>
          <w:lang w:val="mk-MK"/>
        </w:rPr>
      </w:pPr>
      <w:r w:rsidRPr="00584358">
        <w:rPr>
          <w:lang w:val="mk-MK"/>
        </w:rPr>
        <w:t>Tuo metu dalyviai prieina prie jos.</w:t>
      </w:r>
    </w:p>
    <w:p w14:paraId="6A734E86" w14:textId="7D1A6D15" w:rsidR="00584358" w:rsidRPr="00584358" w:rsidRDefault="00584358" w:rsidP="00584358">
      <w:pPr>
        <w:rPr>
          <w:lang w:val="mk-MK"/>
        </w:rPr>
      </w:pPr>
      <w:r w:rsidRPr="00584358">
        <w:rPr>
          <w:lang w:val="mk-MK"/>
        </w:rPr>
        <w:t xml:space="preserve"> Kai Baba Yaga ištaria savo žodžius, ji iš karto atsisuka, o dalyviai turi stovėti ramiai ir nejudėti iš vietos. Baba Jaga patikrina, ar niekas nejuda. Jei kas nors juda, tas asmuo grįžta į pradinį tašką.</w:t>
      </w:r>
    </w:p>
    <w:p w14:paraId="64986A5B" w14:textId="77777777" w:rsidR="00584358" w:rsidRPr="00584358" w:rsidRDefault="00584358" w:rsidP="00584358">
      <w:pPr>
        <w:rPr>
          <w:lang w:val="mk-MK"/>
        </w:rPr>
      </w:pPr>
      <w:r w:rsidRPr="00584358">
        <w:rPr>
          <w:lang w:val="mk-MK"/>
        </w:rPr>
        <w:t>Baba Jaga apsisuka dalyviams nugarą ir vėl sako: „Vienas, du, trys, Baba Jaga žiūri.“</w:t>
      </w:r>
    </w:p>
    <w:p w14:paraId="14E04F58" w14:textId="463512AE" w:rsidR="00C5420E" w:rsidRPr="00B82E50" w:rsidRDefault="00584358" w:rsidP="00584358">
      <w:pPr>
        <w:rPr>
          <w:lang w:val="mk-MK"/>
        </w:rPr>
      </w:pPr>
      <w:r w:rsidRPr="00584358">
        <w:rPr>
          <w:lang w:val="mk-MK"/>
        </w:rPr>
        <w:t>Laimėtojas yra tas dalyvis, kuris pirmas pasiekia Baba Jagą. Laimėtojas atliks Baba Jagos vaidmenį.</w:t>
      </w:r>
    </w:p>
    <w:p w14:paraId="7C50A893" w14:textId="77777777" w:rsidR="00C5420E" w:rsidRDefault="00E507C6" w:rsidP="00C5420E">
      <w:pPr>
        <w:rPr>
          <w:lang w:val="mk-MK"/>
        </w:rPr>
      </w:pPr>
      <w:r>
        <w:rPr>
          <w:noProof/>
        </w:rPr>
        <w:drawing>
          <wp:inline distT="0" distB="0" distL="0" distR="0" wp14:anchorId="2B7E2D6A" wp14:editId="22A10324">
            <wp:extent cx="2275840" cy="1706880"/>
            <wp:effectExtent l="0" t="0" r="0" b="762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91996592_1271069031689088_6760154694633786934_n.jpg"/>
                    <pic:cNvPicPr/>
                  </pic:nvPicPr>
                  <pic:blipFill>
                    <a:blip r:embed="rId51">
                      <a:extLst>
                        <a:ext uri="{28A0092B-C50C-407E-A947-70E740481C1C}">
                          <a14:useLocalDpi xmlns:a14="http://schemas.microsoft.com/office/drawing/2010/main" val="0"/>
                        </a:ext>
                      </a:extLst>
                    </a:blip>
                    <a:stretch>
                      <a:fillRect/>
                    </a:stretch>
                  </pic:blipFill>
                  <pic:spPr>
                    <a:xfrm>
                      <a:off x="0" y="0"/>
                      <a:ext cx="2275840" cy="1706880"/>
                    </a:xfrm>
                    <a:prstGeom prst="rect">
                      <a:avLst/>
                    </a:prstGeom>
                  </pic:spPr>
                </pic:pic>
              </a:graphicData>
            </a:graphic>
          </wp:inline>
        </w:drawing>
      </w:r>
      <w:r>
        <w:rPr>
          <w:lang w:val="mk-MK"/>
        </w:rPr>
        <w:t xml:space="preserve"> </w:t>
      </w:r>
      <w:r>
        <w:rPr>
          <w:noProof/>
          <w:lang w:val="mk-MK"/>
        </w:rPr>
        <w:t xml:space="preserve">               </w:t>
      </w:r>
      <w:r>
        <w:rPr>
          <w:noProof/>
        </w:rPr>
        <w:drawing>
          <wp:inline distT="0" distB="0" distL="0" distR="0" wp14:anchorId="1602486F" wp14:editId="70A18152">
            <wp:extent cx="2423160" cy="181737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91927533_1271287305000594_2531216157856928053_n.jpg"/>
                    <pic:cNvPicPr/>
                  </pic:nvPicPr>
                  <pic:blipFill>
                    <a:blip r:embed="rId52">
                      <a:extLst>
                        <a:ext uri="{28A0092B-C50C-407E-A947-70E740481C1C}">
                          <a14:useLocalDpi xmlns:a14="http://schemas.microsoft.com/office/drawing/2010/main" val="0"/>
                        </a:ext>
                      </a:extLst>
                    </a:blip>
                    <a:stretch>
                      <a:fillRect/>
                    </a:stretch>
                  </pic:blipFill>
                  <pic:spPr>
                    <a:xfrm>
                      <a:off x="0" y="0"/>
                      <a:ext cx="2423160" cy="1817370"/>
                    </a:xfrm>
                    <a:prstGeom prst="rect">
                      <a:avLst/>
                    </a:prstGeom>
                  </pic:spPr>
                </pic:pic>
              </a:graphicData>
            </a:graphic>
          </wp:inline>
        </w:drawing>
      </w:r>
    </w:p>
    <w:p w14:paraId="5518A94D" w14:textId="77777777" w:rsidR="00726D13" w:rsidRPr="00726D13" w:rsidRDefault="00726D13" w:rsidP="00726D13">
      <w:pPr>
        <w:rPr>
          <w:b/>
          <w:bCs/>
          <w:lang w:val="mk-MK"/>
        </w:rPr>
      </w:pPr>
      <w:r w:rsidRPr="00726D13">
        <w:rPr>
          <w:b/>
          <w:bCs/>
          <w:lang w:val="mk-MK"/>
        </w:rPr>
        <w:t>Žaidimo pavadinimas: Karšta bulvė</w:t>
      </w:r>
    </w:p>
    <w:p w14:paraId="2E23E164" w14:textId="77777777" w:rsidR="00726D13" w:rsidRPr="00726D13" w:rsidRDefault="00726D13" w:rsidP="00726D13">
      <w:pPr>
        <w:rPr>
          <w:lang w:val="mk-MK"/>
        </w:rPr>
      </w:pPr>
      <w:r w:rsidRPr="00726D13">
        <w:rPr>
          <w:lang w:val="mk-MK"/>
        </w:rPr>
        <w:t>Žaidėjų skaičius: mažiausiai 5</w:t>
      </w:r>
    </w:p>
    <w:p w14:paraId="469A33E7" w14:textId="318A7AD1" w:rsidR="00C5420E" w:rsidRPr="00B82E50" w:rsidRDefault="00726D13" w:rsidP="00726D13">
      <w:pPr>
        <w:rPr>
          <w:lang w:val="mk-MK"/>
        </w:rPr>
      </w:pPr>
      <w:r w:rsidRPr="00726D13">
        <w:rPr>
          <w:lang w:val="mk-MK"/>
        </w:rPr>
        <w:t>Reikmenys: kamuolys</w:t>
      </w:r>
    </w:p>
    <w:p w14:paraId="24C5FEC2" w14:textId="2BDA4432" w:rsidR="00C5420E" w:rsidRPr="00B82E50" w:rsidRDefault="00726D13" w:rsidP="00C5420E">
      <w:pPr>
        <w:rPr>
          <w:lang w:val="mk-MK"/>
        </w:rPr>
      </w:pPr>
      <w:r>
        <w:rPr>
          <w:lang w:val="lt-LT"/>
        </w:rPr>
        <w:t>Žaidimo eiga</w:t>
      </w:r>
      <w:r w:rsidR="00C5420E" w:rsidRPr="00B82E50">
        <w:rPr>
          <w:lang w:val="mk-MK"/>
        </w:rPr>
        <w:t>:</w:t>
      </w:r>
    </w:p>
    <w:p w14:paraId="0EA13C2C" w14:textId="77777777" w:rsidR="00726D13" w:rsidRPr="00726D13" w:rsidRDefault="00726D13" w:rsidP="00726D13">
      <w:pPr>
        <w:pStyle w:val="prastasiniatinklio"/>
        <w:rPr>
          <w:lang w:val="mk-MK"/>
        </w:rPr>
      </w:pPr>
      <w:r w:rsidRPr="00726D13">
        <w:rPr>
          <w:lang w:val="mk-MK"/>
        </w:rPr>
        <w:t>1. Dalyviai susidaro ratą. Iš grupės pasirenkamas vienas asmuo, kuris stovi viduryje ir meta kamuolį kitiems vaikams. Staiga asmuo viduryje sušunka: „Kamuolys dega!!!“ – kas pagaus kamuolį, tas iškrenta iš žaidimo.</w:t>
      </w:r>
    </w:p>
    <w:p w14:paraId="5A8E17FC" w14:textId="77777777" w:rsidR="00726D13" w:rsidRPr="00726D13" w:rsidRDefault="00726D13" w:rsidP="00726D13">
      <w:pPr>
        <w:pStyle w:val="prastasiniatinklio"/>
        <w:rPr>
          <w:lang w:val="mk-MK"/>
        </w:rPr>
      </w:pPr>
      <w:r w:rsidRPr="00726D13">
        <w:rPr>
          <w:lang w:val="mk-MK"/>
        </w:rPr>
        <w:t>2. Jei jie laiku supranta ir nepagauna kamuolio, jie pereina į rato vidurį ir žaidimas tęsiasi.</w:t>
      </w:r>
    </w:p>
    <w:p w14:paraId="4EF8C563" w14:textId="3375BC1A" w:rsidR="00C5420E" w:rsidRDefault="00C5420E" w:rsidP="00C5420E">
      <w:pPr>
        <w:rPr>
          <w:lang w:val="mk-MK"/>
        </w:rPr>
      </w:pPr>
    </w:p>
    <w:p w14:paraId="46BDF3FB" w14:textId="0045C96A" w:rsidR="00726D13" w:rsidRDefault="00726D13" w:rsidP="00C5420E">
      <w:pPr>
        <w:rPr>
          <w:lang w:val="mk-MK"/>
        </w:rPr>
      </w:pPr>
    </w:p>
    <w:p w14:paraId="104CAA32" w14:textId="77777777" w:rsidR="00726D13" w:rsidRPr="00B82E50" w:rsidRDefault="00726D13" w:rsidP="00C5420E">
      <w:pPr>
        <w:rPr>
          <w:lang w:val="mk-MK"/>
        </w:rPr>
      </w:pPr>
    </w:p>
    <w:p w14:paraId="402CD1F2" w14:textId="77777777" w:rsidR="009A3E46" w:rsidRPr="009A3E46" w:rsidRDefault="009A3E46" w:rsidP="009A3E46">
      <w:pPr>
        <w:rPr>
          <w:b/>
          <w:bCs/>
          <w:lang w:val="mk-MK"/>
        </w:rPr>
      </w:pPr>
      <w:r w:rsidRPr="009A3E46">
        <w:rPr>
          <w:b/>
          <w:bCs/>
          <w:lang w:val="mk-MK"/>
        </w:rPr>
        <w:lastRenderedPageBreak/>
        <w:t>Žaidimo pavadinimas: „Butelių kamščiai“</w:t>
      </w:r>
    </w:p>
    <w:p w14:paraId="127EFEB1" w14:textId="77777777" w:rsidR="009A3E46" w:rsidRPr="009A3E46" w:rsidRDefault="009A3E46" w:rsidP="009A3E46">
      <w:pPr>
        <w:rPr>
          <w:lang w:val="mk-MK"/>
        </w:rPr>
      </w:pPr>
      <w:r w:rsidRPr="009A3E46">
        <w:rPr>
          <w:lang w:val="mk-MK"/>
        </w:rPr>
        <w:t>Žaidėjų skaičius: mažiausiai 2</w:t>
      </w:r>
    </w:p>
    <w:p w14:paraId="4B390240" w14:textId="77777777" w:rsidR="009A3E46" w:rsidRDefault="009A3E46" w:rsidP="00C5420E">
      <w:pPr>
        <w:rPr>
          <w:lang w:val="mk-MK"/>
        </w:rPr>
      </w:pPr>
      <w:r w:rsidRPr="009A3E46">
        <w:rPr>
          <w:lang w:val="mk-MK"/>
        </w:rPr>
        <w:t>Reikalingos priemonės: butelių kamščiai</w:t>
      </w:r>
    </w:p>
    <w:p w14:paraId="2CF5AC6F" w14:textId="0A5BB480" w:rsidR="00C5420E" w:rsidRDefault="009A3E46" w:rsidP="00C5420E">
      <w:pPr>
        <w:rPr>
          <w:lang w:val="mk-MK"/>
        </w:rPr>
      </w:pPr>
      <w:r>
        <w:rPr>
          <w:lang w:val="lt-LT"/>
        </w:rPr>
        <w:t>Žaidimo eiga</w:t>
      </w:r>
      <w:r w:rsidR="00C5420E" w:rsidRPr="00B82E50">
        <w:rPr>
          <w:lang w:val="mk-MK"/>
        </w:rPr>
        <w:t>:</w:t>
      </w:r>
    </w:p>
    <w:p w14:paraId="545520B6" w14:textId="77777777" w:rsidR="009A3E46" w:rsidRPr="009A3E46" w:rsidRDefault="009A3E46" w:rsidP="009A3E46">
      <w:pPr>
        <w:pStyle w:val="prastasiniatinklio"/>
        <w:rPr>
          <w:lang w:val="mk-MK"/>
        </w:rPr>
      </w:pPr>
      <w:r w:rsidRPr="009A3E46">
        <w:rPr>
          <w:lang w:val="mk-MK"/>
        </w:rPr>
        <w:t>Dangčio vidus gali būti papuoštas vėliava arba automobilio nuotrauka, taip pat galima sukurti kaimo kelių lenktynes arba automobilių ralį.</w:t>
      </w:r>
    </w:p>
    <w:p w14:paraId="60D4BBC2" w14:textId="77777777" w:rsidR="009A3E46" w:rsidRPr="009A3E46" w:rsidRDefault="009A3E46" w:rsidP="009A3E46">
      <w:pPr>
        <w:pStyle w:val="prastasiniatinklio"/>
        <w:rPr>
          <w:lang w:val="mk-MK"/>
        </w:rPr>
      </w:pPr>
      <w:r w:rsidRPr="009A3E46">
        <w:rPr>
          <w:lang w:val="mk-MK"/>
        </w:rPr>
        <w:t>Ant žemės nubrėžiamas takas, geriausia kreida ant betono – kuo jis ilgesnis ir sudėtingesnis, tuo įdomesnis ir smagesnis bus žaidimas.Kaiščiai dedami prie starto ir judinami viduriniu pirštu. Kaištis neturi iššokti iš trasos linijų.</w:t>
      </w:r>
    </w:p>
    <w:p w14:paraId="5C33F2EB" w14:textId="77777777" w:rsidR="009A3E46" w:rsidRPr="009A3E46" w:rsidRDefault="009A3E46" w:rsidP="009A3E46">
      <w:pPr>
        <w:pStyle w:val="prastasiniatinklio"/>
        <w:rPr>
          <w:lang w:val="mk-MK"/>
        </w:rPr>
      </w:pPr>
      <w:r w:rsidRPr="009A3E46">
        <w:rPr>
          <w:lang w:val="mk-MK"/>
        </w:rPr>
        <w:t>Laimi tas žaidėjas, kurio kaištis pirmasis kerta finišo liniją.</w:t>
      </w:r>
    </w:p>
    <w:p w14:paraId="7B285688" w14:textId="77777777" w:rsidR="009A3E46" w:rsidRPr="00B82E50" w:rsidRDefault="009A3E46" w:rsidP="00C5420E">
      <w:pPr>
        <w:rPr>
          <w:lang w:val="mk-MK"/>
        </w:rPr>
      </w:pPr>
    </w:p>
    <w:p w14:paraId="0936EAAB" w14:textId="77777777" w:rsidR="00E507C6" w:rsidRDefault="00E507C6" w:rsidP="00C5420E">
      <w:pPr>
        <w:rPr>
          <w:lang w:val="mk-MK"/>
        </w:rPr>
      </w:pPr>
      <w:r>
        <w:rPr>
          <w:noProof/>
        </w:rPr>
        <w:drawing>
          <wp:inline distT="0" distB="0" distL="0" distR="0" wp14:anchorId="7EEB0D10" wp14:editId="1A611CC5">
            <wp:extent cx="2194560" cy="164592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92012062_1271068698355788_4119629425813608962_n.jpg"/>
                    <pic:cNvPicPr/>
                  </pic:nvPicPr>
                  <pic:blipFill>
                    <a:blip r:embed="rId53">
                      <a:extLst>
                        <a:ext uri="{28A0092B-C50C-407E-A947-70E740481C1C}">
                          <a14:useLocalDpi xmlns:a14="http://schemas.microsoft.com/office/drawing/2010/main" val="0"/>
                        </a:ext>
                      </a:extLst>
                    </a:blip>
                    <a:stretch>
                      <a:fillRect/>
                    </a:stretch>
                  </pic:blipFill>
                  <pic:spPr>
                    <a:xfrm>
                      <a:off x="0" y="0"/>
                      <a:ext cx="2194560" cy="1645920"/>
                    </a:xfrm>
                    <a:prstGeom prst="rect">
                      <a:avLst/>
                    </a:prstGeom>
                  </pic:spPr>
                </pic:pic>
              </a:graphicData>
            </a:graphic>
          </wp:inline>
        </w:drawing>
      </w:r>
      <w:r>
        <w:rPr>
          <w:lang w:val="mk-MK"/>
        </w:rPr>
        <w:t xml:space="preserve"> </w:t>
      </w:r>
      <w:r>
        <w:rPr>
          <w:noProof/>
        </w:rPr>
        <w:drawing>
          <wp:inline distT="0" distB="0" distL="0" distR="0" wp14:anchorId="1A997215" wp14:editId="0BBA522B">
            <wp:extent cx="2275840" cy="1706880"/>
            <wp:effectExtent l="0" t="0" r="0" b="762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92002279_1271069028355755_3469146273909958038_n.jpg"/>
                    <pic:cNvPicPr/>
                  </pic:nvPicPr>
                  <pic:blipFill>
                    <a:blip r:embed="rId54">
                      <a:extLst>
                        <a:ext uri="{28A0092B-C50C-407E-A947-70E740481C1C}">
                          <a14:useLocalDpi xmlns:a14="http://schemas.microsoft.com/office/drawing/2010/main" val="0"/>
                        </a:ext>
                      </a:extLst>
                    </a:blip>
                    <a:stretch>
                      <a:fillRect/>
                    </a:stretch>
                  </pic:blipFill>
                  <pic:spPr>
                    <a:xfrm flipH="1">
                      <a:off x="0" y="0"/>
                      <a:ext cx="2275840" cy="1706880"/>
                    </a:xfrm>
                    <a:prstGeom prst="rect">
                      <a:avLst/>
                    </a:prstGeom>
                  </pic:spPr>
                </pic:pic>
              </a:graphicData>
            </a:graphic>
          </wp:inline>
        </w:drawing>
      </w:r>
    </w:p>
    <w:p w14:paraId="1AD5523A" w14:textId="77777777" w:rsidR="00C5420E" w:rsidRPr="00D456FC" w:rsidRDefault="00C5420E" w:rsidP="00C5420E">
      <w:pPr>
        <w:rPr>
          <w:lang w:val="mk-MK"/>
        </w:rPr>
      </w:pPr>
      <w:r>
        <w:rPr>
          <w:noProof/>
          <w:lang w:val="mk-MK"/>
        </w:rPr>
        <w:t xml:space="preserve">     </w:t>
      </w:r>
    </w:p>
    <w:p w14:paraId="3C10B84A" w14:textId="77777777" w:rsidR="00FD2B0F" w:rsidRDefault="00FD2B0F" w:rsidP="00B63454">
      <w:pPr>
        <w:jc w:val="center"/>
        <w:rPr>
          <w:b/>
          <w:caps/>
          <w:sz w:val="28"/>
          <w:szCs w:val="28"/>
          <w:lang w:val="mk-MK"/>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p>
    <w:p w14:paraId="4711CE4C" w14:textId="77777777" w:rsidR="00FD2B0F" w:rsidRDefault="00FD2B0F" w:rsidP="00B63454">
      <w:pPr>
        <w:jc w:val="center"/>
        <w:rPr>
          <w:b/>
          <w:caps/>
          <w:sz w:val="28"/>
          <w:szCs w:val="28"/>
          <w:lang w:val="mk-MK"/>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p>
    <w:p w14:paraId="347E3C1C" w14:textId="77777777" w:rsidR="00FD2B0F" w:rsidRDefault="00FD2B0F" w:rsidP="00B63454">
      <w:pPr>
        <w:jc w:val="center"/>
        <w:rPr>
          <w:b/>
          <w:caps/>
          <w:sz w:val="28"/>
          <w:szCs w:val="28"/>
          <w:lang w:val="mk-MK"/>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p>
    <w:p w14:paraId="247887E3" w14:textId="77777777" w:rsidR="00FD2B0F" w:rsidRDefault="00FD2B0F" w:rsidP="00B63454">
      <w:pPr>
        <w:jc w:val="center"/>
        <w:rPr>
          <w:b/>
          <w:caps/>
          <w:sz w:val="28"/>
          <w:szCs w:val="28"/>
          <w:lang w:val="mk-MK"/>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p>
    <w:p w14:paraId="42EDDA39" w14:textId="77777777" w:rsidR="00FD2B0F" w:rsidRDefault="00FD2B0F" w:rsidP="00B63454">
      <w:pPr>
        <w:jc w:val="center"/>
        <w:rPr>
          <w:b/>
          <w:caps/>
          <w:sz w:val="28"/>
          <w:szCs w:val="28"/>
          <w:lang w:val="mk-MK"/>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p>
    <w:p w14:paraId="68B9A9D3" w14:textId="77777777" w:rsidR="00FD2B0F" w:rsidRDefault="00FD2B0F" w:rsidP="00B63454">
      <w:pPr>
        <w:jc w:val="center"/>
        <w:rPr>
          <w:b/>
          <w:caps/>
          <w:sz w:val="28"/>
          <w:szCs w:val="28"/>
          <w:lang w:val="mk-MK"/>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p>
    <w:p w14:paraId="7C4ABB43" w14:textId="77777777" w:rsidR="00FD2B0F" w:rsidRDefault="00FD2B0F" w:rsidP="00B63454">
      <w:pPr>
        <w:jc w:val="center"/>
        <w:rPr>
          <w:b/>
          <w:caps/>
          <w:sz w:val="28"/>
          <w:szCs w:val="28"/>
          <w:lang w:val="mk-MK"/>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p>
    <w:p w14:paraId="24D7E555" w14:textId="77777777" w:rsidR="00FD2B0F" w:rsidRDefault="00FD2B0F" w:rsidP="00B63454">
      <w:pPr>
        <w:jc w:val="center"/>
        <w:rPr>
          <w:b/>
          <w:caps/>
          <w:sz w:val="28"/>
          <w:szCs w:val="28"/>
          <w:lang w:val="mk-MK"/>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p>
    <w:p w14:paraId="69B3AD63" w14:textId="77777777" w:rsidR="00FD2B0F" w:rsidRDefault="00FD2B0F" w:rsidP="00B63454">
      <w:pPr>
        <w:jc w:val="center"/>
        <w:rPr>
          <w:b/>
          <w:caps/>
          <w:sz w:val="28"/>
          <w:szCs w:val="28"/>
          <w:lang w:val="mk-MK"/>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p>
    <w:p w14:paraId="06D543D9" w14:textId="77777777" w:rsidR="00FD2B0F" w:rsidRPr="00FD2B0F" w:rsidRDefault="00FD2B0F" w:rsidP="00FD2B0F">
      <w:pPr>
        <w:pStyle w:val="prastasiniatinklio"/>
        <w:jc w:val="center"/>
        <w:rPr>
          <w:color w:val="1F497D" w:themeColor="text2"/>
          <w:sz w:val="44"/>
          <w:szCs w:val="44"/>
          <w:lang w:val="mk-MK"/>
        </w:rPr>
      </w:pPr>
      <w:r w:rsidRPr="00FD2B0F">
        <w:rPr>
          <w:b/>
          <w:bCs/>
          <w:color w:val="1F497D" w:themeColor="text2"/>
          <w:sz w:val="44"/>
          <w:szCs w:val="44"/>
          <w:lang w:val="mk-MK"/>
        </w:rPr>
        <w:t>Tradiciniai makedonų žaidimai</w:t>
      </w:r>
    </w:p>
    <w:p w14:paraId="28A5B381" w14:textId="77777777" w:rsidR="00C47CFF" w:rsidRPr="00C47CFF" w:rsidRDefault="00C47CFF" w:rsidP="00C47CFF">
      <w:pPr>
        <w:rPr>
          <w:b/>
          <w:lang w:val="mk-MK"/>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47CFF">
        <w:rPr>
          <w:b/>
          <w:lang w:val="mk-MK"/>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Žaidimo pavadinimas: „Karšta bulvė“</w:t>
      </w:r>
    </w:p>
    <w:p w14:paraId="77E42045" w14:textId="77777777" w:rsidR="00C47CFF" w:rsidRPr="00C47CFF" w:rsidRDefault="00C47CFF" w:rsidP="00C47CFF">
      <w:pPr>
        <w:rPr>
          <w:bCs/>
          <w:lang w:val="mk-MK"/>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47CFF">
        <w:rPr>
          <w:bCs/>
          <w:lang w:val="mk-MK"/>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Žaidėjų skaičius: mažiausiai 3.</w:t>
      </w:r>
    </w:p>
    <w:p w14:paraId="5F4D19EC" w14:textId="05B6F10E" w:rsidR="00B63454" w:rsidRPr="00C47CFF" w:rsidRDefault="00C47CFF" w:rsidP="00C47CFF">
      <w:pPr>
        <w:rPr>
          <w:bCs/>
          <w:lang w:val="mk-MK"/>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47CFF">
        <w:rPr>
          <w:bCs/>
          <w:lang w:val="mk-MK"/>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Reikmenys: kamuolys</w:t>
      </w:r>
    </w:p>
    <w:p w14:paraId="7E99046A" w14:textId="65A7538D" w:rsidR="00B63454" w:rsidRPr="00C47CFF" w:rsidRDefault="00C47CFF" w:rsidP="00B63454">
      <w:pPr>
        <w:rPr>
          <w:color w:val="000000" w:themeColor="text1"/>
          <w:lang w:val="mk-MK"/>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47CFF">
        <w:rPr>
          <w:bCs/>
          <w:color w:val="000000" w:themeColor="text1"/>
          <w:lang w:val="lt-L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Žaidimo eiga</w:t>
      </w:r>
      <w:r w:rsidR="00B63454" w:rsidRPr="00C47CFF">
        <w:rPr>
          <w:color w:val="000000" w:themeColor="text1"/>
          <w:lang w:val="mk-MK"/>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487E35B5" w14:textId="77777777" w:rsidR="00C47CFF" w:rsidRPr="00C47CFF" w:rsidRDefault="00C47CFF" w:rsidP="00C47CFF">
      <w:pPr>
        <w:rPr>
          <w:lang w:val="mk-MK"/>
        </w:rPr>
      </w:pPr>
      <w:r w:rsidRPr="00C47CFF">
        <w:rPr>
          <w:lang w:val="mk-MK"/>
        </w:rPr>
        <w:t>1. Žaidimas gali būti žaidžiamas lauke arba patalpoje.</w:t>
      </w:r>
    </w:p>
    <w:p w14:paraId="540174CE" w14:textId="77777777" w:rsidR="00C47CFF" w:rsidRDefault="00C47CFF" w:rsidP="00C47CFF">
      <w:pPr>
        <w:rPr>
          <w:lang w:val="mk-MK"/>
        </w:rPr>
      </w:pPr>
      <w:r w:rsidRPr="00C47CFF">
        <w:rPr>
          <w:lang w:val="mk-MK"/>
        </w:rPr>
        <w:t>2. Du vaikai stovi vienas priešais kitą, o visi kiti žaidėjai stovi tarp jų. Du vaikai, stovintys šonuose, meta kamuolį, bandydami pataikyti į žaidėjus, stovinčius viduryje. Vaikas, kurį pataiko kamuolys, iškrenta iš žaidimo.</w:t>
      </w:r>
    </w:p>
    <w:p w14:paraId="4E1CA9A8" w14:textId="77777777" w:rsidR="00C47CFF" w:rsidRPr="00C47CFF" w:rsidRDefault="00C47CFF" w:rsidP="00C47CFF">
      <w:pPr>
        <w:pStyle w:val="prastasiniatinklio"/>
        <w:rPr>
          <w:lang w:val="mk-MK"/>
        </w:rPr>
      </w:pPr>
      <w:r w:rsidRPr="00C47CFF">
        <w:rPr>
          <w:lang w:val="mk-MK"/>
        </w:rPr>
        <w:t>3. Kai žaidėjas, kuris yra „žaidime“, pagriebia kamuolį, jis gauna „papildomą gyvybę“. Turėdamas „papildomą gyvybę“, žaidėjas gali grąžinti į žaidimą iškritusį žaidėją arba pasilikti ją sau, kad kitą kartą, kai jį pataikys kamuolys, galėtų tęsti žaidimą.</w:t>
      </w:r>
    </w:p>
    <w:p w14:paraId="3CA55EFC" w14:textId="77777777" w:rsidR="00C47CFF" w:rsidRPr="00C47CFF" w:rsidRDefault="00C47CFF" w:rsidP="00C47CFF">
      <w:pPr>
        <w:pStyle w:val="prastasiniatinklio"/>
        <w:rPr>
          <w:lang w:val="mk-MK"/>
        </w:rPr>
      </w:pPr>
      <w:r w:rsidRPr="00C47CFF">
        <w:rPr>
          <w:lang w:val="mk-MK"/>
        </w:rPr>
        <w:t>4. Kai visi žaidėjai iškrenta iš žaidimo, pirmieji du žaidėjai, kurie buvo pataikyti, yra tie, kurie bando pataikyti kitus kitame žaidime.</w:t>
      </w:r>
    </w:p>
    <w:p w14:paraId="426BA6D5" w14:textId="77777777" w:rsidR="00C47CFF" w:rsidRDefault="00C47CFF" w:rsidP="00B63454">
      <w:pPr>
        <w:rPr>
          <w:lang w:val="mk-MK"/>
        </w:rPr>
      </w:pPr>
    </w:p>
    <w:p w14:paraId="03820F9E" w14:textId="2E7465A1" w:rsidR="00B63454" w:rsidRPr="00B82E50" w:rsidRDefault="00FF2AFF" w:rsidP="00B63454">
      <w:pPr>
        <w:rPr>
          <w:lang w:val="mk-MK"/>
        </w:rPr>
      </w:pPr>
      <w:r>
        <w:rPr>
          <w:noProof/>
          <w:sz w:val="28"/>
          <w:szCs w:val="28"/>
        </w:rPr>
        <w:drawing>
          <wp:inline distT="0" distB="0" distL="0" distR="0" wp14:anchorId="05EEFA7D" wp14:editId="3C0C5019">
            <wp:extent cx="2651760" cy="198882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ll gra 1.jpg"/>
                    <pic:cNvPicPr/>
                  </pic:nvPicPr>
                  <pic:blipFill>
                    <a:blip r:embed="rId55">
                      <a:extLst>
                        <a:ext uri="{28A0092B-C50C-407E-A947-70E740481C1C}">
                          <a14:useLocalDpi xmlns:a14="http://schemas.microsoft.com/office/drawing/2010/main" val="0"/>
                        </a:ext>
                      </a:extLst>
                    </a:blip>
                    <a:stretch>
                      <a:fillRect/>
                    </a:stretch>
                  </pic:blipFill>
                  <pic:spPr>
                    <a:xfrm>
                      <a:off x="0" y="0"/>
                      <a:ext cx="2651760" cy="1988820"/>
                    </a:xfrm>
                    <a:prstGeom prst="rect">
                      <a:avLst/>
                    </a:prstGeom>
                  </pic:spPr>
                </pic:pic>
              </a:graphicData>
            </a:graphic>
          </wp:inline>
        </w:drawing>
      </w:r>
    </w:p>
    <w:p w14:paraId="4869724E" w14:textId="68772B53" w:rsidR="0064454D" w:rsidRPr="001131AC" w:rsidRDefault="0064454D" w:rsidP="0064454D">
      <w:pPr>
        <w:rPr>
          <w:b/>
          <w:bCs/>
          <w:lang w:val="mk-MK"/>
        </w:rPr>
      </w:pPr>
      <w:r w:rsidRPr="001131AC">
        <w:rPr>
          <w:b/>
          <w:bCs/>
          <w:lang w:val="mk-MK"/>
        </w:rPr>
        <w:t>Žaidimo pavadinimas: Pasiduok , carai!</w:t>
      </w:r>
    </w:p>
    <w:p w14:paraId="10530244" w14:textId="4CAFE59B" w:rsidR="0064454D" w:rsidRPr="0064454D" w:rsidRDefault="0064454D" w:rsidP="0064454D">
      <w:pPr>
        <w:rPr>
          <w:lang w:val="mk-MK"/>
        </w:rPr>
      </w:pPr>
      <w:r w:rsidRPr="0064454D">
        <w:rPr>
          <w:lang w:val="mk-MK"/>
        </w:rPr>
        <w:t xml:space="preserve">Žaidėjų skaičius: </w:t>
      </w:r>
      <w:r>
        <w:rPr>
          <w:lang w:val="lt-LT"/>
        </w:rPr>
        <w:t>m</w:t>
      </w:r>
      <w:r w:rsidRPr="0064454D">
        <w:rPr>
          <w:lang w:val="mk-MK"/>
        </w:rPr>
        <w:t>ažiausiai 6.</w:t>
      </w:r>
    </w:p>
    <w:p w14:paraId="7AB7D39E" w14:textId="5B8A9BB4" w:rsidR="00B63454" w:rsidRPr="00B82E50" w:rsidRDefault="0064454D" w:rsidP="0064454D">
      <w:pPr>
        <w:rPr>
          <w:lang w:val="mk-MK"/>
        </w:rPr>
      </w:pPr>
      <w:r w:rsidRPr="0064454D">
        <w:rPr>
          <w:lang w:val="mk-MK"/>
        </w:rPr>
        <w:t>Reikalinga įranga: /</w:t>
      </w:r>
    </w:p>
    <w:p w14:paraId="793E4BE8" w14:textId="221D8174" w:rsidR="00B63454" w:rsidRPr="00B82E50" w:rsidRDefault="0064454D" w:rsidP="00B63454">
      <w:pPr>
        <w:rPr>
          <w:lang w:val="mk-MK"/>
        </w:rPr>
      </w:pPr>
      <w:r>
        <w:rPr>
          <w:lang w:val="lt-LT"/>
        </w:rPr>
        <w:t>Žaidimo eiga</w:t>
      </w:r>
      <w:r w:rsidR="00B63454" w:rsidRPr="00B82E50">
        <w:rPr>
          <w:lang w:val="mk-MK"/>
        </w:rPr>
        <w:t>:</w:t>
      </w:r>
    </w:p>
    <w:p w14:paraId="64D9E968" w14:textId="77777777" w:rsidR="0064454D" w:rsidRPr="0064454D" w:rsidRDefault="0064454D" w:rsidP="0064454D">
      <w:pPr>
        <w:rPr>
          <w:lang w:val="mk-MK"/>
        </w:rPr>
      </w:pPr>
      <w:r w:rsidRPr="0064454D">
        <w:rPr>
          <w:lang w:val="mk-MK"/>
        </w:rPr>
        <w:t>1. Žaidimas gali būti žaidžiamas lauke arba patalpoje.</w:t>
      </w:r>
    </w:p>
    <w:p w14:paraId="1F150CD0" w14:textId="77777777" w:rsidR="0064454D" w:rsidRDefault="0064454D" w:rsidP="0064454D">
      <w:pPr>
        <w:rPr>
          <w:lang w:val="mk-MK"/>
        </w:rPr>
      </w:pPr>
      <w:r w:rsidRPr="0064454D">
        <w:rPr>
          <w:lang w:val="mk-MK"/>
        </w:rPr>
        <w:t>2. Reikia dviejų komandų, sudarytų iš mažiausiai trijų žmonių, stovinčių viena priešais kitą tam tikru atstumu, o kiekvienos komandos nariai stovi vienas šalia kito ir laikosi už rankų.</w:t>
      </w:r>
    </w:p>
    <w:p w14:paraId="4A17AB10" w14:textId="73D39E24" w:rsidR="00997E29" w:rsidRDefault="00997E29" w:rsidP="00997E29">
      <w:pPr>
        <w:pStyle w:val="prastasiniatinklio"/>
        <w:rPr>
          <w:lang w:val="mk-MK"/>
        </w:rPr>
      </w:pPr>
      <w:r w:rsidRPr="00997E29">
        <w:rPr>
          <w:lang w:val="mk-MK"/>
        </w:rPr>
        <w:lastRenderedPageBreak/>
        <w:t>3. Žaidimas prasideda, kai viena komanda pasirenka vieną žaidėją iš priešininkų komandos, kuris bus „šaudytojas“. Pasirinktajam žaidėjui reikia bėgti link jų ir bandyti „pralaužti“ sieną, prabėgant tarp dviejų žaidėjų, kad jo nesustabdytų. Jei jam pavyksta pramušti sieną, jis pasirenka vieną žaidėją iš tos komandos, kuris prisijungia prie jo komandos. Tačiau jei jis sustabdomas, jis lieka toje vietoje, kur jam nepavyko pramušti sienos. Laimi ta komanda, kuriai pavyksta surinkti visus žaidėjus į savo komandą.</w:t>
      </w:r>
    </w:p>
    <w:p w14:paraId="74477862" w14:textId="77777777" w:rsidR="00997E29" w:rsidRPr="00997E29" w:rsidRDefault="00997E29" w:rsidP="00997E29">
      <w:pPr>
        <w:pStyle w:val="prastasiniatinklio"/>
        <w:rPr>
          <w:lang w:val="mk-MK"/>
        </w:rPr>
      </w:pPr>
      <w:r w:rsidRPr="00997E29">
        <w:rPr>
          <w:lang w:val="mk-MK"/>
        </w:rPr>
        <w:t>4. Dialogas tarp dviejų komandų vyksta taip:</w:t>
      </w:r>
    </w:p>
    <w:p w14:paraId="74E24D58" w14:textId="77777777" w:rsidR="00997E29" w:rsidRPr="00997E29" w:rsidRDefault="00997E29" w:rsidP="00997E29">
      <w:pPr>
        <w:pStyle w:val="prastasiniatinklio"/>
        <w:rPr>
          <w:lang w:val="mk-MK"/>
        </w:rPr>
      </w:pPr>
      <w:r w:rsidRPr="00997E29">
        <w:rPr>
          <w:lang w:val="mk-MK"/>
        </w:rPr>
        <w:t>A: Pasiduok, Cezari, ir tavo armija!</w:t>
      </w:r>
    </w:p>
    <w:p w14:paraId="28BE3204" w14:textId="77777777" w:rsidR="00997E29" w:rsidRPr="00997E29" w:rsidRDefault="00997E29" w:rsidP="00997E29">
      <w:pPr>
        <w:pStyle w:val="prastasiniatinklio"/>
        <w:rPr>
          <w:lang w:val="mk-MK"/>
        </w:rPr>
      </w:pPr>
      <w:r w:rsidRPr="00997E29">
        <w:rPr>
          <w:lang w:val="mk-MK"/>
        </w:rPr>
        <w:t>B: Mes nepasiduosime!</w:t>
      </w:r>
    </w:p>
    <w:p w14:paraId="23917F79" w14:textId="77777777" w:rsidR="00997E29" w:rsidRPr="00997E29" w:rsidRDefault="00997E29" w:rsidP="00997E29">
      <w:pPr>
        <w:pStyle w:val="prastasiniatinklio"/>
        <w:rPr>
          <w:lang w:val="mk-MK"/>
        </w:rPr>
      </w:pPr>
      <w:r w:rsidRPr="00997E29">
        <w:rPr>
          <w:lang w:val="mk-MK"/>
        </w:rPr>
        <w:t>A: Šaudysime!</w:t>
      </w:r>
    </w:p>
    <w:p w14:paraId="1FD40B64" w14:textId="77777777" w:rsidR="00997E29" w:rsidRPr="00997E29" w:rsidRDefault="00997E29" w:rsidP="00997E29">
      <w:pPr>
        <w:pStyle w:val="prastasiniatinklio"/>
        <w:rPr>
          <w:lang w:val="mk-MK"/>
        </w:rPr>
      </w:pPr>
      <w:r w:rsidRPr="00997E29">
        <w:rPr>
          <w:lang w:val="mk-MK"/>
        </w:rPr>
        <w:t>B: Pirmyn!</w:t>
      </w:r>
    </w:p>
    <w:p w14:paraId="24C5CB47" w14:textId="77777777" w:rsidR="00997E29" w:rsidRPr="00997E29" w:rsidRDefault="00997E29" w:rsidP="00997E29">
      <w:pPr>
        <w:pStyle w:val="prastasiniatinklio"/>
        <w:rPr>
          <w:lang w:val="mk-MK"/>
        </w:rPr>
      </w:pPr>
      <w:r w:rsidRPr="00997E29">
        <w:rPr>
          <w:lang w:val="mk-MK"/>
        </w:rPr>
        <w:t>A: Pasirink savo snaiperį!</w:t>
      </w:r>
    </w:p>
    <w:p w14:paraId="1866B69A" w14:textId="5314355D" w:rsidR="00997E29" w:rsidRPr="00997E29" w:rsidRDefault="00997E29" w:rsidP="00997E29">
      <w:pPr>
        <w:pStyle w:val="prastasiniatinklio"/>
        <w:rPr>
          <w:lang w:val="mk-MK"/>
        </w:rPr>
      </w:pPr>
      <w:r w:rsidRPr="00997E29">
        <w:rPr>
          <w:lang w:val="mk-MK"/>
        </w:rPr>
        <w:t>B: (Žaidėjo vardas)</w:t>
      </w:r>
    </w:p>
    <w:p w14:paraId="2638284A" w14:textId="77777777" w:rsidR="00B63454" w:rsidRPr="00B82E50" w:rsidRDefault="00FF2AFF" w:rsidP="00B63454">
      <w:pPr>
        <w:rPr>
          <w:lang w:val="mk-MK"/>
        </w:rPr>
      </w:pPr>
      <w:r>
        <w:rPr>
          <w:noProof/>
          <w:sz w:val="28"/>
          <w:szCs w:val="28"/>
        </w:rPr>
        <w:drawing>
          <wp:inline distT="0" distB="0" distL="0" distR="0" wp14:anchorId="3F699BE2" wp14:editId="518E0DE8">
            <wp:extent cx="2153920" cy="1615440"/>
            <wp:effectExtent l="0" t="0" r="0" b="381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my gra 2.jpg"/>
                    <pic:cNvPicPr/>
                  </pic:nvPicPr>
                  <pic:blipFill>
                    <a:blip r:embed="rId56">
                      <a:extLst>
                        <a:ext uri="{28A0092B-C50C-407E-A947-70E740481C1C}">
                          <a14:useLocalDpi xmlns:a14="http://schemas.microsoft.com/office/drawing/2010/main" val="0"/>
                        </a:ext>
                      </a:extLst>
                    </a:blip>
                    <a:stretch>
                      <a:fillRect/>
                    </a:stretch>
                  </pic:blipFill>
                  <pic:spPr>
                    <a:xfrm>
                      <a:off x="0" y="0"/>
                      <a:ext cx="2160418" cy="1620314"/>
                    </a:xfrm>
                    <a:prstGeom prst="rect">
                      <a:avLst/>
                    </a:prstGeom>
                  </pic:spPr>
                </pic:pic>
              </a:graphicData>
            </a:graphic>
          </wp:inline>
        </w:drawing>
      </w:r>
      <w:r>
        <w:rPr>
          <w:lang w:val="mk-MK"/>
        </w:rPr>
        <w:t xml:space="preserve"> </w:t>
      </w:r>
      <w:r>
        <w:rPr>
          <w:noProof/>
          <w:sz w:val="28"/>
          <w:szCs w:val="28"/>
        </w:rPr>
        <w:drawing>
          <wp:inline distT="0" distB="0" distL="0" distR="0" wp14:anchorId="51B87132" wp14:editId="2BDB64EE">
            <wp:extent cx="2235200" cy="16764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my gra 1.jpg"/>
                    <pic:cNvPicPr/>
                  </pic:nvPicPr>
                  <pic:blipFill>
                    <a:blip r:embed="rId57">
                      <a:extLst>
                        <a:ext uri="{28A0092B-C50C-407E-A947-70E740481C1C}">
                          <a14:useLocalDpi xmlns:a14="http://schemas.microsoft.com/office/drawing/2010/main" val="0"/>
                        </a:ext>
                      </a:extLst>
                    </a:blip>
                    <a:stretch>
                      <a:fillRect/>
                    </a:stretch>
                  </pic:blipFill>
                  <pic:spPr>
                    <a:xfrm>
                      <a:off x="0" y="0"/>
                      <a:ext cx="2234756" cy="1676067"/>
                    </a:xfrm>
                    <a:prstGeom prst="rect">
                      <a:avLst/>
                    </a:prstGeom>
                  </pic:spPr>
                </pic:pic>
              </a:graphicData>
            </a:graphic>
          </wp:inline>
        </w:drawing>
      </w:r>
      <w:r w:rsidRPr="00FF2AFF">
        <w:rPr>
          <w:noProof/>
          <w:sz w:val="28"/>
          <w:szCs w:val="28"/>
        </w:rPr>
        <w:t xml:space="preserve"> </w:t>
      </w:r>
      <w:r>
        <w:rPr>
          <w:noProof/>
          <w:sz w:val="28"/>
          <w:szCs w:val="28"/>
        </w:rPr>
        <w:drawing>
          <wp:inline distT="0" distB="0" distL="0" distR="0" wp14:anchorId="1ABBC92B" wp14:editId="31212DC5">
            <wp:extent cx="2164080" cy="1623060"/>
            <wp:effectExtent l="0" t="0" r="762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my gra 3.jpg"/>
                    <pic:cNvPicPr/>
                  </pic:nvPicPr>
                  <pic:blipFill>
                    <a:blip r:embed="rId58">
                      <a:extLst>
                        <a:ext uri="{28A0092B-C50C-407E-A947-70E740481C1C}">
                          <a14:useLocalDpi xmlns:a14="http://schemas.microsoft.com/office/drawing/2010/main" val="0"/>
                        </a:ext>
                      </a:extLst>
                    </a:blip>
                    <a:stretch>
                      <a:fillRect/>
                    </a:stretch>
                  </pic:blipFill>
                  <pic:spPr>
                    <a:xfrm>
                      <a:off x="0" y="0"/>
                      <a:ext cx="2164080" cy="1623060"/>
                    </a:xfrm>
                    <a:prstGeom prst="rect">
                      <a:avLst/>
                    </a:prstGeom>
                  </pic:spPr>
                </pic:pic>
              </a:graphicData>
            </a:graphic>
          </wp:inline>
        </w:drawing>
      </w:r>
    </w:p>
    <w:p w14:paraId="0FD783FC" w14:textId="77777777" w:rsidR="003F0C82" w:rsidRPr="003F0C82" w:rsidRDefault="003F0C82" w:rsidP="003F0C82">
      <w:pPr>
        <w:rPr>
          <w:lang w:val="mk-MK"/>
        </w:rPr>
      </w:pPr>
      <w:r w:rsidRPr="003F0C82">
        <w:rPr>
          <w:lang w:val="mk-MK"/>
        </w:rPr>
        <w:t>Žaidimo pavadinimas: „Jamia“</w:t>
      </w:r>
    </w:p>
    <w:p w14:paraId="59EF0DA6" w14:textId="77777777" w:rsidR="003F0C82" w:rsidRPr="003F0C82" w:rsidRDefault="003F0C82" w:rsidP="003F0C82">
      <w:pPr>
        <w:rPr>
          <w:lang w:val="mk-MK"/>
        </w:rPr>
      </w:pPr>
      <w:r w:rsidRPr="003F0C82">
        <w:rPr>
          <w:lang w:val="mk-MK"/>
        </w:rPr>
        <w:t>Žaidėjų skaičius: mažiausiai 6.</w:t>
      </w:r>
    </w:p>
    <w:p w14:paraId="5010C608" w14:textId="5FBF2390" w:rsidR="00B63454" w:rsidRDefault="003F0C82" w:rsidP="003F0C82">
      <w:pPr>
        <w:rPr>
          <w:lang w:val="mk-MK"/>
        </w:rPr>
      </w:pPr>
      <w:r w:rsidRPr="003F0C82">
        <w:rPr>
          <w:lang w:val="mk-MK"/>
        </w:rPr>
        <w:t>Reikmenys: kamuolys, 8–10 skirtingo dydžio kamuoliukų (nuo didžiausio iki mažiausio)</w:t>
      </w:r>
    </w:p>
    <w:p w14:paraId="0A4D94FD" w14:textId="7884E7B1" w:rsidR="003F0C82" w:rsidRPr="003F0C82" w:rsidRDefault="003F0C82" w:rsidP="003F0C82">
      <w:pPr>
        <w:rPr>
          <w:lang w:val="mk-MK"/>
        </w:rPr>
      </w:pPr>
      <w:r>
        <w:rPr>
          <w:lang w:val="lt-LT"/>
        </w:rPr>
        <w:t>Žaidimo eiga</w:t>
      </w:r>
      <w:r w:rsidRPr="003F0C82">
        <w:rPr>
          <w:lang w:val="mk-MK"/>
        </w:rPr>
        <w:t>:</w:t>
      </w:r>
    </w:p>
    <w:p w14:paraId="5D595B51" w14:textId="77777777" w:rsidR="003F0C82" w:rsidRPr="003F0C82" w:rsidRDefault="003F0C82" w:rsidP="003F0C82">
      <w:pPr>
        <w:rPr>
          <w:lang w:val="mk-MK"/>
        </w:rPr>
      </w:pPr>
      <w:r w:rsidRPr="003F0C82">
        <w:rPr>
          <w:lang w:val="mk-MK"/>
        </w:rPr>
        <w:t>1.1. Šis žaidimas skirtas dviem vaikų grupėms, kiekvienoje grupėje turi būti ne mažiau kaip 3 vaikai.</w:t>
      </w:r>
    </w:p>
    <w:p w14:paraId="48110F1D" w14:textId="77777777" w:rsidR="003F0C82" w:rsidRPr="003F0C82" w:rsidRDefault="003F0C82" w:rsidP="003F0C82">
      <w:pPr>
        <w:rPr>
          <w:lang w:val="mk-MK"/>
        </w:rPr>
      </w:pPr>
      <w:r w:rsidRPr="003F0C82">
        <w:rPr>
          <w:lang w:val="mk-MK"/>
        </w:rPr>
        <w:t>2. Pirmiausia vaikai sudeda 10 skirtingo dydžio plytelių, nuo didžiausios iki mažiausios. Kai plytelės sudėtos, viena grupė stovi priešais plytelės 3 metrų atstumu, o kita grupė stovi už jų.</w:t>
      </w:r>
    </w:p>
    <w:p w14:paraId="517D9976" w14:textId="77777777" w:rsidR="003F0C82" w:rsidRPr="003F0C82" w:rsidRDefault="003F0C82" w:rsidP="003F0C82">
      <w:pPr>
        <w:rPr>
          <w:lang w:val="mk-MK"/>
        </w:rPr>
      </w:pPr>
      <w:r w:rsidRPr="003F0C82">
        <w:rPr>
          <w:lang w:val="mk-MK"/>
        </w:rPr>
        <w:t>3. Vienas iš grupės, stovinčios priešais plytelės, narių meta kamuolį, bandydamas pataikyti į plytelę. Jis/ji turi tris metimus. Kai jis/ji pataiko į mošeją, grupė, stovinti prieš plyteles, pabėga, o kita grupė paima kamuolį ir sako „stop“.</w:t>
      </w:r>
    </w:p>
    <w:p w14:paraId="6E51A8DE" w14:textId="77777777" w:rsidR="00AC7BF0" w:rsidRDefault="003F0C82" w:rsidP="003F0C82">
      <w:pPr>
        <w:rPr>
          <w:lang w:val="lt-LT"/>
        </w:rPr>
      </w:pPr>
      <w:r w:rsidRPr="003F0C82">
        <w:rPr>
          <w:lang w:val="mk-MK"/>
        </w:rPr>
        <w:t>4. Tada visi žaidėjai stovi ramiai, o vienas iš žaidėjų su kamuoliu jį meta ir turi pataikyti į vieną</w:t>
      </w:r>
      <w:r w:rsidR="00AC7BF0">
        <w:rPr>
          <w:lang w:val="lt-LT"/>
        </w:rPr>
        <w:t>.</w:t>
      </w:r>
    </w:p>
    <w:p w14:paraId="42C42AB2" w14:textId="0967CDDF" w:rsidR="003F0C82" w:rsidRDefault="00AC7BF0" w:rsidP="003F0C82">
      <w:pPr>
        <w:rPr>
          <w:lang w:val="mk-MK"/>
        </w:rPr>
      </w:pPr>
      <w:r w:rsidRPr="00AC7BF0">
        <w:rPr>
          <w:lang w:val="mk-MK"/>
        </w:rPr>
        <w:lastRenderedPageBreak/>
        <w:t>5. Jei jis pataiko į ką nors, pataikytas žaidėjas iškrenta iš žaidimo. Jei jis niekam nepataiko, vienas iš jų bėga paskui kamuolį, o kiti eina statyti mečetę iš plytelių. Kol jie ją stato, žaidėjas gali juos pataikyti kamuoliu, o jei jam nepavyksta pataikyti ir jie pastato mečetę, tada ta grupė sušunka „Mečetė“ ir jie tampa nugalėtojais.</w:t>
      </w:r>
      <w:r w:rsidR="003F0C82" w:rsidRPr="003F0C82">
        <w:rPr>
          <w:lang w:val="mk-MK"/>
        </w:rPr>
        <w:t xml:space="preserve"> iš kitų žaidėjų.</w:t>
      </w:r>
    </w:p>
    <w:p w14:paraId="5C006438" w14:textId="77777777" w:rsidR="00AC7BF0" w:rsidRPr="00B82E50" w:rsidRDefault="00AC7BF0" w:rsidP="003F0C82">
      <w:pPr>
        <w:rPr>
          <w:lang w:val="mk-MK"/>
        </w:rPr>
      </w:pPr>
    </w:p>
    <w:p w14:paraId="4F0ADC33" w14:textId="77777777" w:rsidR="00B63454" w:rsidRPr="00B82E50" w:rsidRDefault="00FF2AFF" w:rsidP="00B63454">
      <w:pPr>
        <w:rPr>
          <w:lang w:val="mk-MK"/>
        </w:rPr>
      </w:pPr>
      <w:r>
        <w:rPr>
          <w:noProof/>
          <w:sz w:val="28"/>
          <w:szCs w:val="28"/>
        </w:rPr>
        <w:drawing>
          <wp:inline distT="0" distB="0" distL="0" distR="0" wp14:anchorId="60E5AC6A" wp14:editId="66145425">
            <wp:extent cx="2336800" cy="1752600"/>
            <wp:effectExtent l="0" t="0" r="635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sk gra 2.jpg"/>
                    <pic:cNvPicPr/>
                  </pic:nvPicPr>
                  <pic:blipFill>
                    <a:blip r:embed="rId59">
                      <a:extLst>
                        <a:ext uri="{28A0092B-C50C-407E-A947-70E740481C1C}">
                          <a14:useLocalDpi xmlns:a14="http://schemas.microsoft.com/office/drawing/2010/main" val="0"/>
                        </a:ext>
                      </a:extLst>
                    </a:blip>
                    <a:stretch>
                      <a:fillRect/>
                    </a:stretch>
                  </pic:blipFill>
                  <pic:spPr>
                    <a:xfrm>
                      <a:off x="0" y="0"/>
                      <a:ext cx="2336800" cy="1752600"/>
                    </a:xfrm>
                    <a:prstGeom prst="rect">
                      <a:avLst/>
                    </a:prstGeom>
                  </pic:spPr>
                </pic:pic>
              </a:graphicData>
            </a:graphic>
          </wp:inline>
        </w:drawing>
      </w:r>
      <w:r>
        <w:rPr>
          <w:lang w:val="mk-MK"/>
        </w:rPr>
        <w:t xml:space="preserve">  </w:t>
      </w:r>
      <w:r>
        <w:rPr>
          <w:noProof/>
          <w:sz w:val="28"/>
          <w:szCs w:val="28"/>
        </w:rPr>
        <w:drawing>
          <wp:inline distT="0" distB="0" distL="0" distR="0" wp14:anchorId="34ECF006" wp14:editId="00C0F531">
            <wp:extent cx="2280920" cy="1710690"/>
            <wp:effectExtent l="0" t="0" r="5080" b="381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sk gra.jpg"/>
                    <pic:cNvPicPr/>
                  </pic:nvPicPr>
                  <pic:blipFill>
                    <a:blip r:embed="rId60">
                      <a:extLst>
                        <a:ext uri="{28A0092B-C50C-407E-A947-70E740481C1C}">
                          <a14:useLocalDpi xmlns:a14="http://schemas.microsoft.com/office/drawing/2010/main" val="0"/>
                        </a:ext>
                      </a:extLst>
                    </a:blip>
                    <a:stretch>
                      <a:fillRect/>
                    </a:stretch>
                  </pic:blipFill>
                  <pic:spPr>
                    <a:xfrm>
                      <a:off x="0" y="0"/>
                      <a:ext cx="2280920" cy="1710690"/>
                    </a:xfrm>
                    <a:prstGeom prst="rect">
                      <a:avLst/>
                    </a:prstGeom>
                  </pic:spPr>
                </pic:pic>
              </a:graphicData>
            </a:graphic>
          </wp:inline>
        </w:drawing>
      </w:r>
    </w:p>
    <w:p w14:paraId="6EAE74DB" w14:textId="77777777" w:rsidR="00FF2AFF" w:rsidRDefault="00FF2AFF" w:rsidP="00B63454">
      <w:pPr>
        <w:rPr>
          <w:b/>
          <w:lang w:val="mk-MK"/>
        </w:rPr>
      </w:pPr>
    </w:p>
    <w:p w14:paraId="0A34717E" w14:textId="77777777" w:rsidR="00134E50" w:rsidRPr="008211A7" w:rsidRDefault="00134E50" w:rsidP="00134E50">
      <w:pPr>
        <w:pStyle w:val="prastasiniatinklio"/>
        <w:rPr>
          <w:b/>
          <w:bCs/>
        </w:rPr>
      </w:pPr>
      <w:proofErr w:type="spellStart"/>
      <w:r w:rsidRPr="008211A7">
        <w:rPr>
          <w:b/>
          <w:bCs/>
        </w:rPr>
        <w:t>Žaidimo</w:t>
      </w:r>
      <w:proofErr w:type="spellEnd"/>
      <w:r w:rsidRPr="008211A7">
        <w:rPr>
          <w:b/>
          <w:bCs/>
        </w:rPr>
        <w:t xml:space="preserve"> </w:t>
      </w:r>
      <w:proofErr w:type="spellStart"/>
      <w:r w:rsidRPr="008211A7">
        <w:rPr>
          <w:b/>
          <w:bCs/>
        </w:rPr>
        <w:t>pavadinimas</w:t>
      </w:r>
      <w:proofErr w:type="spellEnd"/>
      <w:r w:rsidRPr="008211A7">
        <w:rPr>
          <w:b/>
          <w:bCs/>
        </w:rPr>
        <w:t>: Skittles</w:t>
      </w:r>
    </w:p>
    <w:p w14:paraId="18F2B309" w14:textId="77777777" w:rsidR="00134E50" w:rsidRDefault="00134E50" w:rsidP="00134E50">
      <w:pPr>
        <w:pStyle w:val="prastasiniatinklio"/>
      </w:pPr>
      <w:proofErr w:type="spellStart"/>
      <w:r>
        <w:t>Žaidėjų</w:t>
      </w:r>
      <w:proofErr w:type="spellEnd"/>
      <w:r>
        <w:t xml:space="preserve"> </w:t>
      </w:r>
      <w:proofErr w:type="spellStart"/>
      <w:r>
        <w:t>skaičius</w:t>
      </w:r>
      <w:proofErr w:type="spellEnd"/>
      <w:r>
        <w:t xml:space="preserve">: </w:t>
      </w:r>
      <w:proofErr w:type="spellStart"/>
      <w:r>
        <w:t>Mažiausiai</w:t>
      </w:r>
      <w:proofErr w:type="spellEnd"/>
      <w:r>
        <w:t xml:space="preserve"> 2.</w:t>
      </w:r>
    </w:p>
    <w:p w14:paraId="31CB25F4" w14:textId="77777777" w:rsidR="00134E50" w:rsidRDefault="00134E50" w:rsidP="00134E50">
      <w:pPr>
        <w:pStyle w:val="prastasiniatinklio"/>
      </w:pPr>
      <w:proofErr w:type="spellStart"/>
      <w:r>
        <w:t>Reikmenys</w:t>
      </w:r>
      <w:proofErr w:type="spellEnd"/>
      <w:r>
        <w:t>: Skittles (</w:t>
      </w:r>
      <w:proofErr w:type="spellStart"/>
      <w:r>
        <w:t>mažiausiai</w:t>
      </w:r>
      <w:proofErr w:type="spellEnd"/>
      <w:r>
        <w:t xml:space="preserve"> 6)</w:t>
      </w:r>
    </w:p>
    <w:p w14:paraId="597BD8A2" w14:textId="77777777" w:rsidR="00134E50" w:rsidRDefault="00134E50" w:rsidP="00134E50">
      <w:pPr>
        <w:pStyle w:val="prastasiniatinklio"/>
      </w:pPr>
      <w:proofErr w:type="spellStart"/>
      <w:r>
        <w:t>Žaidimo</w:t>
      </w:r>
      <w:proofErr w:type="spellEnd"/>
      <w:r>
        <w:t xml:space="preserve"> </w:t>
      </w:r>
      <w:proofErr w:type="spellStart"/>
      <w:r>
        <w:t>eiga</w:t>
      </w:r>
      <w:proofErr w:type="spellEnd"/>
      <w:r>
        <w:t>:</w:t>
      </w:r>
    </w:p>
    <w:p w14:paraId="417AD383" w14:textId="77777777" w:rsidR="008211A7" w:rsidRDefault="00134E50" w:rsidP="00134E50">
      <w:pPr>
        <w:pStyle w:val="prastasiniatinklio"/>
      </w:pPr>
      <w:r>
        <w:t xml:space="preserve">1. </w:t>
      </w:r>
      <w:proofErr w:type="spellStart"/>
      <w:r>
        <w:t>Buteliai</w:t>
      </w:r>
      <w:proofErr w:type="spellEnd"/>
      <w:r>
        <w:t xml:space="preserve"> </w:t>
      </w:r>
      <w:proofErr w:type="spellStart"/>
      <w:r>
        <w:t>išdėstomi</w:t>
      </w:r>
      <w:proofErr w:type="spellEnd"/>
      <w:r>
        <w:t xml:space="preserve"> 20 cm </w:t>
      </w:r>
      <w:proofErr w:type="spellStart"/>
      <w:r>
        <w:t>atstumu</w:t>
      </w:r>
      <w:proofErr w:type="spellEnd"/>
      <w:r>
        <w:t xml:space="preserve"> </w:t>
      </w:r>
      <w:proofErr w:type="spellStart"/>
      <w:r>
        <w:t>vienas</w:t>
      </w:r>
      <w:proofErr w:type="spellEnd"/>
      <w:r>
        <w:t xml:space="preserve"> </w:t>
      </w:r>
      <w:proofErr w:type="spellStart"/>
      <w:r>
        <w:t>nuo</w:t>
      </w:r>
      <w:proofErr w:type="spellEnd"/>
      <w:r>
        <w:t xml:space="preserve"> </w:t>
      </w:r>
      <w:proofErr w:type="spellStart"/>
      <w:r>
        <w:t>kito</w:t>
      </w:r>
      <w:proofErr w:type="spellEnd"/>
      <w:r>
        <w:t xml:space="preserve">, o </w:t>
      </w:r>
      <w:proofErr w:type="spellStart"/>
      <w:r>
        <w:t>žaidėjai</w:t>
      </w:r>
      <w:proofErr w:type="spellEnd"/>
      <w:r>
        <w:t xml:space="preserve"> </w:t>
      </w:r>
      <w:proofErr w:type="spellStart"/>
      <w:r>
        <w:t>paeiliui</w:t>
      </w:r>
      <w:proofErr w:type="spellEnd"/>
      <w:r>
        <w:t xml:space="preserve"> meta </w:t>
      </w:r>
      <w:proofErr w:type="spellStart"/>
      <w:r>
        <w:t>savo</w:t>
      </w:r>
      <w:proofErr w:type="spellEnd"/>
      <w:r>
        <w:t xml:space="preserve"> </w:t>
      </w:r>
      <w:proofErr w:type="spellStart"/>
      <w:r>
        <w:t>butelius</w:t>
      </w:r>
      <w:proofErr w:type="spellEnd"/>
      <w:r>
        <w:t xml:space="preserve"> </w:t>
      </w:r>
      <w:proofErr w:type="spellStart"/>
      <w:r>
        <w:t>ir</w:t>
      </w:r>
      <w:proofErr w:type="spellEnd"/>
      <w:r>
        <w:t xml:space="preserve"> bando </w:t>
      </w:r>
      <w:proofErr w:type="spellStart"/>
      <w:r>
        <w:t>pataikyti</w:t>
      </w:r>
      <w:proofErr w:type="spellEnd"/>
      <w:r>
        <w:t xml:space="preserve"> į </w:t>
      </w:r>
      <w:proofErr w:type="spellStart"/>
      <w:r>
        <w:t>kitus</w:t>
      </w:r>
      <w:proofErr w:type="spellEnd"/>
      <w:r>
        <w:t xml:space="preserve"> </w:t>
      </w:r>
      <w:proofErr w:type="spellStart"/>
      <w:r>
        <w:t>butelius</w:t>
      </w:r>
      <w:proofErr w:type="spellEnd"/>
      <w:r>
        <w:t xml:space="preserve">, </w:t>
      </w:r>
      <w:proofErr w:type="spellStart"/>
      <w:r>
        <w:t>išdėstytus</w:t>
      </w:r>
      <w:proofErr w:type="spellEnd"/>
      <w:r>
        <w:t xml:space="preserve"> tam </w:t>
      </w:r>
      <w:proofErr w:type="spellStart"/>
      <w:r>
        <w:t>tikru</w:t>
      </w:r>
      <w:proofErr w:type="spellEnd"/>
      <w:r>
        <w:t xml:space="preserve"> </w:t>
      </w:r>
      <w:proofErr w:type="spellStart"/>
      <w:r>
        <w:t>atstumu</w:t>
      </w:r>
      <w:proofErr w:type="spellEnd"/>
      <w:r>
        <w:t>.</w:t>
      </w:r>
    </w:p>
    <w:p w14:paraId="7F329444" w14:textId="60D75F95" w:rsidR="00134E50" w:rsidRDefault="00134E50" w:rsidP="00134E50">
      <w:pPr>
        <w:pStyle w:val="prastasiniatinklio"/>
      </w:pPr>
      <w:r>
        <w:t xml:space="preserve">2. </w:t>
      </w:r>
      <w:proofErr w:type="spellStart"/>
      <w:r>
        <w:t>Jei</w:t>
      </w:r>
      <w:proofErr w:type="spellEnd"/>
      <w:r>
        <w:t xml:space="preserve"> </w:t>
      </w:r>
      <w:proofErr w:type="spellStart"/>
      <w:r>
        <w:t>žaidėjas</w:t>
      </w:r>
      <w:proofErr w:type="spellEnd"/>
      <w:r>
        <w:t xml:space="preserve"> </w:t>
      </w:r>
      <w:proofErr w:type="spellStart"/>
      <w:r>
        <w:t>pataiko</w:t>
      </w:r>
      <w:proofErr w:type="spellEnd"/>
      <w:r>
        <w:t xml:space="preserve"> į </w:t>
      </w:r>
      <w:proofErr w:type="spellStart"/>
      <w:r>
        <w:t>kėglį</w:t>
      </w:r>
      <w:proofErr w:type="spellEnd"/>
      <w:r>
        <w:t xml:space="preserve">, </w:t>
      </w:r>
      <w:proofErr w:type="spellStart"/>
      <w:r>
        <w:t>jis</w:t>
      </w:r>
      <w:proofErr w:type="spellEnd"/>
      <w:r>
        <w:t xml:space="preserve"> </w:t>
      </w:r>
      <w:proofErr w:type="spellStart"/>
      <w:r>
        <w:t>gali</w:t>
      </w:r>
      <w:proofErr w:type="spellEnd"/>
      <w:r>
        <w:t xml:space="preserve"> </w:t>
      </w:r>
      <w:proofErr w:type="spellStart"/>
      <w:r>
        <w:t>jį</w:t>
      </w:r>
      <w:proofErr w:type="spellEnd"/>
      <w:r>
        <w:t xml:space="preserve"> </w:t>
      </w:r>
      <w:proofErr w:type="spellStart"/>
      <w:r>
        <w:t>pasilikti</w:t>
      </w:r>
      <w:proofErr w:type="spellEnd"/>
      <w:r>
        <w:t xml:space="preserve">. </w:t>
      </w:r>
      <w:proofErr w:type="spellStart"/>
      <w:r>
        <w:t>Jei</w:t>
      </w:r>
      <w:proofErr w:type="spellEnd"/>
      <w:r>
        <w:t xml:space="preserve"> </w:t>
      </w:r>
      <w:proofErr w:type="spellStart"/>
      <w:r>
        <w:t>nepataiko</w:t>
      </w:r>
      <w:proofErr w:type="spellEnd"/>
      <w:r>
        <w:t xml:space="preserve">, </w:t>
      </w:r>
      <w:proofErr w:type="spellStart"/>
      <w:r>
        <w:t>eilė</w:t>
      </w:r>
      <w:proofErr w:type="spellEnd"/>
      <w:r>
        <w:t xml:space="preserve"> </w:t>
      </w:r>
      <w:proofErr w:type="spellStart"/>
      <w:r>
        <w:t>pereina</w:t>
      </w:r>
      <w:proofErr w:type="spellEnd"/>
      <w:r>
        <w:t xml:space="preserve"> </w:t>
      </w:r>
      <w:proofErr w:type="spellStart"/>
      <w:r>
        <w:t>kitam</w:t>
      </w:r>
      <w:proofErr w:type="spellEnd"/>
      <w:r>
        <w:t xml:space="preserve"> </w:t>
      </w:r>
      <w:proofErr w:type="spellStart"/>
      <w:r>
        <w:t>žaidėjui</w:t>
      </w:r>
      <w:proofErr w:type="spellEnd"/>
      <w:r>
        <w:t>.</w:t>
      </w:r>
    </w:p>
    <w:p w14:paraId="526EF79A" w14:textId="77777777" w:rsidR="00134E50" w:rsidRDefault="00134E50" w:rsidP="00134E50">
      <w:pPr>
        <w:pStyle w:val="prastasiniatinklio"/>
      </w:pPr>
      <w:r>
        <w:t xml:space="preserve">3. </w:t>
      </w:r>
      <w:proofErr w:type="spellStart"/>
      <w:r>
        <w:t>Žaidimas</w:t>
      </w:r>
      <w:proofErr w:type="spellEnd"/>
      <w:r>
        <w:t xml:space="preserve"> </w:t>
      </w:r>
      <w:proofErr w:type="spellStart"/>
      <w:r>
        <w:t>baigiasi</w:t>
      </w:r>
      <w:proofErr w:type="spellEnd"/>
      <w:r>
        <w:t xml:space="preserve">, kai </w:t>
      </w:r>
      <w:proofErr w:type="spellStart"/>
      <w:r>
        <w:t>visi</w:t>
      </w:r>
      <w:proofErr w:type="spellEnd"/>
      <w:r>
        <w:t xml:space="preserve"> </w:t>
      </w:r>
      <w:proofErr w:type="spellStart"/>
      <w:r>
        <w:t>kėgliai</w:t>
      </w:r>
      <w:proofErr w:type="spellEnd"/>
      <w:r>
        <w:t xml:space="preserve"> </w:t>
      </w:r>
      <w:proofErr w:type="spellStart"/>
      <w:r>
        <w:t>yra</w:t>
      </w:r>
      <w:proofErr w:type="spellEnd"/>
      <w:r>
        <w:t xml:space="preserve"> </w:t>
      </w:r>
      <w:proofErr w:type="spellStart"/>
      <w:r>
        <w:t>numušti</w:t>
      </w:r>
      <w:proofErr w:type="spellEnd"/>
      <w:r>
        <w:t xml:space="preserve">, o </w:t>
      </w:r>
      <w:proofErr w:type="spellStart"/>
      <w:r>
        <w:t>laimėtojas</w:t>
      </w:r>
      <w:proofErr w:type="spellEnd"/>
      <w:r>
        <w:t xml:space="preserve"> </w:t>
      </w:r>
      <w:proofErr w:type="spellStart"/>
      <w:r>
        <w:t>yra</w:t>
      </w:r>
      <w:proofErr w:type="spellEnd"/>
      <w:r>
        <w:t xml:space="preserve"> </w:t>
      </w:r>
      <w:proofErr w:type="spellStart"/>
      <w:r>
        <w:t>tas</w:t>
      </w:r>
      <w:proofErr w:type="spellEnd"/>
      <w:r>
        <w:t xml:space="preserve">, </w:t>
      </w:r>
      <w:proofErr w:type="spellStart"/>
      <w:r>
        <w:t>kuris</w:t>
      </w:r>
      <w:proofErr w:type="spellEnd"/>
      <w:r>
        <w:t xml:space="preserve"> </w:t>
      </w:r>
      <w:proofErr w:type="spellStart"/>
      <w:r>
        <w:t>surinko</w:t>
      </w:r>
      <w:proofErr w:type="spellEnd"/>
      <w:r>
        <w:t xml:space="preserve"> </w:t>
      </w:r>
      <w:proofErr w:type="spellStart"/>
      <w:r>
        <w:t>daugiausiai</w:t>
      </w:r>
      <w:proofErr w:type="spellEnd"/>
      <w:r>
        <w:t xml:space="preserve"> </w:t>
      </w:r>
      <w:proofErr w:type="spellStart"/>
      <w:r>
        <w:t>taškų</w:t>
      </w:r>
      <w:proofErr w:type="spellEnd"/>
      <w:r>
        <w:t>.</w:t>
      </w:r>
    </w:p>
    <w:p w14:paraId="377BD777" w14:textId="77777777" w:rsidR="00B63454" w:rsidRPr="00134E50" w:rsidRDefault="00B63454" w:rsidP="00B63454"/>
    <w:p w14:paraId="6BBA3DFB" w14:textId="77777777" w:rsidR="00995F66" w:rsidRDefault="00FF2AFF" w:rsidP="00BD2AD3">
      <w:pPr>
        <w:jc w:val="center"/>
        <w:rPr>
          <w:noProof/>
          <w:sz w:val="28"/>
          <w:szCs w:val="28"/>
          <w:lang w:val="mk-MK"/>
        </w:rPr>
      </w:pPr>
      <w:r>
        <w:rPr>
          <w:noProof/>
          <w:sz w:val="28"/>
          <w:szCs w:val="28"/>
          <w:lang w:val="mk-MK"/>
        </w:rPr>
        <w:t xml:space="preserve">          </w:t>
      </w:r>
    </w:p>
    <w:p w14:paraId="14CAEFD7" w14:textId="77777777" w:rsidR="00995F66" w:rsidRDefault="00995F66" w:rsidP="00BD2AD3">
      <w:pPr>
        <w:jc w:val="center"/>
        <w:rPr>
          <w:noProof/>
          <w:sz w:val="28"/>
          <w:szCs w:val="28"/>
          <w:lang w:val="mk-MK"/>
        </w:rPr>
      </w:pPr>
    </w:p>
    <w:p w14:paraId="1B5E9478" w14:textId="77777777" w:rsidR="00995F66" w:rsidRDefault="00995F66" w:rsidP="00BD2AD3">
      <w:pPr>
        <w:jc w:val="center"/>
        <w:rPr>
          <w:noProof/>
          <w:sz w:val="28"/>
          <w:szCs w:val="28"/>
          <w:lang w:val="mk-MK"/>
        </w:rPr>
      </w:pPr>
    </w:p>
    <w:p w14:paraId="40C65EED" w14:textId="77777777" w:rsidR="00995F66" w:rsidRDefault="00995F66" w:rsidP="00BD2AD3">
      <w:pPr>
        <w:jc w:val="center"/>
        <w:rPr>
          <w:noProof/>
          <w:sz w:val="28"/>
          <w:szCs w:val="28"/>
          <w:lang w:val="mk-MK"/>
        </w:rPr>
      </w:pPr>
    </w:p>
    <w:p w14:paraId="19774E38" w14:textId="77777777" w:rsidR="00995F66" w:rsidRDefault="00995F66" w:rsidP="00BD2AD3">
      <w:pPr>
        <w:jc w:val="center"/>
        <w:rPr>
          <w:noProof/>
          <w:sz w:val="28"/>
          <w:szCs w:val="28"/>
          <w:lang w:val="mk-MK"/>
        </w:rPr>
      </w:pPr>
    </w:p>
    <w:p w14:paraId="580088C8" w14:textId="77777777" w:rsidR="00995F66" w:rsidRDefault="00995F66" w:rsidP="00BD2AD3">
      <w:pPr>
        <w:jc w:val="center"/>
        <w:rPr>
          <w:noProof/>
          <w:sz w:val="28"/>
          <w:szCs w:val="28"/>
          <w:lang w:val="mk-MK"/>
        </w:rPr>
      </w:pPr>
    </w:p>
    <w:p w14:paraId="48A75794" w14:textId="77777777" w:rsidR="00995F66" w:rsidRDefault="00995F66" w:rsidP="00BD2AD3">
      <w:pPr>
        <w:jc w:val="center"/>
        <w:rPr>
          <w:noProof/>
          <w:sz w:val="28"/>
          <w:szCs w:val="28"/>
          <w:lang w:val="mk-MK"/>
        </w:rPr>
      </w:pPr>
    </w:p>
    <w:p w14:paraId="282A15A1" w14:textId="77777777" w:rsidR="00995F66" w:rsidRDefault="00995F66" w:rsidP="00BD2AD3">
      <w:pPr>
        <w:jc w:val="center"/>
        <w:rPr>
          <w:noProof/>
          <w:sz w:val="28"/>
          <w:szCs w:val="28"/>
          <w:lang w:val="mk-MK"/>
        </w:rPr>
      </w:pPr>
    </w:p>
    <w:p w14:paraId="7745CBD2" w14:textId="77777777" w:rsidR="00995F66" w:rsidRPr="00995F66" w:rsidRDefault="00995F66" w:rsidP="00995F66">
      <w:pPr>
        <w:pStyle w:val="prastasiniatinklio"/>
        <w:jc w:val="center"/>
        <w:rPr>
          <w:color w:val="1F497D" w:themeColor="text2"/>
          <w:sz w:val="40"/>
          <w:szCs w:val="40"/>
          <w:lang w:val="mk-MK"/>
        </w:rPr>
      </w:pPr>
      <w:r w:rsidRPr="00995F66">
        <w:rPr>
          <w:b/>
          <w:bCs/>
          <w:color w:val="1F497D" w:themeColor="text2"/>
          <w:sz w:val="40"/>
          <w:szCs w:val="40"/>
          <w:lang w:val="mk-MK"/>
        </w:rPr>
        <w:t>Tradiciniai maltiečių žaidimai</w:t>
      </w:r>
    </w:p>
    <w:p w14:paraId="37F3A669" w14:textId="77777777" w:rsidR="00995F66" w:rsidRPr="00995F66" w:rsidRDefault="00995F66" w:rsidP="00995F66">
      <w:pPr>
        <w:pStyle w:val="prastasiniatinklio"/>
        <w:rPr>
          <w:b/>
          <w:bCs/>
          <w:lang w:val="mk-MK"/>
        </w:rPr>
      </w:pPr>
      <w:r w:rsidRPr="00995F66">
        <w:rPr>
          <w:b/>
          <w:bCs/>
          <w:lang w:val="mk-MK"/>
        </w:rPr>
        <w:t>Žaidimo pavadinimas: „Ratukas“</w:t>
      </w:r>
    </w:p>
    <w:p w14:paraId="1943DE97" w14:textId="77777777" w:rsidR="00995F66" w:rsidRPr="00995F66" w:rsidRDefault="00995F66" w:rsidP="00995F66">
      <w:pPr>
        <w:pStyle w:val="prastasiniatinklio"/>
        <w:rPr>
          <w:lang w:val="mk-MK"/>
        </w:rPr>
      </w:pPr>
      <w:r w:rsidRPr="00995F66">
        <w:rPr>
          <w:lang w:val="mk-MK"/>
        </w:rPr>
        <w:t>Žaidėjų skaičius: neribotas</w:t>
      </w:r>
    </w:p>
    <w:p w14:paraId="5BBF1587" w14:textId="77777777" w:rsidR="00995F66" w:rsidRPr="00995F66" w:rsidRDefault="00995F66" w:rsidP="00995F66">
      <w:pPr>
        <w:pStyle w:val="prastasiniatinklio"/>
        <w:rPr>
          <w:lang w:val="mk-MK"/>
        </w:rPr>
      </w:pPr>
      <w:r w:rsidRPr="00995F66">
        <w:rPr>
          <w:lang w:val="mk-MK"/>
        </w:rPr>
        <w:t>Reikalingos priemonės: senas dviračio ratas arba hula-hoop, vielos gabalas arba lazdele</w:t>
      </w:r>
    </w:p>
    <w:p w14:paraId="4CA9D19B" w14:textId="77777777" w:rsidR="00995F66" w:rsidRPr="00995F66" w:rsidRDefault="00995F66" w:rsidP="00995F66">
      <w:pPr>
        <w:pStyle w:val="prastasiniatinklio"/>
        <w:rPr>
          <w:lang w:val="mk-MK"/>
        </w:rPr>
      </w:pPr>
      <w:r w:rsidRPr="00995F66">
        <w:rPr>
          <w:lang w:val="mk-MK"/>
        </w:rPr>
        <w:t>Kaip žaisti:</w:t>
      </w:r>
    </w:p>
    <w:p w14:paraId="29DB00ED" w14:textId="77777777" w:rsidR="00995F66" w:rsidRPr="00995F66" w:rsidRDefault="00995F66" w:rsidP="00995F66">
      <w:pPr>
        <w:pStyle w:val="prastasiniatinklio"/>
        <w:rPr>
          <w:lang w:val="mk-MK"/>
        </w:rPr>
      </w:pPr>
      <w:r w:rsidRPr="00995F66">
        <w:rPr>
          <w:lang w:val="mk-MK"/>
        </w:rPr>
        <w:t>1. Šis žaislas buvo pagamintas iš seno dviračio rato ir vielos gabalo, kuris laikė ratą vertikaliai.</w:t>
      </w:r>
    </w:p>
    <w:p w14:paraId="51BF40DD" w14:textId="77777777" w:rsidR="00995F66" w:rsidRPr="00995F66" w:rsidRDefault="00995F66" w:rsidP="00995F66">
      <w:pPr>
        <w:pStyle w:val="prastasiniatinklio"/>
        <w:rPr>
          <w:lang w:val="mk-MK"/>
        </w:rPr>
      </w:pPr>
      <w:r w:rsidRPr="00995F66">
        <w:rPr>
          <w:lang w:val="mk-MK"/>
        </w:rPr>
        <w:t>Su lankeliu galima žaisti keletą skirtingų žaidimų.</w:t>
      </w:r>
    </w:p>
    <w:p w14:paraId="3128440A" w14:textId="77777777" w:rsidR="00995F66" w:rsidRPr="00995F66" w:rsidRDefault="00995F66" w:rsidP="00995F66">
      <w:pPr>
        <w:pStyle w:val="prastasiniatinklio"/>
        <w:rPr>
          <w:lang w:val="mk-MK"/>
        </w:rPr>
      </w:pPr>
      <w:r w:rsidRPr="00995F66">
        <w:rPr>
          <w:lang w:val="mk-MK"/>
        </w:rPr>
        <w:t>2. Vienas iš neįprastesnių žaidimų yra iċ-Ċircu. Net jei niekada nematėte, kaip kas nors žaidžia šį žaidimą realiame gyvenime, galbūt matėte jį senuose filmuose, kuriuose šis žaidimas naudojamas kaip 1960-ųjų metų laikotarpio ir jo glaudaus ryšio su Viduržemio jūros regionu simbolis.</w:t>
      </w:r>
    </w:p>
    <w:p w14:paraId="70C700BB" w14:textId="77777777" w:rsidR="00995F66" w:rsidRPr="00995F66" w:rsidRDefault="00995F66" w:rsidP="00995F66">
      <w:pPr>
        <w:pStyle w:val="prastasiniatinklio"/>
        <w:rPr>
          <w:lang w:val="mk-MK"/>
        </w:rPr>
      </w:pPr>
      <w:r w:rsidRPr="00995F66">
        <w:rPr>
          <w:lang w:val="mk-MK"/>
        </w:rPr>
        <w:t>3. Žaidimas reikalauja sumaniai valdyti ploną seną ratą, paprastai paimtą iš dviračio, siauroje gatvėje, naudojant lazdą su pritvirtintu plonu vielos gabalu.</w:t>
      </w:r>
    </w:p>
    <w:p w14:paraId="3A1B9818" w14:textId="77777777" w:rsidR="00995F66" w:rsidRDefault="00995F66" w:rsidP="00BD2AD3">
      <w:pPr>
        <w:rPr>
          <w:b/>
          <w:lang w:val="mk-MK"/>
        </w:rPr>
      </w:pPr>
    </w:p>
    <w:p w14:paraId="74B56AFC" w14:textId="77777777" w:rsidR="00BD2AD3" w:rsidRPr="00B82E50" w:rsidRDefault="00BD2AD3" w:rsidP="00BD2AD3">
      <w:pPr>
        <w:rPr>
          <w:lang w:val="mk-MK"/>
        </w:rPr>
      </w:pPr>
      <w:r>
        <w:rPr>
          <w:noProof/>
        </w:rPr>
        <w:drawing>
          <wp:inline distT="0" distB="0" distL="0" distR="0" wp14:anchorId="058B1892" wp14:editId="443A3C42">
            <wp:extent cx="1777695" cy="2373598"/>
            <wp:effectExtent l="0" t="0" r="0" b="825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руг.png"/>
                    <pic:cNvPicPr/>
                  </pic:nvPicPr>
                  <pic:blipFill>
                    <a:blip r:embed="rId61">
                      <a:extLst>
                        <a:ext uri="{28A0092B-C50C-407E-A947-70E740481C1C}">
                          <a14:useLocalDpi xmlns:a14="http://schemas.microsoft.com/office/drawing/2010/main" val="0"/>
                        </a:ext>
                      </a:extLst>
                    </a:blip>
                    <a:stretch>
                      <a:fillRect/>
                    </a:stretch>
                  </pic:blipFill>
                  <pic:spPr>
                    <a:xfrm>
                      <a:off x="0" y="0"/>
                      <a:ext cx="1780392" cy="2377199"/>
                    </a:xfrm>
                    <a:prstGeom prst="rect">
                      <a:avLst/>
                    </a:prstGeom>
                  </pic:spPr>
                </pic:pic>
              </a:graphicData>
            </a:graphic>
          </wp:inline>
        </w:drawing>
      </w:r>
    </w:p>
    <w:p w14:paraId="6ED634E3" w14:textId="77777777" w:rsidR="0099341D" w:rsidRDefault="0099341D" w:rsidP="00BD2AD3">
      <w:pPr>
        <w:rPr>
          <w:b/>
          <w:lang w:val="mk-MK"/>
        </w:rPr>
      </w:pPr>
    </w:p>
    <w:p w14:paraId="6E44CF9F" w14:textId="77777777" w:rsidR="00995F66" w:rsidRPr="001131AC" w:rsidRDefault="00995F66" w:rsidP="00995F66">
      <w:pPr>
        <w:pStyle w:val="prastasiniatinklio"/>
        <w:rPr>
          <w:b/>
          <w:bCs/>
          <w:lang w:val="mk-MK"/>
        </w:rPr>
      </w:pPr>
      <w:r w:rsidRPr="001131AC">
        <w:rPr>
          <w:b/>
          <w:bCs/>
          <w:lang w:val="mk-MK"/>
        </w:rPr>
        <w:t>Žaidimo pavadinimas: Boccia</w:t>
      </w:r>
    </w:p>
    <w:p w14:paraId="60DDFA39" w14:textId="77777777" w:rsidR="00995F66" w:rsidRPr="00995F66" w:rsidRDefault="00995F66" w:rsidP="00995F66">
      <w:pPr>
        <w:pStyle w:val="prastasiniatinklio"/>
        <w:rPr>
          <w:lang w:val="mk-MK"/>
        </w:rPr>
      </w:pPr>
      <w:r w:rsidRPr="00995F66">
        <w:rPr>
          <w:lang w:val="mk-MK"/>
        </w:rPr>
        <w:t>Žaidėjų skaičius: Komandos gali būti sudarytos iš 1 žaidėjo (po 4 kamuolius), 2 žaidėjų (po 2 kamuolius) arba 4 žaidėjų (po 1 kamuolį).</w:t>
      </w:r>
    </w:p>
    <w:p w14:paraId="3ED55977" w14:textId="77777777" w:rsidR="00995F66" w:rsidRPr="00995F66" w:rsidRDefault="00995F66" w:rsidP="00995F66">
      <w:pPr>
        <w:pStyle w:val="prastasiniatinklio"/>
        <w:rPr>
          <w:lang w:val="mk-MK"/>
        </w:rPr>
      </w:pPr>
      <w:r w:rsidRPr="00995F66">
        <w:rPr>
          <w:lang w:val="mk-MK"/>
        </w:rPr>
        <w:t>Įranga: 8 x 90 mm rutuliai: 2 raudoni, 2 žali, 2 mėlyni, 2 geltoni ir 1 x 50 mm baltas pallino rutulys (Jack)</w:t>
      </w:r>
    </w:p>
    <w:p w14:paraId="19D5EE45" w14:textId="5281A189" w:rsidR="00995F66" w:rsidRDefault="00995F66" w:rsidP="00995F66">
      <w:pPr>
        <w:pStyle w:val="prastasiniatinklio"/>
        <w:rPr>
          <w:lang w:val="mk-MK"/>
        </w:rPr>
      </w:pPr>
      <w:r w:rsidRPr="00995F66">
        <w:rPr>
          <w:lang w:val="mk-MK"/>
        </w:rPr>
        <w:lastRenderedPageBreak/>
        <w:t>Galbūt seniausias maltiečių žaidimas yra Boċċi. Šv. Jono riterių laikais Maltoje buvo žaidžiamas žaidimas, vadinamas „Magio“, kuris buvo labai panašus į žaidimą, kuris tapo žinomas kaip Boċċi. Viena iš jų yra ta, kad anglai, kurie labai domėjosi žolės boulingu, kuris yra labai panašus į bocce (nors žaidžiamas ant skirtingų paviršių), norėjo šį žaidimą atgabenti į Maltą, bet negalėjo jo įvesti, nes bocce ten jau egzistavo.</w:t>
      </w:r>
    </w:p>
    <w:p w14:paraId="216DE695" w14:textId="77777777" w:rsidR="00995F66" w:rsidRPr="00995F66" w:rsidRDefault="00995F66" w:rsidP="00995F66">
      <w:pPr>
        <w:pStyle w:val="prastasiniatinklio"/>
        <w:rPr>
          <w:lang w:val="mk-MK"/>
        </w:rPr>
      </w:pPr>
      <w:r w:rsidRPr="00995F66">
        <w:rPr>
          <w:lang w:val="mk-MK"/>
        </w:rPr>
        <w:t>Taisyklės:</w:t>
      </w:r>
    </w:p>
    <w:p w14:paraId="1033AA5D" w14:textId="77777777" w:rsidR="00995F66" w:rsidRPr="00995F66" w:rsidRDefault="00995F66" w:rsidP="00995F66">
      <w:pPr>
        <w:pStyle w:val="prastasiniatinklio"/>
        <w:rPr>
          <w:lang w:val="mk-MK"/>
        </w:rPr>
      </w:pPr>
      <w:r w:rsidRPr="00995F66">
        <w:rPr>
          <w:lang w:val="mk-MK"/>
        </w:rPr>
        <w:t>1. Boccia žaidžiama ant lygaus, smėliu padengto paviršiaus, kiekvienoje komandoje yra po tris žaidėjus.</w:t>
      </w:r>
    </w:p>
    <w:p w14:paraId="291B6929" w14:textId="77777777" w:rsidR="00995F66" w:rsidRPr="00995F66" w:rsidRDefault="00995F66" w:rsidP="00995F66">
      <w:pPr>
        <w:pStyle w:val="prastasiniatinklio"/>
        <w:rPr>
          <w:lang w:val="mk-MK"/>
        </w:rPr>
      </w:pPr>
      <w:r w:rsidRPr="00995F66">
        <w:rPr>
          <w:lang w:val="mk-MK"/>
        </w:rPr>
        <w:t>2. Jack kamuolys yra marmuro dydžio ir atrodo kaip snukerio kamuolys. Viena komanda žaidžia raudonais kamuoliais, kita – mėlynais. Žaidimo tikslas – priartinti savo komandos kamuolius kuo arčiau jack kamuolio.</w:t>
      </w:r>
    </w:p>
    <w:p w14:paraId="1B9E064A" w14:textId="77777777" w:rsidR="00995F66" w:rsidRDefault="00995F66" w:rsidP="00995F66">
      <w:pPr>
        <w:pStyle w:val="prastasiniatinklio"/>
      </w:pPr>
      <w:r>
        <w:t xml:space="preserve">3. </w:t>
      </w:r>
      <w:proofErr w:type="spellStart"/>
      <w:r>
        <w:t>Tikslas</w:t>
      </w:r>
      <w:proofErr w:type="spellEnd"/>
      <w:r>
        <w:t xml:space="preserve"> </w:t>
      </w:r>
      <w:proofErr w:type="spellStart"/>
      <w:r>
        <w:t>yra</w:t>
      </w:r>
      <w:proofErr w:type="spellEnd"/>
      <w:r>
        <w:t xml:space="preserve"> </w:t>
      </w:r>
      <w:proofErr w:type="spellStart"/>
      <w:r>
        <w:t>ridenti</w:t>
      </w:r>
      <w:proofErr w:type="spellEnd"/>
      <w:r>
        <w:t xml:space="preserve"> </w:t>
      </w:r>
      <w:proofErr w:type="spellStart"/>
      <w:r>
        <w:t>savo</w:t>
      </w:r>
      <w:proofErr w:type="spellEnd"/>
      <w:r>
        <w:t xml:space="preserve"> boules </w:t>
      </w:r>
      <w:proofErr w:type="spellStart"/>
      <w:r>
        <w:t>arčiau</w:t>
      </w:r>
      <w:proofErr w:type="spellEnd"/>
      <w:r>
        <w:t xml:space="preserve"> </w:t>
      </w:r>
      <w:proofErr w:type="spellStart"/>
      <w:r>
        <w:t>Palino</w:t>
      </w:r>
      <w:proofErr w:type="spellEnd"/>
      <w:r>
        <w:t xml:space="preserve"> </w:t>
      </w:r>
      <w:proofErr w:type="spellStart"/>
      <w:r>
        <w:t>arba</w:t>
      </w:r>
      <w:proofErr w:type="spellEnd"/>
      <w:r>
        <w:t xml:space="preserve"> Jack </w:t>
      </w:r>
      <w:proofErr w:type="spellStart"/>
      <w:r>
        <w:t>nei</w:t>
      </w:r>
      <w:proofErr w:type="spellEnd"/>
      <w:r>
        <w:t xml:space="preserve"> </w:t>
      </w:r>
      <w:proofErr w:type="spellStart"/>
      <w:r>
        <w:t>priešininkų</w:t>
      </w:r>
      <w:proofErr w:type="spellEnd"/>
      <w:r>
        <w:t xml:space="preserve">. </w:t>
      </w:r>
      <w:proofErr w:type="spellStart"/>
      <w:r>
        <w:t>Pirmoji</w:t>
      </w:r>
      <w:proofErr w:type="spellEnd"/>
      <w:r>
        <w:t xml:space="preserve"> </w:t>
      </w:r>
      <w:proofErr w:type="spellStart"/>
      <w:r>
        <w:t>komanda</w:t>
      </w:r>
      <w:proofErr w:type="spellEnd"/>
      <w:r>
        <w:t xml:space="preserve">, </w:t>
      </w:r>
      <w:proofErr w:type="spellStart"/>
      <w:r>
        <w:t>surinkusi</w:t>
      </w:r>
      <w:proofErr w:type="spellEnd"/>
      <w:r>
        <w:t xml:space="preserve"> 12 </w:t>
      </w:r>
      <w:proofErr w:type="spellStart"/>
      <w:r>
        <w:t>taškų</w:t>
      </w:r>
      <w:proofErr w:type="spellEnd"/>
      <w:r>
        <w:t xml:space="preserve">, </w:t>
      </w:r>
      <w:proofErr w:type="spellStart"/>
      <w:r>
        <w:t>laimi</w:t>
      </w:r>
      <w:proofErr w:type="spellEnd"/>
      <w:r>
        <w:t xml:space="preserve"> </w:t>
      </w:r>
      <w:proofErr w:type="spellStart"/>
      <w:r>
        <w:t>žaidimą</w:t>
      </w:r>
      <w:proofErr w:type="spellEnd"/>
      <w:r>
        <w:t xml:space="preserve"> (</w:t>
      </w:r>
      <w:proofErr w:type="spellStart"/>
      <w:r>
        <w:t>reikia</w:t>
      </w:r>
      <w:proofErr w:type="spellEnd"/>
      <w:r>
        <w:t xml:space="preserve"> 2 </w:t>
      </w:r>
      <w:proofErr w:type="spellStart"/>
      <w:r>
        <w:t>taškų</w:t>
      </w:r>
      <w:proofErr w:type="spellEnd"/>
      <w:r>
        <w:t xml:space="preserve"> </w:t>
      </w:r>
      <w:proofErr w:type="spellStart"/>
      <w:r>
        <w:t>persvaros</w:t>
      </w:r>
      <w:proofErr w:type="spellEnd"/>
      <w:r>
        <w:t xml:space="preserve">). </w:t>
      </w:r>
      <w:proofErr w:type="spellStart"/>
      <w:r>
        <w:t>Mačas</w:t>
      </w:r>
      <w:proofErr w:type="spellEnd"/>
      <w:r>
        <w:t xml:space="preserve"> </w:t>
      </w:r>
      <w:proofErr w:type="spellStart"/>
      <w:r>
        <w:t>paprastai</w:t>
      </w:r>
      <w:proofErr w:type="spellEnd"/>
      <w:r>
        <w:t xml:space="preserve"> </w:t>
      </w:r>
      <w:proofErr w:type="spellStart"/>
      <w:r>
        <w:t>susideda</w:t>
      </w:r>
      <w:proofErr w:type="spellEnd"/>
      <w:r>
        <w:t xml:space="preserve"> </w:t>
      </w:r>
      <w:proofErr w:type="spellStart"/>
      <w:r>
        <w:t>iš</w:t>
      </w:r>
      <w:proofErr w:type="spellEnd"/>
      <w:r>
        <w:t xml:space="preserve"> 3 </w:t>
      </w:r>
      <w:proofErr w:type="spellStart"/>
      <w:r>
        <w:t>raundų</w:t>
      </w:r>
      <w:proofErr w:type="spellEnd"/>
      <w:r>
        <w:t>.</w:t>
      </w:r>
    </w:p>
    <w:p w14:paraId="770A1F6A" w14:textId="77777777" w:rsidR="00BD2AD3" w:rsidRPr="00B82E50" w:rsidRDefault="00BD2AD3" w:rsidP="00BD2AD3">
      <w:pPr>
        <w:rPr>
          <w:lang w:val="mk-MK"/>
        </w:rPr>
      </w:pPr>
      <w:r>
        <w:rPr>
          <w:noProof/>
        </w:rPr>
        <w:drawing>
          <wp:inline distT="0" distB="0" distL="0" distR="0" wp14:anchorId="09267D30" wp14:editId="249D606C">
            <wp:extent cx="2857748" cy="3292125"/>
            <wp:effectExtent l="0" t="0" r="0" b="381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гра2.png"/>
                    <pic:cNvPicPr/>
                  </pic:nvPicPr>
                  <pic:blipFill>
                    <a:blip r:embed="rId62">
                      <a:extLst>
                        <a:ext uri="{28A0092B-C50C-407E-A947-70E740481C1C}">
                          <a14:useLocalDpi xmlns:a14="http://schemas.microsoft.com/office/drawing/2010/main" val="0"/>
                        </a:ext>
                      </a:extLst>
                    </a:blip>
                    <a:stretch>
                      <a:fillRect/>
                    </a:stretch>
                  </pic:blipFill>
                  <pic:spPr>
                    <a:xfrm>
                      <a:off x="0" y="0"/>
                      <a:ext cx="2857748" cy="3292125"/>
                    </a:xfrm>
                    <a:prstGeom prst="rect">
                      <a:avLst/>
                    </a:prstGeom>
                  </pic:spPr>
                </pic:pic>
              </a:graphicData>
            </a:graphic>
          </wp:inline>
        </w:drawing>
      </w:r>
    </w:p>
    <w:p w14:paraId="3336B69D" w14:textId="77777777" w:rsidR="00110691" w:rsidRPr="00110691" w:rsidRDefault="00110691" w:rsidP="00110691">
      <w:pPr>
        <w:pStyle w:val="prastasiniatinklio"/>
        <w:rPr>
          <w:b/>
          <w:bCs/>
          <w:lang w:val="mk-MK"/>
        </w:rPr>
      </w:pPr>
      <w:r w:rsidRPr="00110691">
        <w:rPr>
          <w:b/>
          <w:bCs/>
          <w:lang w:val="mk-MK"/>
        </w:rPr>
        <w:t>Žaidimo pavadinimas: „Brilli“</w:t>
      </w:r>
    </w:p>
    <w:p w14:paraId="550867DF" w14:textId="77777777" w:rsidR="00110691" w:rsidRPr="00110691" w:rsidRDefault="00110691" w:rsidP="00110691">
      <w:pPr>
        <w:pStyle w:val="prastasiniatinklio"/>
        <w:rPr>
          <w:lang w:val="mk-MK"/>
        </w:rPr>
      </w:pPr>
      <w:r w:rsidRPr="00110691">
        <w:rPr>
          <w:lang w:val="mk-MK"/>
        </w:rPr>
        <w:t>Žaidėjų skaičius: keli dalyviai</w:t>
      </w:r>
    </w:p>
    <w:p w14:paraId="3E85B0C0" w14:textId="77777777" w:rsidR="00110691" w:rsidRDefault="00110691" w:rsidP="00110691">
      <w:pPr>
        <w:pStyle w:val="prastasiniatinklio"/>
      </w:pPr>
      <w:proofErr w:type="spellStart"/>
      <w:r>
        <w:t>Reikalinga</w:t>
      </w:r>
      <w:proofErr w:type="spellEnd"/>
      <w:r>
        <w:t xml:space="preserve"> </w:t>
      </w:r>
      <w:proofErr w:type="spellStart"/>
      <w:r>
        <w:t>įranga</w:t>
      </w:r>
      <w:proofErr w:type="spellEnd"/>
      <w:r>
        <w:t xml:space="preserve">: 9 </w:t>
      </w:r>
      <w:proofErr w:type="spellStart"/>
      <w:r>
        <w:t>mediniai</w:t>
      </w:r>
      <w:proofErr w:type="spellEnd"/>
      <w:r>
        <w:t xml:space="preserve"> </w:t>
      </w:r>
      <w:proofErr w:type="spellStart"/>
      <w:r>
        <w:t>kėgliai</w:t>
      </w:r>
      <w:proofErr w:type="spellEnd"/>
      <w:r>
        <w:t xml:space="preserve"> </w:t>
      </w:r>
      <w:proofErr w:type="spellStart"/>
      <w:r>
        <w:t>ir</w:t>
      </w:r>
      <w:proofErr w:type="spellEnd"/>
      <w:r>
        <w:t xml:space="preserve"> 15 cm </w:t>
      </w:r>
      <w:proofErr w:type="spellStart"/>
      <w:r>
        <w:t>skersmens</w:t>
      </w:r>
      <w:proofErr w:type="spellEnd"/>
      <w:r>
        <w:t xml:space="preserve"> </w:t>
      </w:r>
      <w:proofErr w:type="spellStart"/>
      <w:r>
        <w:t>medinis</w:t>
      </w:r>
      <w:proofErr w:type="spellEnd"/>
      <w:r>
        <w:t xml:space="preserve"> </w:t>
      </w:r>
      <w:proofErr w:type="spellStart"/>
      <w:r>
        <w:t>kamuolys</w:t>
      </w:r>
      <w:proofErr w:type="spellEnd"/>
    </w:p>
    <w:p w14:paraId="29DA8E51" w14:textId="77777777" w:rsidR="00110691" w:rsidRDefault="00110691" w:rsidP="00110691">
      <w:pPr>
        <w:pStyle w:val="prastasiniatinklio"/>
      </w:pPr>
      <w:proofErr w:type="spellStart"/>
      <w:r>
        <w:t>Apie</w:t>
      </w:r>
      <w:proofErr w:type="spellEnd"/>
      <w:r>
        <w:t xml:space="preserve"> „</w:t>
      </w:r>
      <w:proofErr w:type="spellStart"/>
      <w:proofErr w:type="gramStart"/>
      <w:r>
        <w:t>Brilli</w:t>
      </w:r>
      <w:proofErr w:type="spellEnd"/>
      <w:r>
        <w:t>“</w:t>
      </w:r>
      <w:proofErr w:type="gramEnd"/>
    </w:p>
    <w:p w14:paraId="409287BA" w14:textId="77777777" w:rsidR="00110691" w:rsidRDefault="00110691" w:rsidP="00110691">
      <w:pPr>
        <w:pStyle w:val="prastasiniatinklio"/>
      </w:pPr>
      <w:r>
        <w:t>„</w:t>
      </w:r>
      <w:proofErr w:type="spellStart"/>
      <w:proofErr w:type="gramStart"/>
      <w:r>
        <w:t>Brilli</w:t>
      </w:r>
      <w:proofErr w:type="spellEnd"/>
      <w:r>
        <w:t>“ –</w:t>
      </w:r>
      <w:proofErr w:type="gramEnd"/>
      <w:r>
        <w:t xml:space="preserve"> </w:t>
      </w:r>
      <w:proofErr w:type="spellStart"/>
      <w:r>
        <w:t>kultūriškai</w:t>
      </w:r>
      <w:proofErr w:type="spellEnd"/>
      <w:r>
        <w:t xml:space="preserve"> </w:t>
      </w:r>
      <w:proofErr w:type="spellStart"/>
      <w:r>
        <w:t>unikalus</w:t>
      </w:r>
      <w:proofErr w:type="spellEnd"/>
      <w:r>
        <w:t xml:space="preserve">, </w:t>
      </w:r>
      <w:proofErr w:type="spellStart"/>
      <w:r>
        <w:t>neįprastas</w:t>
      </w:r>
      <w:proofErr w:type="spellEnd"/>
      <w:r>
        <w:t xml:space="preserve"> </w:t>
      </w:r>
      <w:proofErr w:type="spellStart"/>
      <w:r>
        <w:t>kėglių</w:t>
      </w:r>
      <w:proofErr w:type="spellEnd"/>
      <w:r>
        <w:t xml:space="preserve"> </w:t>
      </w:r>
      <w:proofErr w:type="spellStart"/>
      <w:r>
        <w:t>žaidimas</w:t>
      </w:r>
      <w:proofErr w:type="spellEnd"/>
      <w:r>
        <w:t xml:space="preserve">, </w:t>
      </w:r>
      <w:proofErr w:type="spellStart"/>
      <w:r>
        <w:t>kurį</w:t>
      </w:r>
      <w:proofErr w:type="spellEnd"/>
      <w:r>
        <w:t xml:space="preserve"> </w:t>
      </w:r>
      <w:proofErr w:type="spellStart"/>
      <w:r>
        <w:t>žaidžia</w:t>
      </w:r>
      <w:proofErr w:type="spellEnd"/>
      <w:r>
        <w:t xml:space="preserve"> tik </w:t>
      </w:r>
      <w:proofErr w:type="spellStart"/>
      <w:r>
        <w:t>suaugusieji</w:t>
      </w:r>
      <w:proofErr w:type="spellEnd"/>
      <w:r>
        <w:t xml:space="preserve"> </w:t>
      </w:r>
      <w:proofErr w:type="spellStart"/>
      <w:r>
        <w:t>mažame</w:t>
      </w:r>
      <w:proofErr w:type="spellEnd"/>
      <w:r>
        <w:t xml:space="preserve"> Garb </w:t>
      </w:r>
      <w:proofErr w:type="spellStart"/>
      <w:r>
        <w:t>kaimelyje</w:t>
      </w:r>
      <w:proofErr w:type="spellEnd"/>
      <w:r>
        <w:t xml:space="preserve"> </w:t>
      </w:r>
      <w:proofErr w:type="spellStart"/>
      <w:r>
        <w:t>Gozo</w:t>
      </w:r>
      <w:proofErr w:type="spellEnd"/>
      <w:r>
        <w:t xml:space="preserve"> </w:t>
      </w:r>
      <w:proofErr w:type="spellStart"/>
      <w:r>
        <w:t>saloje</w:t>
      </w:r>
      <w:proofErr w:type="spellEnd"/>
      <w:r>
        <w:t>.</w:t>
      </w:r>
    </w:p>
    <w:p w14:paraId="009B4030" w14:textId="1DD4DBD7" w:rsidR="00F1318A" w:rsidRDefault="00110691" w:rsidP="00F1318A">
      <w:pPr>
        <w:pStyle w:val="prastasiniatinklio"/>
      </w:pPr>
      <w:proofErr w:type="spellStart"/>
      <w:r>
        <w:t>Brilli</w:t>
      </w:r>
      <w:proofErr w:type="spellEnd"/>
      <w:r>
        <w:t xml:space="preserve"> </w:t>
      </w:r>
      <w:proofErr w:type="spellStart"/>
      <w:r>
        <w:t>žaidimas</w:t>
      </w:r>
      <w:proofErr w:type="spellEnd"/>
      <w:r>
        <w:t xml:space="preserve"> </w:t>
      </w:r>
      <w:proofErr w:type="spellStart"/>
      <w:r>
        <w:t>atsirado</w:t>
      </w:r>
      <w:proofErr w:type="spellEnd"/>
      <w:r>
        <w:t xml:space="preserve"> </w:t>
      </w:r>
      <w:proofErr w:type="spellStart"/>
      <w:r>
        <w:t>dar</w:t>
      </w:r>
      <w:proofErr w:type="spellEnd"/>
      <w:r>
        <w:t xml:space="preserve"> </w:t>
      </w:r>
      <w:proofErr w:type="spellStart"/>
      <w:r>
        <w:t>prieš</w:t>
      </w:r>
      <w:proofErr w:type="spellEnd"/>
      <w:r>
        <w:t xml:space="preserve"> </w:t>
      </w:r>
      <w:proofErr w:type="spellStart"/>
      <w:r>
        <w:t>Šv</w:t>
      </w:r>
      <w:proofErr w:type="spellEnd"/>
      <w:r>
        <w:t xml:space="preserve">. Jono </w:t>
      </w:r>
      <w:proofErr w:type="spellStart"/>
      <w:r>
        <w:t>riterių</w:t>
      </w:r>
      <w:proofErr w:type="spellEnd"/>
      <w:r>
        <w:t xml:space="preserve"> </w:t>
      </w:r>
      <w:proofErr w:type="spellStart"/>
      <w:r>
        <w:t>valdymą</w:t>
      </w:r>
      <w:proofErr w:type="spellEnd"/>
      <w:r>
        <w:t xml:space="preserve">. </w:t>
      </w:r>
      <w:proofErr w:type="spellStart"/>
      <w:r>
        <w:t>Žaidimas</w:t>
      </w:r>
      <w:proofErr w:type="spellEnd"/>
      <w:r>
        <w:t xml:space="preserve"> </w:t>
      </w:r>
      <w:proofErr w:type="spellStart"/>
      <w:r>
        <w:t>primena</w:t>
      </w:r>
      <w:proofErr w:type="spellEnd"/>
      <w:r>
        <w:t xml:space="preserve"> </w:t>
      </w:r>
      <w:proofErr w:type="spellStart"/>
      <w:r>
        <w:t>vidaus</w:t>
      </w:r>
      <w:proofErr w:type="spellEnd"/>
      <w:r>
        <w:t xml:space="preserve"> </w:t>
      </w:r>
      <w:proofErr w:type="spellStart"/>
      <w:r>
        <w:t>dešimties</w:t>
      </w:r>
      <w:proofErr w:type="spellEnd"/>
      <w:r>
        <w:t xml:space="preserve"> </w:t>
      </w:r>
      <w:proofErr w:type="spellStart"/>
      <w:r>
        <w:t>keglių</w:t>
      </w:r>
      <w:proofErr w:type="spellEnd"/>
      <w:r>
        <w:t xml:space="preserve"> </w:t>
      </w:r>
      <w:proofErr w:type="spellStart"/>
      <w:r>
        <w:t>boulingą</w:t>
      </w:r>
      <w:proofErr w:type="spellEnd"/>
      <w:r>
        <w:t xml:space="preserve">, </w:t>
      </w:r>
      <w:proofErr w:type="spellStart"/>
      <w:r>
        <w:t>tačiau</w:t>
      </w:r>
      <w:proofErr w:type="spellEnd"/>
      <w:r>
        <w:t xml:space="preserve"> </w:t>
      </w:r>
      <w:proofErr w:type="spellStart"/>
      <w:r>
        <w:t>žaidžiamas</w:t>
      </w:r>
      <w:proofErr w:type="spellEnd"/>
      <w:r>
        <w:t xml:space="preserve"> </w:t>
      </w:r>
      <w:proofErr w:type="spellStart"/>
      <w:r>
        <w:t>lauke</w:t>
      </w:r>
      <w:proofErr w:type="spellEnd"/>
      <w:r>
        <w:t xml:space="preserve">, </w:t>
      </w:r>
      <w:proofErr w:type="spellStart"/>
      <w:r>
        <w:t>naudojant</w:t>
      </w:r>
      <w:proofErr w:type="spellEnd"/>
      <w:r>
        <w:t xml:space="preserve"> tik </w:t>
      </w:r>
      <w:proofErr w:type="spellStart"/>
      <w:r>
        <w:t>devynis</w:t>
      </w:r>
      <w:proofErr w:type="spellEnd"/>
      <w:r>
        <w:t xml:space="preserve"> </w:t>
      </w:r>
      <w:proofErr w:type="spellStart"/>
      <w:r>
        <w:t>medinius</w:t>
      </w:r>
      <w:proofErr w:type="spellEnd"/>
      <w:r>
        <w:t xml:space="preserve"> </w:t>
      </w:r>
      <w:proofErr w:type="spellStart"/>
      <w:r>
        <w:t>keglius</w:t>
      </w:r>
      <w:proofErr w:type="spellEnd"/>
      <w:r>
        <w:t xml:space="preserve"> </w:t>
      </w:r>
      <w:proofErr w:type="spellStart"/>
      <w:r>
        <w:t>ir</w:t>
      </w:r>
      <w:proofErr w:type="spellEnd"/>
      <w:r>
        <w:t xml:space="preserve"> </w:t>
      </w:r>
      <w:proofErr w:type="spellStart"/>
      <w:r>
        <w:t>medinį</w:t>
      </w:r>
      <w:proofErr w:type="spellEnd"/>
      <w:r>
        <w:t xml:space="preserve"> </w:t>
      </w:r>
      <w:proofErr w:type="spellStart"/>
      <w:r>
        <w:t>kamuolį</w:t>
      </w:r>
      <w:proofErr w:type="spellEnd"/>
      <w:r>
        <w:t xml:space="preserve">. </w:t>
      </w:r>
      <w:proofErr w:type="spellStart"/>
      <w:r>
        <w:t>Žaidimo</w:t>
      </w:r>
      <w:proofErr w:type="spellEnd"/>
      <w:r>
        <w:t xml:space="preserve"> </w:t>
      </w:r>
      <w:proofErr w:type="spellStart"/>
      <w:r>
        <w:t>taisyklės</w:t>
      </w:r>
      <w:proofErr w:type="spellEnd"/>
      <w:r>
        <w:t xml:space="preserve"> </w:t>
      </w:r>
      <w:proofErr w:type="spellStart"/>
      <w:r>
        <w:t>yra</w:t>
      </w:r>
      <w:proofErr w:type="spellEnd"/>
      <w:r>
        <w:t xml:space="preserve"> </w:t>
      </w:r>
      <w:proofErr w:type="spellStart"/>
      <w:r>
        <w:t>šiek</w:t>
      </w:r>
      <w:proofErr w:type="spellEnd"/>
      <w:r>
        <w:t xml:space="preserve"> </w:t>
      </w:r>
      <w:proofErr w:type="spellStart"/>
      <w:r>
        <w:t>tiek</w:t>
      </w:r>
      <w:proofErr w:type="spellEnd"/>
      <w:r>
        <w:t xml:space="preserve"> </w:t>
      </w:r>
      <w:proofErr w:type="spellStart"/>
      <w:r>
        <w:t>sudėtingos</w:t>
      </w:r>
      <w:proofErr w:type="spellEnd"/>
      <w:r w:rsidR="00F1318A">
        <w:t>.</w:t>
      </w:r>
    </w:p>
    <w:p w14:paraId="11325B5E" w14:textId="77777777" w:rsidR="00F1318A" w:rsidRDefault="00F1318A" w:rsidP="00F1318A">
      <w:pPr>
        <w:pStyle w:val="prastasiniatinklio"/>
      </w:pPr>
      <w:r>
        <w:lastRenderedPageBreak/>
        <w:t xml:space="preserve">Kaip </w:t>
      </w:r>
      <w:proofErr w:type="spellStart"/>
      <w:r>
        <w:t>žaisti</w:t>
      </w:r>
      <w:proofErr w:type="spellEnd"/>
      <w:r>
        <w:t>:</w:t>
      </w:r>
    </w:p>
    <w:p w14:paraId="5EFA2D87" w14:textId="266BD0B4" w:rsidR="00F1318A" w:rsidRDefault="00F1318A" w:rsidP="00F1318A">
      <w:pPr>
        <w:pStyle w:val="prastasiniatinklio"/>
      </w:pPr>
      <w:r>
        <w:t xml:space="preserve">1. </w:t>
      </w:r>
      <w:proofErr w:type="spellStart"/>
      <w:r>
        <w:t>Kegliai</w:t>
      </w:r>
      <w:proofErr w:type="spellEnd"/>
      <w:r>
        <w:t xml:space="preserve"> </w:t>
      </w:r>
      <w:proofErr w:type="spellStart"/>
      <w:r>
        <w:t>išdėstomi</w:t>
      </w:r>
      <w:proofErr w:type="spellEnd"/>
      <w:r>
        <w:t xml:space="preserve"> 3x3 </w:t>
      </w:r>
      <w:proofErr w:type="spellStart"/>
      <w:r>
        <w:t>rombo</w:t>
      </w:r>
      <w:proofErr w:type="spellEnd"/>
      <w:r>
        <w:t xml:space="preserve"> </w:t>
      </w:r>
      <w:proofErr w:type="spellStart"/>
      <w:r>
        <w:t>formos</w:t>
      </w:r>
      <w:proofErr w:type="spellEnd"/>
      <w:r>
        <w:t xml:space="preserve"> </w:t>
      </w:r>
      <w:proofErr w:type="spellStart"/>
      <w:r>
        <w:t>kvadrate</w:t>
      </w:r>
      <w:proofErr w:type="spellEnd"/>
      <w:r>
        <w:t xml:space="preserve">. </w:t>
      </w:r>
      <w:proofErr w:type="spellStart"/>
      <w:r>
        <w:t>Tikslas</w:t>
      </w:r>
      <w:proofErr w:type="spellEnd"/>
      <w:r>
        <w:t xml:space="preserve"> – </w:t>
      </w:r>
      <w:proofErr w:type="spellStart"/>
      <w:r>
        <w:t>numušti</w:t>
      </w:r>
      <w:proofErr w:type="spellEnd"/>
      <w:r>
        <w:t xml:space="preserve"> </w:t>
      </w:r>
      <w:proofErr w:type="spellStart"/>
      <w:r>
        <w:t>keglius</w:t>
      </w:r>
      <w:proofErr w:type="spellEnd"/>
      <w:r>
        <w:t xml:space="preserve"> </w:t>
      </w:r>
      <w:proofErr w:type="spellStart"/>
      <w:r>
        <w:t>ir</w:t>
      </w:r>
      <w:proofErr w:type="spellEnd"/>
      <w:r>
        <w:t xml:space="preserve"> </w:t>
      </w:r>
      <w:proofErr w:type="spellStart"/>
      <w:r>
        <w:t>surinkti</w:t>
      </w:r>
      <w:proofErr w:type="spellEnd"/>
      <w:r>
        <w:t xml:space="preserve"> </w:t>
      </w:r>
      <w:proofErr w:type="spellStart"/>
      <w:r>
        <w:t>taškus</w:t>
      </w:r>
      <w:proofErr w:type="spellEnd"/>
      <w:r>
        <w:t xml:space="preserve">. </w:t>
      </w:r>
      <w:proofErr w:type="spellStart"/>
      <w:r>
        <w:t>Norėdamas</w:t>
      </w:r>
      <w:proofErr w:type="spellEnd"/>
      <w:r>
        <w:t xml:space="preserve"> </w:t>
      </w:r>
      <w:proofErr w:type="spellStart"/>
      <w:r>
        <w:t>laimėti</w:t>
      </w:r>
      <w:proofErr w:type="spellEnd"/>
      <w:r>
        <w:t xml:space="preserve">, </w:t>
      </w:r>
      <w:proofErr w:type="spellStart"/>
      <w:r>
        <w:t>žaidėjas</w:t>
      </w:r>
      <w:proofErr w:type="spellEnd"/>
      <w:r>
        <w:t xml:space="preserve"> </w:t>
      </w:r>
      <w:proofErr w:type="spellStart"/>
      <w:r>
        <w:t>turi</w:t>
      </w:r>
      <w:proofErr w:type="spellEnd"/>
      <w:r>
        <w:t xml:space="preserve"> </w:t>
      </w:r>
      <w:proofErr w:type="spellStart"/>
      <w:r>
        <w:t>surinkti</w:t>
      </w:r>
      <w:proofErr w:type="spellEnd"/>
      <w:r>
        <w:t xml:space="preserve"> </w:t>
      </w:r>
      <w:proofErr w:type="spellStart"/>
      <w:r>
        <w:t>tiksliai</w:t>
      </w:r>
      <w:proofErr w:type="spellEnd"/>
      <w:r>
        <w:t xml:space="preserve"> 24 </w:t>
      </w:r>
      <w:proofErr w:type="spellStart"/>
      <w:r>
        <w:t>taškus</w:t>
      </w:r>
      <w:proofErr w:type="spellEnd"/>
      <w:r>
        <w:t>.</w:t>
      </w:r>
    </w:p>
    <w:p w14:paraId="3EB187CF" w14:textId="77777777" w:rsidR="00F1318A" w:rsidRDefault="00F1318A" w:rsidP="00F1318A">
      <w:pPr>
        <w:pStyle w:val="prastasiniatinklio"/>
      </w:pPr>
      <w:r>
        <w:t xml:space="preserve">2. </w:t>
      </w:r>
      <w:proofErr w:type="spellStart"/>
      <w:r>
        <w:t>Jei</w:t>
      </w:r>
      <w:proofErr w:type="spellEnd"/>
      <w:r>
        <w:t xml:space="preserve"> </w:t>
      </w:r>
      <w:proofErr w:type="spellStart"/>
      <w:r>
        <w:t>žaidėjas</w:t>
      </w:r>
      <w:proofErr w:type="spellEnd"/>
      <w:r>
        <w:t xml:space="preserve"> </w:t>
      </w:r>
      <w:proofErr w:type="spellStart"/>
      <w:r>
        <w:t>viršija</w:t>
      </w:r>
      <w:proofErr w:type="spellEnd"/>
      <w:r>
        <w:t xml:space="preserve"> </w:t>
      </w:r>
      <w:proofErr w:type="spellStart"/>
      <w:r>
        <w:t>šį</w:t>
      </w:r>
      <w:proofErr w:type="spellEnd"/>
      <w:r>
        <w:t xml:space="preserve"> </w:t>
      </w:r>
      <w:proofErr w:type="spellStart"/>
      <w:r>
        <w:t>skaičių</w:t>
      </w:r>
      <w:proofErr w:type="spellEnd"/>
      <w:r>
        <w:t xml:space="preserve">, </w:t>
      </w:r>
      <w:proofErr w:type="spellStart"/>
      <w:r>
        <w:t>jis</w:t>
      </w:r>
      <w:proofErr w:type="spellEnd"/>
      <w:r>
        <w:t xml:space="preserve"> </w:t>
      </w:r>
      <w:proofErr w:type="spellStart"/>
      <w:r>
        <w:t>yra</w:t>
      </w:r>
      <w:proofErr w:type="spellEnd"/>
      <w:r>
        <w:t xml:space="preserve"> </w:t>
      </w:r>
      <w:proofErr w:type="spellStart"/>
      <w:r>
        <w:t>pašalinamas</w:t>
      </w:r>
      <w:proofErr w:type="spellEnd"/>
      <w:r>
        <w:t xml:space="preserve"> </w:t>
      </w:r>
      <w:proofErr w:type="spellStart"/>
      <w:r>
        <w:t>iš</w:t>
      </w:r>
      <w:proofErr w:type="spellEnd"/>
      <w:r>
        <w:t xml:space="preserve"> </w:t>
      </w:r>
      <w:proofErr w:type="spellStart"/>
      <w:r>
        <w:t>žaidimo</w:t>
      </w:r>
      <w:proofErr w:type="spellEnd"/>
      <w:r>
        <w:t xml:space="preserve"> </w:t>
      </w:r>
      <w:proofErr w:type="spellStart"/>
      <w:r>
        <w:t>iki</w:t>
      </w:r>
      <w:proofErr w:type="spellEnd"/>
      <w:r>
        <w:t xml:space="preserve"> </w:t>
      </w:r>
      <w:proofErr w:type="spellStart"/>
      <w:r>
        <w:t>kito</w:t>
      </w:r>
      <w:proofErr w:type="spellEnd"/>
      <w:r>
        <w:t xml:space="preserve"> </w:t>
      </w:r>
      <w:proofErr w:type="spellStart"/>
      <w:r>
        <w:t>raundo</w:t>
      </w:r>
      <w:proofErr w:type="spellEnd"/>
      <w:r>
        <w:t>.</w:t>
      </w:r>
    </w:p>
    <w:p w14:paraId="3BB3E77E" w14:textId="77777777" w:rsidR="00F1318A" w:rsidRDefault="00F1318A" w:rsidP="00F1318A">
      <w:pPr>
        <w:pStyle w:val="prastasiniatinklio"/>
      </w:pPr>
      <w:proofErr w:type="spellStart"/>
      <w:r>
        <w:t>Skirtingi</w:t>
      </w:r>
      <w:proofErr w:type="spellEnd"/>
      <w:r>
        <w:t xml:space="preserve"> </w:t>
      </w:r>
      <w:proofErr w:type="spellStart"/>
      <w:r>
        <w:t>kėgliai</w:t>
      </w:r>
      <w:proofErr w:type="spellEnd"/>
      <w:r>
        <w:t xml:space="preserve"> </w:t>
      </w:r>
      <w:proofErr w:type="spellStart"/>
      <w:r>
        <w:t>turi</w:t>
      </w:r>
      <w:proofErr w:type="spellEnd"/>
      <w:r>
        <w:t xml:space="preserve"> </w:t>
      </w:r>
      <w:proofErr w:type="spellStart"/>
      <w:r>
        <w:t>skirtingus</w:t>
      </w:r>
      <w:proofErr w:type="spellEnd"/>
      <w:r>
        <w:t xml:space="preserve"> </w:t>
      </w:r>
      <w:proofErr w:type="spellStart"/>
      <w:r>
        <w:t>pavadinimus</w:t>
      </w:r>
      <w:proofErr w:type="spellEnd"/>
      <w:r>
        <w:t xml:space="preserve"> </w:t>
      </w:r>
      <w:proofErr w:type="spellStart"/>
      <w:r>
        <w:t>ir</w:t>
      </w:r>
      <w:proofErr w:type="spellEnd"/>
      <w:r>
        <w:t xml:space="preserve"> </w:t>
      </w:r>
      <w:proofErr w:type="spellStart"/>
      <w:r>
        <w:t>vertę</w:t>
      </w:r>
      <w:proofErr w:type="spellEnd"/>
      <w:r>
        <w:t xml:space="preserve">. </w:t>
      </w:r>
      <w:proofErr w:type="spellStart"/>
      <w:r>
        <w:t>Centrinis</w:t>
      </w:r>
      <w:proofErr w:type="spellEnd"/>
      <w:r>
        <w:t xml:space="preserve"> </w:t>
      </w:r>
      <w:proofErr w:type="spellStart"/>
      <w:r>
        <w:t>kėglis</w:t>
      </w:r>
      <w:proofErr w:type="spellEnd"/>
      <w:r>
        <w:t xml:space="preserve"> </w:t>
      </w:r>
      <w:proofErr w:type="spellStart"/>
      <w:r>
        <w:t>vadinamas</w:t>
      </w:r>
      <w:proofErr w:type="spellEnd"/>
      <w:r>
        <w:t xml:space="preserve"> „is-</w:t>
      </w:r>
      <w:proofErr w:type="gramStart"/>
      <w:r>
        <w:t xml:space="preserve">sultan“ </w:t>
      </w:r>
      <w:proofErr w:type="spellStart"/>
      <w:r>
        <w:t>ir</w:t>
      </w:r>
      <w:proofErr w:type="spellEnd"/>
      <w:proofErr w:type="gramEnd"/>
      <w:r>
        <w:t xml:space="preserve"> </w:t>
      </w:r>
      <w:proofErr w:type="spellStart"/>
      <w:r>
        <w:t>yra</w:t>
      </w:r>
      <w:proofErr w:type="spellEnd"/>
      <w:r>
        <w:t xml:space="preserve"> </w:t>
      </w:r>
      <w:proofErr w:type="spellStart"/>
      <w:r>
        <w:t>vertas</w:t>
      </w:r>
      <w:proofErr w:type="spellEnd"/>
      <w:r>
        <w:t xml:space="preserve"> 9 </w:t>
      </w:r>
      <w:proofErr w:type="spellStart"/>
      <w:r>
        <w:t>taškų</w:t>
      </w:r>
      <w:proofErr w:type="spellEnd"/>
      <w:r>
        <w:t xml:space="preserve">. </w:t>
      </w:r>
      <w:proofErr w:type="spellStart"/>
      <w:r>
        <w:t>Kampiniai</w:t>
      </w:r>
      <w:proofErr w:type="spellEnd"/>
      <w:r>
        <w:t xml:space="preserve"> </w:t>
      </w:r>
      <w:proofErr w:type="spellStart"/>
      <w:r>
        <w:t>kėgliai</w:t>
      </w:r>
      <w:proofErr w:type="spellEnd"/>
      <w:r>
        <w:t xml:space="preserve"> </w:t>
      </w:r>
      <w:proofErr w:type="spellStart"/>
      <w:r>
        <w:t>vadinami</w:t>
      </w:r>
      <w:proofErr w:type="spellEnd"/>
      <w:r>
        <w:t xml:space="preserve"> „is-</w:t>
      </w:r>
      <w:proofErr w:type="spellStart"/>
      <w:proofErr w:type="gramStart"/>
      <w:r>
        <w:t>sekundi</w:t>
      </w:r>
      <w:proofErr w:type="spellEnd"/>
      <w:r>
        <w:t xml:space="preserve">“ </w:t>
      </w:r>
      <w:proofErr w:type="spellStart"/>
      <w:r>
        <w:t>ir</w:t>
      </w:r>
      <w:proofErr w:type="spellEnd"/>
      <w:proofErr w:type="gramEnd"/>
      <w:r>
        <w:t xml:space="preserve"> </w:t>
      </w:r>
      <w:proofErr w:type="spellStart"/>
      <w:r>
        <w:t>yra</w:t>
      </w:r>
      <w:proofErr w:type="spellEnd"/>
      <w:r>
        <w:t xml:space="preserve"> </w:t>
      </w:r>
      <w:proofErr w:type="spellStart"/>
      <w:r>
        <w:t>verti</w:t>
      </w:r>
      <w:proofErr w:type="spellEnd"/>
      <w:r>
        <w:t xml:space="preserve"> 6 </w:t>
      </w:r>
      <w:proofErr w:type="spellStart"/>
      <w:r>
        <w:t>taškų</w:t>
      </w:r>
      <w:proofErr w:type="spellEnd"/>
      <w:r>
        <w:t xml:space="preserve">. </w:t>
      </w:r>
      <w:proofErr w:type="spellStart"/>
      <w:r>
        <w:t>Likusieji</w:t>
      </w:r>
      <w:proofErr w:type="spellEnd"/>
      <w:r>
        <w:t xml:space="preserve"> </w:t>
      </w:r>
      <w:proofErr w:type="spellStart"/>
      <w:r>
        <w:t>vadinami</w:t>
      </w:r>
      <w:proofErr w:type="spellEnd"/>
      <w:r>
        <w:t xml:space="preserve"> „</w:t>
      </w:r>
      <w:proofErr w:type="spellStart"/>
      <w:proofErr w:type="gramStart"/>
      <w:r>
        <w:t>qarmuc</w:t>
      </w:r>
      <w:proofErr w:type="spellEnd"/>
      <w:r>
        <w:t xml:space="preserve">“ </w:t>
      </w:r>
      <w:proofErr w:type="spellStart"/>
      <w:r>
        <w:t>ir</w:t>
      </w:r>
      <w:proofErr w:type="spellEnd"/>
      <w:proofErr w:type="gramEnd"/>
      <w:r>
        <w:t xml:space="preserve"> </w:t>
      </w:r>
      <w:proofErr w:type="spellStart"/>
      <w:r>
        <w:t>yra</w:t>
      </w:r>
      <w:proofErr w:type="spellEnd"/>
      <w:r>
        <w:t xml:space="preserve"> </w:t>
      </w:r>
      <w:proofErr w:type="spellStart"/>
      <w:r>
        <w:t>verti</w:t>
      </w:r>
      <w:proofErr w:type="spellEnd"/>
      <w:r>
        <w:t xml:space="preserve"> tik 1 </w:t>
      </w:r>
      <w:proofErr w:type="spellStart"/>
      <w:r>
        <w:t>taško</w:t>
      </w:r>
      <w:proofErr w:type="spellEnd"/>
      <w:r>
        <w:t>.</w:t>
      </w:r>
    </w:p>
    <w:p w14:paraId="7FC497B3" w14:textId="77777777" w:rsidR="00F1318A" w:rsidRDefault="00F1318A" w:rsidP="00F1318A">
      <w:pPr>
        <w:pStyle w:val="prastasiniatinklio"/>
      </w:pPr>
      <w:r>
        <w:t xml:space="preserve">3. </w:t>
      </w:r>
      <w:proofErr w:type="spellStart"/>
      <w:r>
        <w:t>Kiekvienas</w:t>
      </w:r>
      <w:proofErr w:type="spellEnd"/>
      <w:r>
        <w:t xml:space="preserve"> </w:t>
      </w:r>
      <w:proofErr w:type="spellStart"/>
      <w:r>
        <w:t>žaidėjas</w:t>
      </w:r>
      <w:proofErr w:type="spellEnd"/>
      <w:r>
        <w:t xml:space="preserve"> </w:t>
      </w:r>
      <w:proofErr w:type="spellStart"/>
      <w:r>
        <w:t>gauna</w:t>
      </w:r>
      <w:proofErr w:type="spellEnd"/>
      <w:r>
        <w:t xml:space="preserve"> du </w:t>
      </w:r>
      <w:proofErr w:type="spellStart"/>
      <w:r>
        <w:t>metimus</w:t>
      </w:r>
      <w:proofErr w:type="spellEnd"/>
      <w:r>
        <w:t xml:space="preserve"> </w:t>
      </w:r>
      <w:proofErr w:type="spellStart"/>
      <w:r>
        <w:t>su</w:t>
      </w:r>
      <w:proofErr w:type="spellEnd"/>
      <w:r>
        <w:t xml:space="preserve"> </w:t>
      </w:r>
      <w:proofErr w:type="spellStart"/>
      <w:r>
        <w:t>kamuoliu</w:t>
      </w:r>
      <w:proofErr w:type="spellEnd"/>
      <w:r>
        <w:t xml:space="preserve">. </w:t>
      </w:r>
      <w:proofErr w:type="spellStart"/>
      <w:r>
        <w:t>Pirmasis</w:t>
      </w:r>
      <w:proofErr w:type="spellEnd"/>
      <w:r>
        <w:t xml:space="preserve"> </w:t>
      </w:r>
      <w:proofErr w:type="spellStart"/>
      <w:r>
        <w:t>metimas</w:t>
      </w:r>
      <w:proofErr w:type="spellEnd"/>
      <w:r>
        <w:t xml:space="preserve"> </w:t>
      </w:r>
      <w:proofErr w:type="spellStart"/>
      <w:r>
        <w:t>atliekamas</w:t>
      </w:r>
      <w:proofErr w:type="spellEnd"/>
      <w:r>
        <w:t xml:space="preserve"> </w:t>
      </w:r>
      <w:proofErr w:type="spellStart"/>
      <w:r>
        <w:t>iš</w:t>
      </w:r>
      <w:proofErr w:type="spellEnd"/>
      <w:r>
        <w:t xml:space="preserve"> </w:t>
      </w:r>
      <w:proofErr w:type="spellStart"/>
      <w:r>
        <w:t>sutartos</w:t>
      </w:r>
      <w:proofErr w:type="spellEnd"/>
      <w:r>
        <w:t xml:space="preserve"> </w:t>
      </w:r>
      <w:proofErr w:type="spellStart"/>
      <w:r>
        <w:t>vietos</w:t>
      </w:r>
      <w:proofErr w:type="spellEnd"/>
      <w:r>
        <w:t xml:space="preserve">, o </w:t>
      </w:r>
      <w:proofErr w:type="spellStart"/>
      <w:r>
        <w:t>antrasis</w:t>
      </w:r>
      <w:proofErr w:type="spellEnd"/>
      <w:r>
        <w:t xml:space="preserve"> – </w:t>
      </w:r>
      <w:proofErr w:type="spellStart"/>
      <w:r>
        <w:t>iš</w:t>
      </w:r>
      <w:proofErr w:type="spellEnd"/>
      <w:r>
        <w:t xml:space="preserve"> </w:t>
      </w:r>
      <w:proofErr w:type="spellStart"/>
      <w:r>
        <w:t>vietos</w:t>
      </w:r>
      <w:proofErr w:type="spellEnd"/>
      <w:r>
        <w:t xml:space="preserve">, </w:t>
      </w:r>
      <w:proofErr w:type="spellStart"/>
      <w:r>
        <w:t>kur</w:t>
      </w:r>
      <w:proofErr w:type="spellEnd"/>
      <w:r>
        <w:t xml:space="preserve"> </w:t>
      </w:r>
      <w:proofErr w:type="spellStart"/>
      <w:r>
        <w:t>kamuolys</w:t>
      </w:r>
      <w:proofErr w:type="spellEnd"/>
      <w:r>
        <w:t xml:space="preserve"> </w:t>
      </w:r>
      <w:proofErr w:type="spellStart"/>
      <w:r>
        <w:t>nukrito</w:t>
      </w:r>
      <w:proofErr w:type="spellEnd"/>
      <w:r>
        <w:t xml:space="preserve"> po </w:t>
      </w:r>
      <w:proofErr w:type="spellStart"/>
      <w:r>
        <w:t>pirmojo</w:t>
      </w:r>
      <w:proofErr w:type="spellEnd"/>
      <w:r>
        <w:t xml:space="preserve"> </w:t>
      </w:r>
      <w:proofErr w:type="spellStart"/>
      <w:r>
        <w:t>metimo</w:t>
      </w:r>
      <w:proofErr w:type="spellEnd"/>
      <w:r>
        <w:t xml:space="preserve">. Kad </w:t>
      </w:r>
      <w:proofErr w:type="spellStart"/>
      <w:r>
        <w:t>žaidimas</w:t>
      </w:r>
      <w:proofErr w:type="spellEnd"/>
      <w:r>
        <w:t xml:space="preserve"> </w:t>
      </w:r>
      <w:proofErr w:type="spellStart"/>
      <w:r>
        <w:t>būtų</w:t>
      </w:r>
      <w:proofErr w:type="spellEnd"/>
      <w:r>
        <w:t xml:space="preserve"> </w:t>
      </w:r>
      <w:proofErr w:type="spellStart"/>
      <w:r>
        <w:t>įdomesnis</w:t>
      </w:r>
      <w:proofErr w:type="spellEnd"/>
      <w:r>
        <w:t xml:space="preserve">, </w:t>
      </w:r>
      <w:proofErr w:type="spellStart"/>
      <w:r>
        <w:t>pirmasis</w:t>
      </w:r>
      <w:proofErr w:type="spellEnd"/>
      <w:r>
        <w:t xml:space="preserve"> </w:t>
      </w:r>
      <w:proofErr w:type="spellStart"/>
      <w:r>
        <w:t>metimas</w:t>
      </w:r>
      <w:proofErr w:type="spellEnd"/>
      <w:r>
        <w:t xml:space="preserve"> </w:t>
      </w:r>
      <w:proofErr w:type="spellStart"/>
      <w:r>
        <w:t>vertinamas</w:t>
      </w:r>
      <w:proofErr w:type="spellEnd"/>
      <w:r>
        <w:t xml:space="preserve"> </w:t>
      </w:r>
      <w:proofErr w:type="spellStart"/>
      <w:r>
        <w:t>kitaip</w:t>
      </w:r>
      <w:proofErr w:type="spellEnd"/>
      <w:r>
        <w:t xml:space="preserve"> </w:t>
      </w:r>
      <w:proofErr w:type="spellStart"/>
      <w:r>
        <w:t>nei</w:t>
      </w:r>
      <w:proofErr w:type="spellEnd"/>
      <w:r>
        <w:t xml:space="preserve"> </w:t>
      </w:r>
      <w:proofErr w:type="spellStart"/>
      <w:r>
        <w:t>antrasis</w:t>
      </w:r>
      <w:proofErr w:type="spellEnd"/>
      <w:r>
        <w:t xml:space="preserve">, o </w:t>
      </w:r>
      <w:proofErr w:type="spellStart"/>
      <w:r>
        <w:t>pirmasis</w:t>
      </w:r>
      <w:proofErr w:type="spellEnd"/>
      <w:r>
        <w:t xml:space="preserve"> </w:t>
      </w:r>
      <w:proofErr w:type="spellStart"/>
      <w:r>
        <w:t>metimas</w:t>
      </w:r>
      <w:proofErr w:type="spellEnd"/>
      <w:r>
        <w:t xml:space="preserve"> </w:t>
      </w:r>
      <w:proofErr w:type="spellStart"/>
      <w:r>
        <w:t>skaičiuojamas</w:t>
      </w:r>
      <w:proofErr w:type="spellEnd"/>
      <w:r>
        <w:t xml:space="preserve"> </w:t>
      </w:r>
      <w:proofErr w:type="spellStart"/>
      <w:r>
        <w:t>dvigubai</w:t>
      </w:r>
      <w:proofErr w:type="spellEnd"/>
      <w:r>
        <w:t xml:space="preserve">. </w:t>
      </w:r>
      <w:proofErr w:type="spellStart"/>
      <w:r>
        <w:t>Tačiau</w:t>
      </w:r>
      <w:proofErr w:type="spellEnd"/>
      <w:r>
        <w:t xml:space="preserve">, </w:t>
      </w:r>
      <w:proofErr w:type="spellStart"/>
      <w:r>
        <w:t>jei</w:t>
      </w:r>
      <w:proofErr w:type="spellEnd"/>
      <w:r>
        <w:t xml:space="preserve"> </w:t>
      </w:r>
      <w:proofErr w:type="spellStart"/>
      <w:r>
        <w:t>pirmuoju</w:t>
      </w:r>
      <w:proofErr w:type="spellEnd"/>
      <w:r>
        <w:t xml:space="preserve"> </w:t>
      </w:r>
      <w:proofErr w:type="spellStart"/>
      <w:r>
        <w:t>metimu</w:t>
      </w:r>
      <w:proofErr w:type="spellEnd"/>
      <w:r>
        <w:t xml:space="preserve"> </w:t>
      </w:r>
      <w:proofErr w:type="spellStart"/>
      <w:r>
        <w:t>numušama</w:t>
      </w:r>
      <w:proofErr w:type="spellEnd"/>
      <w:r>
        <w:t xml:space="preserve"> </w:t>
      </w:r>
      <w:proofErr w:type="spellStart"/>
      <w:r>
        <w:t>daugiau</w:t>
      </w:r>
      <w:proofErr w:type="spellEnd"/>
      <w:r>
        <w:t xml:space="preserve"> </w:t>
      </w:r>
      <w:proofErr w:type="spellStart"/>
      <w:r>
        <w:t>nei</w:t>
      </w:r>
      <w:proofErr w:type="spellEnd"/>
      <w:r>
        <w:t xml:space="preserve"> </w:t>
      </w:r>
      <w:proofErr w:type="spellStart"/>
      <w:r>
        <w:t>vienos</w:t>
      </w:r>
      <w:proofErr w:type="spellEnd"/>
      <w:r>
        <w:t xml:space="preserve"> </w:t>
      </w:r>
      <w:proofErr w:type="spellStart"/>
      <w:r>
        <w:t>rūšies</w:t>
      </w:r>
      <w:proofErr w:type="spellEnd"/>
      <w:r>
        <w:t xml:space="preserve"> </w:t>
      </w:r>
      <w:proofErr w:type="spellStart"/>
      <w:r>
        <w:t>kėgliai</w:t>
      </w:r>
      <w:proofErr w:type="spellEnd"/>
      <w:r>
        <w:t xml:space="preserve"> (is-sultan, is-secondi </w:t>
      </w:r>
      <w:proofErr w:type="spellStart"/>
      <w:r>
        <w:t>ir</w:t>
      </w:r>
      <w:proofErr w:type="spellEnd"/>
      <w:r>
        <w:t xml:space="preserve"> </w:t>
      </w:r>
      <w:proofErr w:type="spellStart"/>
      <w:r>
        <w:t>qarmuc</w:t>
      </w:r>
      <w:proofErr w:type="spellEnd"/>
      <w:r>
        <w:t xml:space="preserve">), </w:t>
      </w:r>
      <w:proofErr w:type="spellStart"/>
      <w:r>
        <w:t>žaidėjas</w:t>
      </w:r>
      <w:proofErr w:type="spellEnd"/>
      <w:r>
        <w:t xml:space="preserve"> </w:t>
      </w:r>
      <w:proofErr w:type="spellStart"/>
      <w:r>
        <w:t>gauna</w:t>
      </w:r>
      <w:proofErr w:type="spellEnd"/>
      <w:r>
        <w:t xml:space="preserve"> tik 2 </w:t>
      </w:r>
      <w:proofErr w:type="spellStart"/>
      <w:r>
        <w:t>taškus</w:t>
      </w:r>
      <w:proofErr w:type="spellEnd"/>
      <w:r>
        <w:t xml:space="preserve"> </w:t>
      </w:r>
      <w:proofErr w:type="spellStart"/>
      <w:r>
        <w:t>už</w:t>
      </w:r>
      <w:proofErr w:type="spellEnd"/>
      <w:r>
        <w:t xml:space="preserve"> </w:t>
      </w:r>
      <w:proofErr w:type="spellStart"/>
      <w:r>
        <w:t>kiekvieną</w:t>
      </w:r>
      <w:proofErr w:type="spellEnd"/>
      <w:r>
        <w:t xml:space="preserve"> </w:t>
      </w:r>
      <w:proofErr w:type="spellStart"/>
      <w:r>
        <w:t>kėglį</w:t>
      </w:r>
      <w:proofErr w:type="spellEnd"/>
      <w:r>
        <w:t>.</w:t>
      </w:r>
    </w:p>
    <w:p w14:paraId="5D6CC563" w14:textId="77777777" w:rsidR="00BD2AD3" w:rsidRPr="00F1318A" w:rsidRDefault="00BD2AD3" w:rsidP="00BD2AD3"/>
    <w:p w14:paraId="20660640" w14:textId="77777777" w:rsidR="00480AE2" w:rsidRDefault="00BD2AD3" w:rsidP="00BD2AD3">
      <w:pPr>
        <w:rPr>
          <w:lang w:val="mk-MK"/>
        </w:rPr>
      </w:pPr>
      <w:r>
        <w:rPr>
          <w:noProof/>
        </w:rPr>
        <w:drawing>
          <wp:inline distT="0" distB="0" distL="0" distR="0" wp14:anchorId="4488DBBC" wp14:editId="5162A698">
            <wp:extent cx="3224644" cy="271272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рили.png"/>
                    <pic:cNvPicPr/>
                  </pic:nvPicPr>
                  <pic:blipFill>
                    <a:blip r:embed="rId63">
                      <a:extLst>
                        <a:ext uri="{28A0092B-C50C-407E-A947-70E740481C1C}">
                          <a14:useLocalDpi xmlns:a14="http://schemas.microsoft.com/office/drawing/2010/main" val="0"/>
                        </a:ext>
                      </a:extLst>
                    </a:blip>
                    <a:stretch>
                      <a:fillRect/>
                    </a:stretch>
                  </pic:blipFill>
                  <pic:spPr>
                    <a:xfrm>
                      <a:off x="0" y="0"/>
                      <a:ext cx="3224924" cy="2712955"/>
                    </a:xfrm>
                    <a:prstGeom prst="rect">
                      <a:avLst/>
                    </a:prstGeom>
                  </pic:spPr>
                </pic:pic>
              </a:graphicData>
            </a:graphic>
          </wp:inline>
        </w:drawing>
      </w:r>
    </w:p>
    <w:p w14:paraId="02C84F91" w14:textId="77777777" w:rsidR="00480AE2" w:rsidRDefault="00480AE2" w:rsidP="00BD2AD3">
      <w:pPr>
        <w:rPr>
          <w:lang w:val="mk-MK"/>
        </w:rPr>
      </w:pPr>
    </w:p>
    <w:p w14:paraId="4CF82FCE" w14:textId="77777777" w:rsidR="00480AE2" w:rsidRPr="00480AE2" w:rsidRDefault="00480AE2" w:rsidP="00480AE2">
      <w:pPr>
        <w:pStyle w:val="prastasiniatinklio"/>
        <w:rPr>
          <w:b/>
          <w:bCs/>
          <w:lang w:val="mk-MK"/>
        </w:rPr>
      </w:pPr>
      <w:r w:rsidRPr="00480AE2">
        <w:rPr>
          <w:b/>
          <w:bCs/>
          <w:lang w:val="mk-MK"/>
        </w:rPr>
        <w:t>Žaidimo pavadinimas: „Varlė“</w:t>
      </w:r>
    </w:p>
    <w:p w14:paraId="684EDD48" w14:textId="77777777" w:rsidR="00480AE2" w:rsidRPr="00480AE2" w:rsidRDefault="00480AE2" w:rsidP="00480AE2">
      <w:pPr>
        <w:pStyle w:val="prastasiniatinklio"/>
        <w:rPr>
          <w:lang w:val="mk-MK"/>
        </w:rPr>
      </w:pPr>
      <w:r w:rsidRPr="00480AE2">
        <w:rPr>
          <w:lang w:val="mk-MK"/>
        </w:rPr>
        <w:t>Žaidėjų skaičius: neribotas</w:t>
      </w:r>
    </w:p>
    <w:p w14:paraId="348BFF21" w14:textId="77777777" w:rsidR="00480AE2" w:rsidRPr="00480AE2" w:rsidRDefault="00480AE2" w:rsidP="00480AE2">
      <w:pPr>
        <w:pStyle w:val="prastasiniatinklio"/>
        <w:rPr>
          <w:lang w:val="mk-MK"/>
        </w:rPr>
      </w:pPr>
      <w:r w:rsidRPr="00480AE2">
        <w:rPr>
          <w:lang w:val="mk-MK"/>
        </w:rPr>
        <w:t>Reikalinga įranga: /</w:t>
      </w:r>
    </w:p>
    <w:p w14:paraId="3C32E2D5" w14:textId="77777777" w:rsidR="00480AE2" w:rsidRDefault="00480AE2" w:rsidP="00480AE2">
      <w:pPr>
        <w:pStyle w:val="prastasiniatinklio"/>
        <w:rPr>
          <w:lang w:val="mk-MK"/>
        </w:rPr>
      </w:pPr>
    </w:p>
    <w:p w14:paraId="13304FD6" w14:textId="77777777" w:rsidR="00480AE2" w:rsidRDefault="00480AE2" w:rsidP="00480AE2">
      <w:pPr>
        <w:pStyle w:val="prastasiniatinklio"/>
        <w:rPr>
          <w:lang w:val="mk-MK"/>
        </w:rPr>
      </w:pPr>
    </w:p>
    <w:p w14:paraId="4DEB9617" w14:textId="77777777" w:rsidR="00480AE2" w:rsidRDefault="00480AE2" w:rsidP="00480AE2">
      <w:pPr>
        <w:pStyle w:val="prastasiniatinklio"/>
        <w:rPr>
          <w:lang w:val="mk-MK"/>
        </w:rPr>
      </w:pPr>
    </w:p>
    <w:p w14:paraId="2D70969B" w14:textId="3D64572D" w:rsidR="00480AE2" w:rsidRPr="00480AE2" w:rsidRDefault="00480AE2" w:rsidP="00480AE2">
      <w:pPr>
        <w:pStyle w:val="prastasiniatinklio"/>
        <w:rPr>
          <w:lang w:val="mk-MK"/>
        </w:rPr>
      </w:pPr>
      <w:r>
        <w:rPr>
          <w:lang w:val="lt-LT"/>
        </w:rPr>
        <w:lastRenderedPageBreak/>
        <w:t>Kaip žaisti</w:t>
      </w:r>
      <w:r w:rsidRPr="00480AE2">
        <w:rPr>
          <w:lang w:val="mk-MK"/>
        </w:rPr>
        <w:t>:</w:t>
      </w:r>
    </w:p>
    <w:p w14:paraId="0C2CD9F2" w14:textId="77777777" w:rsidR="00480AE2" w:rsidRDefault="00480AE2" w:rsidP="00480AE2">
      <w:pPr>
        <w:pStyle w:val="prastasiniatinklio"/>
      </w:pPr>
      <w:r w:rsidRPr="00480AE2">
        <w:rPr>
          <w:lang w:val="mk-MK"/>
        </w:rPr>
        <w:t xml:space="preserve">1. „Frog“ žaidimo tikslas – viena komanda turi peršokti per kitą komandą, jos neliesdama. Jei šokanti komandos žaidėjas paliečia kitos komandos žaidėją, jis iškrenta iš žaidimo. </w:t>
      </w:r>
      <w:proofErr w:type="spellStart"/>
      <w:r>
        <w:t>Žaidimas</w:t>
      </w:r>
      <w:proofErr w:type="spellEnd"/>
      <w:r>
        <w:t xml:space="preserve"> </w:t>
      </w:r>
      <w:proofErr w:type="spellStart"/>
      <w:r>
        <w:t>tęsiasi</w:t>
      </w:r>
      <w:proofErr w:type="spellEnd"/>
      <w:r>
        <w:t xml:space="preserve">, </w:t>
      </w:r>
      <w:proofErr w:type="spellStart"/>
      <w:r>
        <w:t>kol</w:t>
      </w:r>
      <w:proofErr w:type="spellEnd"/>
      <w:r>
        <w:t xml:space="preserve"> </w:t>
      </w:r>
      <w:proofErr w:type="spellStart"/>
      <w:r>
        <w:t>viena</w:t>
      </w:r>
      <w:proofErr w:type="spellEnd"/>
      <w:r>
        <w:t xml:space="preserve"> </w:t>
      </w:r>
      <w:proofErr w:type="spellStart"/>
      <w:r>
        <w:t>komanda</w:t>
      </w:r>
      <w:proofErr w:type="spellEnd"/>
      <w:r>
        <w:t xml:space="preserve"> </w:t>
      </w:r>
      <w:proofErr w:type="spellStart"/>
      <w:r>
        <w:t>peršoka</w:t>
      </w:r>
      <w:proofErr w:type="spellEnd"/>
      <w:r>
        <w:t xml:space="preserve"> per </w:t>
      </w:r>
      <w:proofErr w:type="spellStart"/>
      <w:r>
        <w:t>visus</w:t>
      </w:r>
      <w:proofErr w:type="spellEnd"/>
      <w:r>
        <w:t xml:space="preserve"> </w:t>
      </w:r>
      <w:proofErr w:type="spellStart"/>
      <w:r>
        <w:t>savo</w:t>
      </w:r>
      <w:proofErr w:type="spellEnd"/>
      <w:r>
        <w:t xml:space="preserve"> </w:t>
      </w:r>
      <w:proofErr w:type="spellStart"/>
      <w:r>
        <w:t>priešininkus</w:t>
      </w:r>
      <w:proofErr w:type="spellEnd"/>
      <w:r>
        <w:t xml:space="preserve">, </w:t>
      </w:r>
      <w:proofErr w:type="spellStart"/>
      <w:r>
        <w:t>jų</w:t>
      </w:r>
      <w:proofErr w:type="spellEnd"/>
      <w:r>
        <w:t xml:space="preserve"> </w:t>
      </w:r>
      <w:proofErr w:type="spellStart"/>
      <w:r>
        <w:t>neliesdama</w:t>
      </w:r>
      <w:proofErr w:type="spellEnd"/>
      <w:r>
        <w:t>.</w:t>
      </w:r>
    </w:p>
    <w:p w14:paraId="534E84BC" w14:textId="4D713C8D" w:rsidR="00480AE2" w:rsidRDefault="00480AE2" w:rsidP="00480AE2">
      <w:pPr>
        <w:pStyle w:val="prastasiniatinklio"/>
      </w:pPr>
      <w:r>
        <w:t>2. „</w:t>
      </w:r>
      <w:proofErr w:type="spellStart"/>
      <w:proofErr w:type="gramStart"/>
      <w:r>
        <w:t>Varlės</w:t>
      </w:r>
      <w:proofErr w:type="spellEnd"/>
      <w:r>
        <w:t xml:space="preserve">“ </w:t>
      </w:r>
      <w:proofErr w:type="spellStart"/>
      <w:r>
        <w:t>žaidimo</w:t>
      </w:r>
      <w:proofErr w:type="spellEnd"/>
      <w:proofErr w:type="gramEnd"/>
      <w:r>
        <w:t xml:space="preserve"> </w:t>
      </w:r>
      <w:proofErr w:type="spellStart"/>
      <w:r>
        <w:t>variantas</w:t>
      </w:r>
      <w:proofErr w:type="spellEnd"/>
      <w:r>
        <w:t xml:space="preserve">, kai </w:t>
      </w:r>
      <w:proofErr w:type="spellStart"/>
      <w:r>
        <w:t>šokanti</w:t>
      </w:r>
      <w:proofErr w:type="spellEnd"/>
      <w:r>
        <w:t xml:space="preserve"> </w:t>
      </w:r>
      <w:proofErr w:type="spellStart"/>
      <w:r>
        <w:t>komanda</w:t>
      </w:r>
      <w:proofErr w:type="spellEnd"/>
      <w:r>
        <w:t xml:space="preserve"> </w:t>
      </w:r>
      <w:proofErr w:type="spellStart"/>
      <w:r>
        <w:t>peršoka</w:t>
      </w:r>
      <w:proofErr w:type="spellEnd"/>
      <w:r>
        <w:t xml:space="preserve"> per </w:t>
      </w:r>
      <w:proofErr w:type="spellStart"/>
      <w:r>
        <w:t>keletą</w:t>
      </w:r>
      <w:proofErr w:type="spellEnd"/>
      <w:r>
        <w:t xml:space="preserve"> </w:t>
      </w:r>
      <w:proofErr w:type="spellStart"/>
      <w:r>
        <w:t>kliūčių</w:t>
      </w:r>
      <w:proofErr w:type="spellEnd"/>
      <w:r>
        <w:t xml:space="preserve">, </w:t>
      </w:r>
      <w:proofErr w:type="spellStart"/>
      <w:r>
        <w:t>pvz</w:t>
      </w:r>
      <w:proofErr w:type="spellEnd"/>
      <w:r>
        <w:t xml:space="preserve">., </w:t>
      </w:r>
      <w:proofErr w:type="spellStart"/>
      <w:r>
        <w:t>kūgius</w:t>
      </w:r>
      <w:proofErr w:type="spellEnd"/>
      <w:r>
        <w:t xml:space="preserve"> </w:t>
      </w:r>
      <w:proofErr w:type="spellStart"/>
      <w:r>
        <w:t>ar</w:t>
      </w:r>
      <w:proofErr w:type="spellEnd"/>
      <w:r>
        <w:t xml:space="preserve"> </w:t>
      </w:r>
      <w:proofErr w:type="spellStart"/>
      <w:r>
        <w:t>mažas</w:t>
      </w:r>
      <w:proofErr w:type="spellEnd"/>
      <w:r>
        <w:t xml:space="preserve"> </w:t>
      </w:r>
      <w:proofErr w:type="spellStart"/>
      <w:r>
        <w:t>kliūtis</w:t>
      </w:r>
      <w:proofErr w:type="spellEnd"/>
      <w:r>
        <w:t xml:space="preserve">. Tai </w:t>
      </w:r>
      <w:proofErr w:type="spellStart"/>
      <w:r>
        <w:t>gali</w:t>
      </w:r>
      <w:proofErr w:type="spellEnd"/>
      <w:r>
        <w:t xml:space="preserve"> </w:t>
      </w:r>
      <w:proofErr w:type="spellStart"/>
      <w:r>
        <w:t>padaryti</w:t>
      </w:r>
      <w:proofErr w:type="spellEnd"/>
      <w:r>
        <w:t xml:space="preserve"> </w:t>
      </w:r>
      <w:proofErr w:type="spellStart"/>
      <w:r>
        <w:t>žaidimą</w:t>
      </w:r>
      <w:proofErr w:type="spellEnd"/>
      <w:r>
        <w:t xml:space="preserve"> </w:t>
      </w:r>
      <w:proofErr w:type="spellStart"/>
      <w:r>
        <w:t>sudėtingesnį</w:t>
      </w:r>
      <w:proofErr w:type="spellEnd"/>
      <w:r>
        <w:t xml:space="preserve"> </w:t>
      </w:r>
      <w:proofErr w:type="spellStart"/>
      <w:r>
        <w:t>ir</w:t>
      </w:r>
      <w:proofErr w:type="spellEnd"/>
      <w:r>
        <w:t xml:space="preserve"> </w:t>
      </w:r>
      <w:proofErr w:type="spellStart"/>
      <w:r>
        <w:t>įdomesnį</w:t>
      </w:r>
      <w:proofErr w:type="spellEnd"/>
      <w:r>
        <w:t xml:space="preserve"> </w:t>
      </w:r>
      <w:proofErr w:type="spellStart"/>
      <w:r>
        <w:t>vyresniems</w:t>
      </w:r>
      <w:proofErr w:type="spellEnd"/>
      <w:r>
        <w:t xml:space="preserve"> </w:t>
      </w:r>
      <w:proofErr w:type="spellStart"/>
      <w:r>
        <w:t>žaidėjams</w:t>
      </w:r>
      <w:proofErr w:type="spellEnd"/>
      <w:r>
        <w:t>.</w:t>
      </w:r>
    </w:p>
    <w:p w14:paraId="064704A1" w14:textId="77777777" w:rsidR="00480AE2" w:rsidRDefault="00480AE2" w:rsidP="00480AE2">
      <w:pPr>
        <w:pStyle w:val="prastasiniatinklio"/>
      </w:pPr>
      <w:r>
        <w:t xml:space="preserve">• </w:t>
      </w:r>
      <w:proofErr w:type="spellStart"/>
      <w:r>
        <w:t>Pirmasis</w:t>
      </w:r>
      <w:proofErr w:type="spellEnd"/>
      <w:r>
        <w:t xml:space="preserve"> </w:t>
      </w:r>
      <w:proofErr w:type="spellStart"/>
      <w:r>
        <w:t>vaikas</w:t>
      </w:r>
      <w:proofErr w:type="spellEnd"/>
      <w:r>
        <w:t xml:space="preserve"> </w:t>
      </w:r>
      <w:proofErr w:type="spellStart"/>
      <w:r>
        <w:t>turi</w:t>
      </w:r>
      <w:proofErr w:type="spellEnd"/>
      <w:r>
        <w:t xml:space="preserve"> </w:t>
      </w:r>
      <w:proofErr w:type="spellStart"/>
      <w:r>
        <w:t>atsiklaupti</w:t>
      </w:r>
      <w:proofErr w:type="spellEnd"/>
      <w:r>
        <w:t xml:space="preserve"> </w:t>
      </w:r>
      <w:proofErr w:type="spellStart"/>
      <w:r>
        <w:t>ir</w:t>
      </w:r>
      <w:proofErr w:type="spellEnd"/>
      <w:r>
        <w:t xml:space="preserve"> </w:t>
      </w:r>
      <w:proofErr w:type="spellStart"/>
      <w:r>
        <w:t>padėti</w:t>
      </w:r>
      <w:proofErr w:type="spellEnd"/>
      <w:r>
        <w:t xml:space="preserve"> </w:t>
      </w:r>
      <w:proofErr w:type="spellStart"/>
      <w:r>
        <w:t>rankas</w:t>
      </w:r>
      <w:proofErr w:type="spellEnd"/>
      <w:r>
        <w:t xml:space="preserve"> </w:t>
      </w:r>
      <w:proofErr w:type="spellStart"/>
      <w:r>
        <w:t>ant</w:t>
      </w:r>
      <w:proofErr w:type="spellEnd"/>
      <w:r>
        <w:t xml:space="preserve"> </w:t>
      </w:r>
      <w:proofErr w:type="spellStart"/>
      <w:r>
        <w:t>kelių</w:t>
      </w:r>
      <w:proofErr w:type="spellEnd"/>
      <w:r>
        <w:t xml:space="preserve">. </w:t>
      </w:r>
      <w:proofErr w:type="spellStart"/>
      <w:r>
        <w:t>Jaunesni</w:t>
      </w:r>
      <w:proofErr w:type="spellEnd"/>
      <w:r>
        <w:t xml:space="preserve"> </w:t>
      </w:r>
      <w:proofErr w:type="spellStart"/>
      <w:r>
        <w:t>vaikai</w:t>
      </w:r>
      <w:proofErr w:type="spellEnd"/>
      <w:r>
        <w:t xml:space="preserve"> </w:t>
      </w:r>
      <w:proofErr w:type="spellStart"/>
      <w:r>
        <w:t>gali</w:t>
      </w:r>
      <w:proofErr w:type="spellEnd"/>
      <w:r>
        <w:t xml:space="preserve"> </w:t>
      </w:r>
      <w:proofErr w:type="spellStart"/>
      <w:r>
        <w:t>tiesiog</w:t>
      </w:r>
      <w:proofErr w:type="spellEnd"/>
      <w:r>
        <w:t xml:space="preserve"> </w:t>
      </w:r>
      <w:proofErr w:type="spellStart"/>
      <w:r>
        <w:t>susirangyti</w:t>
      </w:r>
      <w:proofErr w:type="spellEnd"/>
      <w:r>
        <w:t xml:space="preserve"> ant </w:t>
      </w:r>
      <w:proofErr w:type="spellStart"/>
      <w:r>
        <w:t>grindų</w:t>
      </w:r>
      <w:proofErr w:type="spellEnd"/>
      <w:r>
        <w:t xml:space="preserve">, </w:t>
      </w:r>
      <w:proofErr w:type="spellStart"/>
      <w:r>
        <w:t>atsiremdami</w:t>
      </w:r>
      <w:proofErr w:type="spellEnd"/>
      <w:r>
        <w:t xml:space="preserve"> į </w:t>
      </w:r>
      <w:proofErr w:type="spellStart"/>
      <w:r>
        <w:t>galvą</w:t>
      </w:r>
      <w:proofErr w:type="spellEnd"/>
      <w:r>
        <w:t xml:space="preserve"> ir </w:t>
      </w:r>
      <w:proofErr w:type="spellStart"/>
      <w:r>
        <w:t>kojas</w:t>
      </w:r>
      <w:proofErr w:type="spellEnd"/>
      <w:r>
        <w:t>.</w:t>
      </w:r>
    </w:p>
    <w:p w14:paraId="6D895047" w14:textId="77777777" w:rsidR="00480AE2" w:rsidRDefault="00480AE2" w:rsidP="00480AE2">
      <w:pPr>
        <w:pStyle w:val="prastasiniatinklio"/>
      </w:pPr>
      <w:r>
        <w:t xml:space="preserve">• </w:t>
      </w:r>
      <w:proofErr w:type="spellStart"/>
      <w:r>
        <w:t>Antrasis</w:t>
      </w:r>
      <w:proofErr w:type="spellEnd"/>
      <w:r>
        <w:t xml:space="preserve"> </w:t>
      </w:r>
      <w:proofErr w:type="spellStart"/>
      <w:r>
        <w:t>žaidėjas</w:t>
      </w:r>
      <w:proofErr w:type="spellEnd"/>
      <w:r>
        <w:t xml:space="preserve"> </w:t>
      </w:r>
      <w:proofErr w:type="spellStart"/>
      <w:r>
        <w:t>pribėga</w:t>
      </w:r>
      <w:proofErr w:type="spellEnd"/>
      <w:r>
        <w:t xml:space="preserve"> </w:t>
      </w:r>
      <w:proofErr w:type="spellStart"/>
      <w:r>
        <w:t>prie</w:t>
      </w:r>
      <w:proofErr w:type="spellEnd"/>
      <w:r>
        <w:t xml:space="preserve"> </w:t>
      </w:r>
      <w:proofErr w:type="spellStart"/>
      <w:r>
        <w:t>susirangusio</w:t>
      </w:r>
      <w:proofErr w:type="spellEnd"/>
      <w:r>
        <w:t xml:space="preserve"> </w:t>
      </w:r>
      <w:proofErr w:type="spellStart"/>
      <w:r>
        <w:t>vaiko</w:t>
      </w:r>
      <w:proofErr w:type="spellEnd"/>
      <w:r>
        <w:t xml:space="preserve">, </w:t>
      </w:r>
      <w:proofErr w:type="spellStart"/>
      <w:r>
        <w:t>uždeda</w:t>
      </w:r>
      <w:proofErr w:type="spellEnd"/>
      <w:r>
        <w:t xml:space="preserve"> </w:t>
      </w:r>
      <w:proofErr w:type="spellStart"/>
      <w:r>
        <w:t>rankas</w:t>
      </w:r>
      <w:proofErr w:type="spellEnd"/>
      <w:r>
        <w:t xml:space="preserve"> ant jo </w:t>
      </w:r>
      <w:proofErr w:type="spellStart"/>
      <w:r>
        <w:t>nugaros</w:t>
      </w:r>
      <w:proofErr w:type="spellEnd"/>
      <w:r>
        <w:t xml:space="preserve"> </w:t>
      </w:r>
      <w:proofErr w:type="spellStart"/>
      <w:r>
        <w:t>ir</w:t>
      </w:r>
      <w:proofErr w:type="spellEnd"/>
      <w:r>
        <w:t xml:space="preserve"> </w:t>
      </w:r>
      <w:proofErr w:type="spellStart"/>
      <w:r>
        <w:t>šoka</w:t>
      </w:r>
      <w:proofErr w:type="spellEnd"/>
      <w:r>
        <w:t xml:space="preserve"> </w:t>
      </w:r>
      <w:proofErr w:type="spellStart"/>
      <w:r>
        <w:t>kaip</w:t>
      </w:r>
      <w:proofErr w:type="spellEnd"/>
      <w:r>
        <w:t xml:space="preserve"> </w:t>
      </w:r>
      <w:proofErr w:type="spellStart"/>
      <w:r>
        <w:t>varlė</w:t>
      </w:r>
      <w:proofErr w:type="spellEnd"/>
      <w:r>
        <w:t xml:space="preserve">, </w:t>
      </w:r>
      <w:proofErr w:type="spellStart"/>
      <w:r>
        <w:t>skraidanti</w:t>
      </w:r>
      <w:proofErr w:type="spellEnd"/>
      <w:r>
        <w:t xml:space="preserve"> ore, </w:t>
      </w:r>
      <w:proofErr w:type="spellStart"/>
      <w:r>
        <w:t>išskėsdamas</w:t>
      </w:r>
      <w:proofErr w:type="spellEnd"/>
      <w:r>
        <w:t xml:space="preserve"> </w:t>
      </w:r>
      <w:proofErr w:type="spellStart"/>
      <w:r>
        <w:t>kojas</w:t>
      </w:r>
      <w:proofErr w:type="spellEnd"/>
      <w:r>
        <w:t xml:space="preserve"> į </w:t>
      </w:r>
      <w:proofErr w:type="spellStart"/>
      <w:proofErr w:type="gramStart"/>
      <w:r>
        <w:t>šalis</w:t>
      </w:r>
      <w:proofErr w:type="spellEnd"/>
      <w:r>
        <w:t>.•</w:t>
      </w:r>
      <w:proofErr w:type="gramEnd"/>
      <w:r>
        <w:t xml:space="preserve"> </w:t>
      </w:r>
      <w:proofErr w:type="spellStart"/>
      <w:r>
        <w:t>Nusileidęs</w:t>
      </w:r>
      <w:proofErr w:type="spellEnd"/>
      <w:r>
        <w:t xml:space="preserve">, </w:t>
      </w:r>
      <w:proofErr w:type="spellStart"/>
      <w:r>
        <w:t>šis</w:t>
      </w:r>
      <w:proofErr w:type="spellEnd"/>
      <w:r>
        <w:t xml:space="preserve"> </w:t>
      </w:r>
      <w:proofErr w:type="spellStart"/>
      <w:r>
        <w:t>vaikas</w:t>
      </w:r>
      <w:proofErr w:type="spellEnd"/>
      <w:r>
        <w:t xml:space="preserve"> </w:t>
      </w:r>
      <w:proofErr w:type="spellStart"/>
      <w:r>
        <w:t>iš</w:t>
      </w:r>
      <w:proofErr w:type="spellEnd"/>
      <w:r>
        <w:t xml:space="preserve"> </w:t>
      </w:r>
      <w:proofErr w:type="spellStart"/>
      <w:r>
        <w:t>karto</w:t>
      </w:r>
      <w:proofErr w:type="spellEnd"/>
      <w:r>
        <w:t xml:space="preserve"> </w:t>
      </w:r>
      <w:proofErr w:type="spellStart"/>
      <w:r>
        <w:t>atsitūpia</w:t>
      </w:r>
      <w:proofErr w:type="spellEnd"/>
      <w:r>
        <w:t xml:space="preserve"> į </w:t>
      </w:r>
      <w:proofErr w:type="spellStart"/>
      <w:r>
        <w:t>varlės</w:t>
      </w:r>
      <w:proofErr w:type="spellEnd"/>
      <w:r>
        <w:t xml:space="preserve"> </w:t>
      </w:r>
      <w:proofErr w:type="spellStart"/>
      <w:r>
        <w:t>poziciją</w:t>
      </w:r>
      <w:proofErr w:type="spellEnd"/>
      <w:r>
        <w:t xml:space="preserve">, </w:t>
      </w:r>
      <w:proofErr w:type="spellStart"/>
      <w:r>
        <w:t>todėl</w:t>
      </w:r>
      <w:proofErr w:type="spellEnd"/>
      <w:r>
        <w:t xml:space="preserve"> </w:t>
      </w:r>
      <w:proofErr w:type="spellStart"/>
      <w:r>
        <w:t>trečiasis</w:t>
      </w:r>
      <w:proofErr w:type="spellEnd"/>
      <w:r>
        <w:t xml:space="preserve"> </w:t>
      </w:r>
      <w:proofErr w:type="spellStart"/>
      <w:r>
        <w:t>vaikas</w:t>
      </w:r>
      <w:proofErr w:type="spellEnd"/>
      <w:r>
        <w:t xml:space="preserve"> </w:t>
      </w:r>
      <w:proofErr w:type="spellStart"/>
      <w:r>
        <w:t>turi</w:t>
      </w:r>
      <w:proofErr w:type="spellEnd"/>
      <w:r>
        <w:t xml:space="preserve"> </w:t>
      </w:r>
      <w:proofErr w:type="spellStart"/>
      <w:r>
        <w:t>peršokti</w:t>
      </w:r>
      <w:proofErr w:type="spellEnd"/>
      <w:r>
        <w:t xml:space="preserve"> per </w:t>
      </w:r>
      <w:proofErr w:type="spellStart"/>
      <w:r>
        <w:t>pirmąjį</w:t>
      </w:r>
      <w:proofErr w:type="spellEnd"/>
      <w:r>
        <w:t xml:space="preserve"> </w:t>
      </w:r>
      <w:proofErr w:type="spellStart"/>
      <w:r>
        <w:t>ir</w:t>
      </w:r>
      <w:proofErr w:type="spellEnd"/>
      <w:r>
        <w:t xml:space="preserve"> </w:t>
      </w:r>
      <w:proofErr w:type="spellStart"/>
      <w:r>
        <w:t>antrąjį</w:t>
      </w:r>
      <w:proofErr w:type="spellEnd"/>
      <w:r>
        <w:t xml:space="preserve">, o </w:t>
      </w:r>
      <w:proofErr w:type="spellStart"/>
      <w:r>
        <w:t>tada</w:t>
      </w:r>
      <w:proofErr w:type="spellEnd"/>
      <w:r>
        <w:t xml:space="preserve"> </w:t>
      </w:r>
      <w:proofErr w:type="spellStart"/>
      <w:r>
        <w:t>atsitūpia</w:t>
      </w:r>
      <w:proofErr w:type="spellEnd"/>
      <w:r>
        <w:t xml:space="preserve">, </w:t>
      </w:r>
      <w:proofErr w:type="spellStart"/>
      <w:r>
        <w:t>kad</w:t>
      </w:r>
      <w:proofErr w:type="spellEnd"/>
      <w:r>
        <w:t xml:space="preserve"> </w:t>
      </w:r>
      <w:proofErr w:type="spellStart"/>
      <w:r>
        <w:t>ketvirtasis</w:t>
      </w:r>
      <w:proofErr w:type="spellEnd"/>
      <w:r>
        <w:t xml:space="preserve"> </w:t>
      </w:r>
      <w:proofErr w:type="spellStart"/>
      <w:r>
        <w:t>žaidėjas</w:t>
      </w:r>
      <w:proofErr w:type="spellEnd"/>
      <w:r>
        <w:t xml:space="preserve"> </w:t>
      </w:r>
      <w:proofErr w:type="spellStart"/>
      <w:r>
        <w:t>galėtų</w:t>
      </w:r>
      <w:proofErr w:type="spellEnd"/>
      <w:r>
        <w:t xml:space="preserve"> </w:t>
      </w:r>
      <w:proofErr w:type="spellStart"/>
      <w:r>
        <w:t>peršokti</w:t>
      </w:r>
      <w:proofErr w:type="spellEnd"/>
      <w:r>
        <w:t xml:space="preserve"> per </w:t>
      </w:r>
      <w:proofErr w:type="spellStart"/>
      <w:r>
        <w:t>jį</w:t>
      </w:r>
      <w:proofErr w:type="spellEnd"/>
      <w:r>
        <w:t>.</w:t>
      </w:r>
    </w:p>
    <w:p w14:paraId="47D9B20C" w14:textId="77777777" w:rsidR="00480AE2" w:rsidRDefault="00480AE2" w:rsidP="00480AE2">
      <w:pPr>
        <w:pStyle w:val="prastasiniatinklio"/>
      </w:pPr>
      <w:r>
        <w:t xml:space="preserve">• Kai </w:t>
      </w:r>
      <w:proofErr w:type="spellStart"/>
      <w:r>
        <w:t>visi</w:t>
      </w:r>
      <w:proofErr w:type="spellEnd"/>
      <w:r>
        <w:t xml:space="preserve"> </w:t>
      </w:r>
      <w:proofErr w:type="spellStart"/>
      <w:r>
        <w:t>žaidėjai</w:t>
      </w:r>
      <w:proofErr w:type="spellEnd"/>
      <w:r>
        <w:t xml:space="preserve"> </w:t>
      </w:r>
      <w:proofErr w:type="spellStart"/>
      <w:r>
        <w:t>atsitūpia</w:t>
      </w:r>
      <w:proofErr w:type="spellEnd"/>
      <w:r>
        <w:t xml:space="preserve">, </w:t>
      </w:r>
      <w:proofErr w:type="spellStart"/>
      <w:r>
        <w:t>paskutinis</w:t>
      </w:r>
      <w:proofErr w:type="spellEnd"/>
      <w:r>
        <w:t xml:space="preserve"> </w:t>
      </w:r>
      <w:proofErr w:type="spellStart"/>
      <w:r>
        <w:t>eilėje</w:t>
      </w:r>
      <w:proofErr w:type="spellEnd"/>
      <w:r>
        <w:t xml:space="preserve"> </w:t>
      </w:r>
      <w:proofErr w:type="spellStart"/>
      <w:r>
        <w:t>pradeda</w:t>
      </w:r>
      <w:proofErr w:type="spellEnd"/>
      <w:r>
        <w:t xml:space="preserve"> </w:t>
      </w:r>
      <w:proofErr w:type="spellStart"/>
      <w:r>
        <w:t>peršokti</w:t>
      </w:r>
      <w:proofErr w:type="spellEnd"/>
      <w:r>
        <w:t xml:space="preserve"> per </w:t>
      </w:r>
      <w:proofErr w:type="spellStart"/>
      <w:r>
        <w:t>visus</w:t>
      </w:r>
      <w:proofErr w:type="spellEnd"/>
      <w:r>
        <w:t xml:space="preserve"> </w:t>
      </w:r>
      <w:proofErr w:type="spellStart"/>
      <w:r>
        <w:t>kitus</w:t>
      </w:r>
      <w:proofErr w:type="spellEnd"/>
      <w:r>
        <w:t xml:space="preserve"> </w:t>
      </w:r>
      <w:proofErr w:type="spellStart"/>
      <w:r>
        <w:t>paeiliui</w:t>
      </w:r>
      <w:proofErr w:type="spellEnd"/>
      <w:r>
        <w:t>.</w:t>
      </w:r>
    </w:p>
    <w:p w14:paraId="5D6585B4" w14:textId="77777777" w:rsidR="00BD2AD3" w:rsidRPr="00480AE2" w:rsidRDefault="00BD2AD3" w:rsidP="00BD2AD3"/>
    <w:p w14:paraId="423306C8" w14:textId="77777777" w:rsidR="00480AE2" w:rsidRDefault="00480AE2" w:rsidP="00BD2AD3">
      <w:pPr>
        <w:rPr>
          <w:lang w:val="mk-MK"/>
        </w:rPr>
      </w:pPr>
    </w:p>
    <w:p w14:paraId="741E5C64" w14:textId="77777777" w:rsidR="00480AE2" w:rsidRDefault="00480AE2" w:rsidP="00BD2AD3">
      <w:pPr>
        <w:rPr>
          <w:lang w:val="mk-MK"/>
        </w:rPr>
      </w:pPr>
    </w:p>
    <w:p w14:paraId="563F3219" w14:textId="77777777" w:rsidR="00480AE2" w:rsidRDefault="00480AE2" w:rsidP="00BD2AD3">
      <w:pPr>
        <w:rPr>
          <w:lang w:val="mk-MK"/>
        </w:rPr>
      </w:pPr>
    </w:p>
    <w:p w14:paraId="467DD16F" w14:textId="77777777" w:rsidR="00BD2AD3" w:rsidRDefault="00BD2AD3" w:rsidP="00BD2AD3">
      <w:pPr>
        <w:rPr>
          <w:lang w:val="mk-MK"/>
        </w:rPr>
      </w:pPr>
      <w:r>
        <w:rPr>
          <w:noProof/>
        </w:rPr>
        <w:drawing>
          <wp:inline distT="0" distB="0" distL="0" distR="0" wp14:anchorId="509DF341" wp14:editId="5689DCE1">
            <wp:extent cx="2560542" cy="3932261"/>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фрог.png"/>
                    <pic:cNvPicPr/>
                  </pic:nvPicPr>
                  <pic:blipFill>
                    <a:blip r:embed="rId64">
                      <a:extLst>
                        <a:ext uri="{28A0092B-C50C-407E-A947-70E740481C1C}">
                          <a14:useLocalDpi xmlns:a14="http://schemas.microsoft.com/office/drawing/2010/main" val="0"/>
                        </a:ext>
                      </a:extLst>
                    </a:blip>
                    <a:stretch>
                      <a:fillRect/>
                    </a:stretch>
                  </pic:blipFill>
                  <pic:spPr>
                    <a:xfrm>
                      <a:off x="0" y="0"/>
                      <a:ext cx="2560542" cy="3932261"/>
                    </a:xfrm>
                    <a:prstGeom prst="rect">
                      <a:avLst/>
                    </a:prstGeom>
                  </pic:spPr>
                </pic:pic>
              </a:graphicData>
            </a:graphic>
          </wp:inline>
        </w:drawing>
      </w:r>
    </w:p>
    <w:p w14:paraId="63D87A2C" w14:textId="77777777" w:rsidR="000867F6" w:rsidRDefault="000867F6" w:rsidP="00BD2AD3">
      <w:pPr>
        <w:rPr>
          <w:lang w:val="mk-MK"/>
        </w:rPr>
      </w:pPr>
    </w:p>
    <w:p w14:paraId="02D3C494" w14:textId="77777777" w:rsidR="000867F6" w:rsidRDefault="000867F6" w:rsidP="00BD2AD3">
      <w:pPr>
        <w:rPr>
          <w:lang w:val="mk-MK"/>
        </w:rPr>
      </w:pPr>
    </w:p>
    <w:p w14:paraId="11290609" w14:textId="77777777" w:rsidR="00BD2AD3" w:rsidRDefault="00BD2AD3" w:rsidP="00BD2AD3">
      <w:pPr>
        <w:rPr>
          <w:lang w:val="mk-MK"/>
        </w:rPr>
      </w:pPr>
    </w:p>
    <w:p w14:paraId="64B1F6FF" w14:textId="77777777" w:rsidR="00B62B8D" w:rsidRPr="00B62B8D" w:rsidRDefault="00B62B8D" w:rsidP="00B62B8D">
      <w:pPr>
        <w:pStyle w:val="prastasiniatinklio"/>
        <w:jc w:val="center"/>
        <w:rPr>
          <w:color w:val="1F497D" w:themeColor="text2"/>
          <w:sz w:val="40"/>
          <w:szCs w:val="40"/>
          <w:lang w:val="mk-MK"/>
        </w:rPr>
      </w:pPr>
      <w:r w:rsidRPr="00B62B8D">
        <w:rPr>
          <w:b/>
          <w:bCs/>
          <w:color w:val="1F497D" w:themeColor="text2"/>
          <w:sz w:val="40"/>
          <w:szCs w:val="40"/>
          <w:lang w:val="mk-MK"/>
        </w:rPr>
        <w:t>Tradiciniai lietuviški žaidimai</w:t>
      </w:r>
    </w:p>
    <w:p w14:paraId="3D243406" w14:textId="23A5B39A" w:rsidR="00B62B8D" w:rsidRPr="00B62B8D" w:rsidRDefault="00B62B8D" w:rsidP="00B62B8D">
      <w:pPr>
        <w:pStyle w:val="prastasiniatinklio"/>
        <w:rPr>
          <w:b/>
          <w:bCs/>
          <w:lang w:val="mk-MK"/>
        </w:rPr>
      </w:pPr>
      <w:r w:rsidRPr="00B62B8D">
        <w:rPr>
          <w:b/>
          <w:bCs/>
          <w:lang w:val="mk-MK"/>
        </w:rPr>
        <w:t xml:space="preserve">Žaidimo pavadinimas: „ </w:t>
      </w:r>
      <w:r w:rsidRPr="00B62B8D">
        <w:rPr>
          <w:b/>
          <w:bCs/>
          <w:lang w:val="lt-LT"/>
        </w:rPr>
        <w:t>P</w:t>
      </w:r>
      <w:r w:rsidRPr="00B62B8D">
        <w:rPr>
          <w:b/>
          <w:bCs/>
          <w:lang w:val="mk-MK"/>
        </w:rPr>
        <w:t>aukštelis skrido“</w:t>
      </w:r>
    </w:p>
    <w:p w14:paraId="30ECAF69" w14:textId="77777777" w:rsidR="00B62B8D" w:rsidRPr="00B62B8D" w:rsidRDefault="00B62B8D" w:rsidP="00B62B8D">
      <w:pPr>
        <w:pStyle w:val="prastasiniatinklio"/>
        <w:rPr>
          <w:lang w:val="mk-MK"/>
        </w:rPr>
      </w:pPr>
      <w:r w:rsidRPr="00B62B8D">
        <w:rPr>
          <w:lang w:val="mk-MK"/>
        </w:rPr>
        <w:t>Žaidėjų skaičius: neribotas</w:t>
      </w:r>
    </w:p>
    <w:p w14:paraId="031211D6" w14:textId="77777777" w:rsidR="00B62B8D" w:rsidRPr="00B62B8D" w:rsidRDefault="00B62B8D" w:rsidP="00B62B8D">
      <w:pPr>
        <w:pStyle w:val="prastasiniatinklio"/>
        <w:rPr>
          <w:lang w:val="mk-MK"/>
        </w:rPr>
      </w:pPr>
      <w:r w:rsidRPr="00B62B8D">
        <w:rPr>
          <w:lang w:val="mk-MK"/>
        </w:rPr>
        <w:t>Reikmenys: /</w:t>
      </w:r>
    </w:p>
    <w:p w14:paraId="6742E52E" w14:textId="77777777" w:rsidR="00B62B8D" w:rsidRPr="00B62B8D" w:rsidRDefault="00B62B8D" w:rsidP="00B62B8D">
      <w:pPr>
        <w:pStyle w:val="prastasiniatinklio"/>
        <w:rPr>
          <w:lang w:val="mk-MK"/>
        </w:rPr>
      </w:pPr>
      <w:r w:rsidRPr="00B62B8D">
        <w:rPr>
          <w:lang w:val="mk-MK"/>
        </w:rPr>
        <w:t>Žaidimo taisyklės:</w:t>
      </w:r>
    </w:p>
    <w:p w14:paraId="0C5EF686" w14:textId="77777777" w:rsidR="00B62B8D" w:rsidRPr="00B62B8D" w:rsidRDefault="00B62B8D" w:rsidP="00B62B8D">
      <w:pPr>
        <w:pStyle w:val="prastasiniatinklio"/>
        <w:rPr>
          <w:lang w:val="mk-MK"/>
        </w:rPr>
      </w:pPr>
      <w:r w:rsidRPr="00B62B8D">
        <w:rPr>
          <w:lang w:val="mk-MK"/>
        </w:rPr>
        <w:t>1. Žaidėjai susidaro ratą, o žaidimo vadovas stovi viduryje, mojuoja rankomis kaip sparnais ir dainuoja šią dainą:„Mažasis paukštelis skrido virš gatvės, virš gatvės, virš gatvės,</w:t>
      </w:r>
    </w:p>
    <w:p w14:paraId="322430DF" w14:textId="77777777" w:rsidR="00B62B8D" w:rsidRPr="00B62B8D" w:rsidRDefault="00B62B8D" w:rsidP="00B62B8D">
      <w:pPr>
        <w:pStyle w:val="prastasiniatinklio"/>
        <w:rPr>
          <w:lang w:val="mk-MK"/>
        </w:rPr>
      </w:pPr>
      <w:r w:rsidRPr="00B62B8D">
        <w:rPr>
          <w:lang w:val="mk-MK"/>
        </w:rPr>
        <w:t>ir pamatė kanapių gabalėlį, kanapių gabalėlį, kanapių gabalėlį.</w:t>
      </w:r>
    </w:p>
    <w:p w14:paraId="3173ABB6" w14:textId="77777777" w:rsidR="00B62B8D" w:rsidRDefault="00B62B8D" w:rsidP="00B62B8D">
      <w:pPr>
        <w:pStyle w:val="prastasiniatinklio"/>
      </w:pPr>
      <w:proofErr w:type="spellStart"/>
      <w:r>
        <w:t>Kanapėse</w:t>
      </w:r>
      <w:proofErr w:type="spellEnd"/>
      <w:r>
        <w:t xml:space="preserve"> </w:t>
      </w:r>
      <w:proofErr w:type="spellStart"/>
      <w:r>
        <w:t>jis</w:t>
      </w:r>
      <w:proofErr w:type="spellEnd"/>
      <w:r>
        <w:t xml:space="preserve"> </w:t>
      </w:r>
      <w:proofErr w:type="spellStart"/>
      <w:r>
        <w:t>lesino</w:t>
      </w:r>
      <w:proofErr w:type="spellEnd"/>
      <w:r>
        <w:t xml:space="preserve"> </w:t>
      </w:r>
      <w:proofErr w:type="spellStart"/>
      <w:r>
        <w:t>sėklas</w:t>
      </w:r>
      <w:proofErr w:type="spellEnd"/>
      <w:r>
        <w:t xml:space="preserve"> </w:t>
      </w:r>
      <w:proofErr w:type="spellStart"/>
      <w:r>
        <w:t>ir</w:t>
      </w:r>
      <w:proofErr w:type="spellEnd"/>
      <w:r>
        <w:t xml:space="preserve"> </w:t>
      </w:r>
      <w:proofErr w:type="spellStart"/>
      <w:r>
        <w:t>nešė</w:t>
      </w:r>
      <w:proofErr w:type="spellEnd"/>
      <w:r>
        <w:t xml:space="preserve"> </w:t>
      </w:r>
      <w:proofErr w:type="spellStart"/>
      <w:r>
        <w:t>jas</w:t>
      </w:r>
      <w:proofErr w:type="spellEnd"/>
      <w:r>
        <w:t xml:space="preserve"> ant </w:t>
      </w:r>
      <w:proofErr w:type="spellStart"/>
      <w:r>
        <w:t>savo</w:t>
      </w:r>
      <w:proofErr w:type="spellEnd"/>
      <w:r>
        <w:t xml:space="preserve"> </w:t>
      </w:r>
      <w:proofErr w:type="spellStart"/>
      <w:r>
        <w:t>sparnų</w:t>
      </w:r>
      <w:proofErr w:type="spellEnd"/>
      <w:r>
        <w:t xml:space="preserve">, ant </w:t>
      </w:r>
      <w:proofErr w:type="spellStart"/>
      <w:r>
        <w:t>savo</w:t>
      </w:r>
      <w:proofErr w:type="spellEnd"/>
      <w:r>
        <w:t xml:space="preserve"> </w:t>
      </w:r>
      <w:proofErr w:type="spellStart"/>
      <w:r>
        <w:t>sparnų</w:t>
      </w:r>
      <w:proofErr w:type="spellEnd"/>
      <w:r>
        <w:t>,</w:t>
      </w:r>
    </w:p>
    <w:p w14:paraId="3D8F30A5" w14:textId="26E7F2FD" w:rsidR="00B62B8D" w:rsidRDefault="00B62B8D" w:rsidP="00B62B8D">
      <w:pPr>
        <w:pStyle w:val="prastasiniatinklio"/>
      </w:pPr>
      <w:proofErr w:type="spellStart"/>
      <w:r>
        <w:t>Kanapėse</w:t>
      </w:r>
      <w:proofErr w:type="spellEnd"/>
      <w:r>
        <w:t xml:space="preserve"> </w:t>
      </w:r>
      <w:proofErr w:type="spellStart"/>
      <w:r>
        <w:t>jis</w:t>
      </w:r>
      <w:proofErr w:type="spellEnd"/>
      <w:r>
        <w:t xml:space="preserve"> </w:t>
      </w:r>
      <w:proofErr w:type="spellStart"/>
      <w:r>
        <w:t>lesino</w:t>
      </w:r>
      <w:proofErr w:type="spellEnd"/>
      <w:r>
        <w:t xml:space="preserve"> </w:t>
      </w:r>
      <w:proofErr w:type="spellStart"/>
      <w:r>
        <w:t>sėklas</w:t>
      </w:r>
      <w:proofErr w:type="spellEnd"/>
      <w:r>
        <w:t xml:space="preserve"> </w:t>
      </w:r>
      <w:proofErr w:type="spellStart"/>
      <w:r>
        <w:t>ir</w:t>
      </w:r>
      <w:proofErr w:type="spellEnd"/>
      <w:r>
        <w:t xml:space="preserve"> </w:t>
      </w:r>
      <w:proofErr w:type="spellStart"/>
      <w:r>
        <w:t>nešė</w:t>
      </w:r>
      <w:proofErr w:type="spellEnd"/>
      <w:r>
        <w:t xml:space="preserve"> </w:t>
      </w:r>
      <w:proofErr w:type="spellStart"/>
      <w:r>
        <w:t>jas</w:t>
      </w:r>
      <w:proofErr w:type="spellEnd"/>
      <w:r>
        <w:t xml:space="preserve"> ant </w:t>
      </w:r>
      <w:proofErr w:type="spellStart"/>
      <w:r>
        <w:t>savo</w:t>
      </w:r>
      <w:proofErr w:type="spellEnd"/>
      <w:r>
        <w:t xml:space="preserve"> </w:t>
      </w:r>
      <w:proofErr w:type="spellStart"/>
      <w:r>
        <w:t>sparnų</w:t>
      </w:r>
      <w:proofErr w:type="spellEnd"/>
      <w:r>
        <w:t xml:space="preserve">, ant </w:t>
      </w:r>
      <w:proofErr w:type="spellStart"/>
      <w:r>
        <w:t>savo</w:t>
      </w:r>
      <w:proofErr w:type="spellEnd"/>
      <w:r>
        <w:t xml:space="preserve"> </w:t>
      </w:r>
      <w:proofErr w:type="spellStart"/>
      <w:proofErr w:type="gramStart"/>
      <w:r>
        <w:t>sparnų</w:t>
      </w:r>
      <w:proofErr w:type="spellEnd"/>
      <w:r>
        <w:t xml:space="preserve"> .</w:t>
      </w:r>
      <w:proofErr w:type="spellStart"/>
      <w:r>
        <w:t>Cheerrrr</w:t>
      </w:r>
      <w:proofErr w:type="spellEnd"/>
      <w:proofErr w:type="gramEnd"/>
      <w:r>
        <w:t>!"</w:t>
      </w:r>
    </w:p>
    <w:p w14:paraId="394A0761" w14:textId="77777777" w:rsidR="00B62B8D" w:rsidRDefault="00B62B8D" w:rsidP="00B62B8D">
      <w:pPr>
        <w:pStyle w:val="prastasiniatinklio"/>
      </w:pPr>
      <w:r>
        <w:t xml:space="preserve">Per </w:t>
      </w:r>
      <w:proofErr w:type="spellStart"/>
      <w:r>
        <w:t>pirmąsias</w:t>
      </w:r>
      <w:proofErr w:type="spellEnd"/>
      <w:r>
        <w:t xml:space="preserve"> </w:t>
      </w:r>
      <w:proofErr w:type="spellStart"/>
      <w:r>
        <w:t>eilutes</w:t>
      </w:r>
      <w:proofErr w:type="spellEnd"/>
      <w:r>
        <w:t xml:space="preserve"> </w:t>
      </w:r>
      <w:proofErr w:type="spellStart"/>
      <w:r>
        <w:t>žaidėjai</w:t>
      </w:r>
      <w:proofErr w:type="spellEnd"/>
      <w:r>
        <w:t xml:space="preserve"> </w:t>
      </w:r>
      <w:proofErr w:type="spellStart"/>
      <w:r>
        <w:t>vaikšto</w:t>
      </w:r>
      <w:proofErr w:type="spellEnd"/>
      <w:r>
        <w:t xml:space="preserve"> ratu.</w:t>
      </w:r>
    </w:p>
    <w:p w14:paraId="6809DB1E" w14:textId="77777777" w:rsidR="00B62B8D" w:rsidRDefault="00B62B8D" w:rsidP="00B62B8D">
      <w:pPr>
        <w:pStyle w:val="prastasiniatinklio"/>
      </w:pPr>
      <w:r>
        <w:t xml:space="preserve">Nuo </w:t>
      </w:r>
      <w:proofErr w:type="spellStart"/>
      <w:r>
        <w:t>žodžių</w:t>
      </w:r>
      <w:proofErr w:type="spellEnd"/>
      <w:r>
        <w:t xml:space="preserve"> „</w:t>
      </w:r>
      <w:proofErr w:type="spellStart"/>
      <w:r>
        <w:t>Kanapėse</w:t>
      </w:r>
      <w:proofErr w:type="spellEnd"/>
      <w:proofErr w:type="gramStart"/>
      <w:r>
        <w:t xml:space="preserve">...“ </w:t>
      </w:r>
      <w:proofErr w:type="spellStart"/>
      <w:r>
        <w:t>visi</w:t>
      </w:r>
      <w:proofErr w:type="spellEnd"/>
      <w:proofErr w:type="gramEnd"/>
      <w:r>
        <w:t xml:space="preserve"> </w:t>
      </w:r>
      <w:proofErr w:type="spellStart"/>
      <w:r>
        <w:t>pradeda</w:t>
      </w:r>
      <w:proofErr w:type="spellEnd"/>
      <w:r>
        <w:t xml:space="preserve"> </w:t>
      </w:r>
      <w:proofErr w:type="spellStart"/>
      <w:r>
        <w:t>bėgti</w:t>
      </w:r>
      <w:proofErr w:type="spellEnd"/>
      <w:r>
        <w:t xml:space="preserve"> ratu.</w:t>
      </w:r>
    </w:p>
    <w:p w14:paraId="5D2807A8" w14:textId="77777777" w:rsidR="00B62B8D" w:rsidRDefault="00B62B8D" w:rsidP="00B62B8D">
      <w:pPr>
        <w:pStyle w:val="prastasiniatinklio"/>
      </w:pPr>
      <w:proofErr w:type="spellStart"/>
      <w:r>
        <w:t>Išgirdę</w:t>
      </w:r>
      <w:proofErr w:type="spellEnd"/>
      <w:r>
        <w:t xml:space="preserve"> </w:t>
      </w:r>
      <w:proofErr w:type="spellStart"/>
      <w:r>
        <w:t>žodį</w:t>
      </w:r>
      <w:proofErr w:type="spellEnd"/>
      <w:r>
        <w:t xml:space="preserve"> „</w:t>
      </w:r>
      <w:proofErr w:type="spellStart"/>
      <w:proofErr w:type="gramStart"/>
      <w:r>
        <w:t>Cheerrrr</w:t>
      </w:r>
      <w:proofErr w:type="spellEnd"/>
      <w:r>
        <w:t>!“</w:t>
      </w:r>
      <w:proofErr w:type="gramEnd"/>
      <w:r>
        <w:t xml:space="preserve">, </w:t>
      </w:r>
      <w:proofErr w:type="spellStart"/>
      <w:r>
        <w:t>visi</w:t>
      </w:r>
      <w:proofErr w:type="spellEnd"/>
      <w:r>
        <w:t xml:space="preserve"> </w:t>
      </w:r>
      <w:proofErr w:type="spellStart"/>
      <w:r>
        <w:t>turi</w:t>
      </w:r>
      <w:proofErr w:type="spellEnd"/>
      <w:r>
        <w:t xml:space="preserve"> </w:t>
      </w:r>
      <w:proofErr w:type="spellStart"/>
      <w:r>
        <w:t>greitai</w:t>
      </w:r>
      <w:proofErr w:type="spellEnd"/>
      <w:r>
        <w:t xml:space="preserve"> </w:t>
      </w:r>
      <w:proofErr w:type="spellStart"/>
      <w:r>
        <w:t>susirasti</w:t>
      </w:r>
      <w:proofErr w:type="spellEnd"/>
      <w:r>
        <w:t xml:space="preserve"> </w:t>
      </w:r>
      <w:proofErr w:type="spellStart"/>
      <w:r>
        <w:t>partnerį</w:t>
      </w:r>
      <w:proofErr w:type="spellEnd"/>
      <w:r>
        <w:t>,</w:t>
      </w:r>
    </w:p>
    <w:p w14:paraId="63BA983D" w14:textId="77777777" w:rsidR="00B62B8D" w:rsidRDefault="00B62B8D" w:rsidP="00B62B8D">
      <w:pPr>
        <w:pStyle w:val="prastasiniatinklio"/>
      </w:pPr>
      <w:r>
        <w:t xml:space="preserve">bet </w:t>
      </w:r>
      <w:proofErr w:type="spellStart"/>
      <w:r>
        <w:t>jie</w:t>
      </w:r>
      <w:proofErr w:type="spellEnd"/>
      <w:r>
        <w:t xml:space="preserve"> </w:t>
      </w:r>
      <w:proofErr w:type="spellStart"/>
      <w:r>
        <w:t>negali</w:t>
      </w:r>
      <w:proofErr w:type="spellEnd"/>
      <w:r>
        <w:t xml:space="preserve"> </w:t>
      </w:r>
      <w:proofErr w:type="spellStart"/>
      <w:r>
        <w:t>pasirinkti</w:t>
      </w:r>
      <w:proofErr w:type="spellEnd"/>
      <w:r>
        <w:t xml:space="preserve"> </w:t>
      </w:r>
      <w:proofErr w:type="spellStart"/>
      <w:r>
        <w:t>žaidėjų</w:t>
      </w:r>
      <w:proofErr w:type="spellEnd"/>
      <w:r>
        <w:t xml:space="preserve">, </w:t>
      </w:r>
      <w:proofErr w:type="spellStart"/>
      <w:r>
        <w:t>esančių</w:t>
      </w:r>
      <w:proofErr w:type="spellEnd"/>
      <w:r>
        <w:t xml:space="preserve"> </w:t>
      </w:r>
      <w:proofErr w:type="spellStart"/>
      <w:r>
        <w:t>iš</w:t>
      </w:r>
      <w:proofErr w:type="spellEnd"/>
      <w:r>
        <w:t xml:space="preserve"> </w:t>
      </w:r>
      <w:proofErr w:type="spellStart"/>
      <w:r>
        <w:t>karto</w:t>
      </w:r>
      <w:proofErr w:type="spellEnd"/>
      <w:r>
        <w:t xml:space="preserve"> į </w:t>
      </w:r>
      <w:proofErr w:type="spellStart"/>
      <w:r>
        <w:t>dešinę</w:t>
      </w:r>
      <w:proofErr w:type="spellEnd"/>
      <w:r>
        <w:t xml:space="preserve"> </w:t>
      </w:r>
      <w:proofErr w:type="spellStart"/>
      <w:r>
        <w:t>ar</w:t>
      </w:r>
      <w:proofErr w:type="spellEnd"/>
      <w:r>
        <w:t xml:space="preserve"> į </w:t>
      </w:r>
      <w:proofErr w:type="spellStart"/>
      <w:r>
        <w:t>kairę</w:t>
      </w:r>
      <w:proofErr w:type="spellEnd"/>
      <w:r>
        <w:t xml:space="preserve"> </w:t>
      </w:r>
      <w:proofErr w:type="spellStart"/>
      <w:r>
        <w:t>nuo</w:t>
      </w:r>
      <w:proofErr w:type="spellEnd"/>
      <w:r>
        <w:t xml:space="preserve"> </w:t>
      </w:r>
      <w:proofErr w:type="spellStart"/>
      <w:proofErr w:type="gramStart"/>
      <w:r>
        <w:t>jų.Tas</w:t>
      </w:r>
      <w:proofErr w:type="spellEnd"/>
      <w:proofErr w:type="gramEnd"/>
      <w:r>
        <w:t xml:space="preserve">, </w:t>
      </w:r>
      <w:proofErr w:type="spellStart"/>
      <w:r>
        <w:t>kuris</w:t>
      </w:r>
      <w:proofErr w:type="spellEnd"/>
      <w:r>
        <w:t xml:space="preserve"> </w:t>
      </w:r>
      <w:proofErr w:type="spellStart"/>
      <w:r>
        <w:t>lieka</w:t>
      </w:r>
      <w:proofErr w:type="spellEnd"/>
      <w:r>
        <w:t xml:space="preserve"> be </w:t>
      </w:r>
      <w:proofErr w:type="spellStart"/>
      <w:r>
        <w:t>partnerio</w:t>
      </w:r>
      <w:proofErr w:type="spellEnd"/>
      <w:r>
        <w:t xml:space="preserve">, </w:t>
      </w:r>
      <w:proofErr w:type="spellStart"/>
      <w:r>
        <w:t>yra</w:t>
      </w:r>
      <w:proofErr w:type="spellEnd"/>
      <w:r>
        <w:t xml:space="preserve"> </w:t>
      </w:r>
      <w:proofErr w:type="spellStart"/>
      <w:r>
        <w:t>persekiojamas</w:t>
      </w:r>
      <w:proofErr w:type="spellEnd"/>
      <w:r>
        <w:t xml:space="preserve"> </w:t>
      </w:r>
      <w:proofErr w:type="spellStart"/>
      <w:r>
        <w:t>vadovo</w:t>
      </w:r>
      <w:proofErr w:type="spellEnd"/>
      <w:r>
        <w:t>.</w:t>
      </w:r>
    </w:p>
    <w:p w14:paraId="086F3EB2" w14:textId="77777777" w:rsidR="00B62B8D" w:rsidRDefault="00B62B8D" w:rsidP="00B62B8D">
      <w:pPr>
        <w:pStyle w:val="prastasiniatinklio"/>
      </w:pPr>
      <w:proofErr w:type="spellStart"/>
      <w:r>
        <w:t>Jei</w:t>
      </w:r>
      <w:proofErr w:type="spellEnd"/>
      <w:r>
        <w:t xml:space="preserve"> </w:t>
      </w:r>
      <w:proofErr w:type="spellStart"/>
      <w:r>
        <w:t>vadovas</w:t>
      </w:r>
      <w:proofErr w:type="spellEnd"/>
      <w:r>
        <w:t xml:space="preserve"> </w:t>
      </w:r>
      <w:proofErr w:type="spellStart"/>
      <w:r>
        <w:t>jį</w:t>
      </w:r>
      <w:proofErr w:type="spellEnd"/>
      <w:r>
        <w:t xml:space="preserve"> </w:t>
      </w:r>
      <w:proofErr w:type="spellStart"/>
      <w:r>
        <w:t>pagaus</w:t>
      </w:r>
      <w:proofErr w:type="spellEnd"/>
      <w:r>
        <w:t xml:space="preserve">, </w:t>
      </w:r>
      <w:proofErr w:type="spellStart"/>
      <w:r>
        <w:t>pagautas</w:t>
      </w:r>
      <w:proofErr w:type="spellEnd"/>
      <w:r>
        <w:t xml:space="preserve"> </w:t>
      </w:r>
      <w:proofErr w:type="spellStart"/>
      <w:r>
        <w:t>žaidėjas</w:t>
      </w:r>
      <w:proofErr w:type="spellEnd"/>
      <w:r>
        <w:t xml:space="preserve"> </w:t>
      </w:r>
      <w:proofErr w:type="spellStart"/>
      <w:r>
        <w:t>tampa</w:t>
      </w:r>
      <w:proofErr w:type="spellEnd"/>
      <w:r>
        <w:t xml:space="preserve"> </w:t>
      </w:r>
      <w:proofErr w:type="spellStart"/>
      <w:r>
        <w:t>nauju</w:t>
      </w:r>
      <w:proofErr w:type="spellEnd"/>
      <w:r>
        <w:t xml:space="preserve"> </w:t>
      </w:r>
      <w:proofErr w:type="spellStart"/>
      <w:r>
        <w:t>vadovu</w:t>
      </w:r>
      <w:proofErr w:type="spellEnd"/>
      <w:r>
        <w:t xml:space="preserve"> </w:t>
      </w:r>
      <w:proofErr w:type="spellStart"/>
      <w:r>
        <w:t>ir</w:t>
      </w:r>
      <w:proofErr w:type="spellEnd"/>
      <w:r>
        <w:t xml:space="preserve"> </w:t>
      </w:r>
      <w:proofErr w:type="spellStart"/>
      <w:r>
        <w:t>žaidimas</w:t>
      </w:r>
      <w:proofErr w:type="spellEnd"/>
      <w:r>
        <w:t xml:space="preserve"> </w:t>
      </w:r>
      <w:proofErr w:type="spellStart"/>
      <w:r>
        <w:t>tęsiasi</w:t>
      </w:r>
      <w:proofErr w:type="spellEnd"/>
      <w:r>
        <w:t>.</w:t>
      </w:r>
    </w:p>
    <w:p w14:paraId="41311FC1" w14:textId="77777777" w:rsidR="007F4F7B" w:rsidRPr="00B62B8D" w:rsidRDefault="007F4F7B" w:rsidP="00D32540">
      <w:pPr>
        <w:jc w:val="center"/>
        <w:rPr>
          <w:b/>
          <w:caps/>
          <w:sz w:val="28"/>
          <w:szCs w:val="28"/>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p>
    <w:p w14:paraId="278BDF3F" w14:textId="77777777" w:rsidR="00D32540" w:rsidRPr="00B82E50" w:rsidRDefault="00D32540" w:rsidP="00D32540">
      <w:pPr>
        <w:rPr>
          <w:lang w:val="mk-MK"/>
        </w:rPr>
      </w:pPr>
      <w:r>
        <w:rPr>
          <w:noProof/>
        </w:rPr>
        <w:drawing>
          <wp:inline distT="0" distB="0" distL="0" distR="0" wp14:anchorId="01EB7C88" wp14:editId="42152A40">
            <wp:extent cx="2489200" cy="1866900"/>
            <wp:effectExtent l="0" t="0" r="635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r vir vir.jpg"/>
                    <pic:cNvPicPr/>
                  </pic:nvPicPr>
                  <pic:blipFill>
                    <a:blip r:embed="rId65">
                      <a:extLst>
                        <a:ext uri="{28A0092B-C50C-407E-A947-70E740481C1C}">
                          <a14:useLocalDpi xmlns:a14="http://schemas.microsoft.com/office/drawing/2010/main" val="0"/>
                        </a:ext>
                      </a:extLst>
                    </a:blip>
                    <a:stretch>
                      <a:fillRect/>
                    </a:stretch>
                  </pic:blipFill>
                  <pic:spPr>
                    <a:xfrm>
                      <a:off x="0" y="0"/>
                      <a:ext cx="2489200" cy="1866900"/>
                    </a:xfrm>
                    <a:prstGeom prst="rect">
                      <a:avLst/>
                    </a:prstGeom>
                  </pic:spPr>
                </pic:pic>
              </a:graphicData>
            </a:graphic>
          </wp:inline>
        </w:drawing>
      </w:r>
    </w:p>
    <w:p w14:paraId="40664CF3" w14:textId="77777777" w:rsidR="009A7975" w:rsidRDefault="009A7975" w:rsidP="009A7975">
      <w:pPr>
        <w:pStyle w:val="prastasiniatinklio"/>
        <w:rPr>
          <w:lang w:val="mk-MK"/>
        </w:rPr>
      </w:pPr>
    </w:p>
    <w:p w14:paraId="19336DB1" w14:textId="564CA400" w:rsidR="009A7975" w:rsidRPr="009A7975" w:rsidRDefault="009A7975" w:rsidP="009A7975">
      <w:pPr>
        <w:pStyle w:val="prastasiniatinklio"/>
        <w:rPr>
          <w:b/>
          <w:bCs/>
          <w:lang w:val="mk-MK"/>
        </w:rPr>
      </w:pPr>
      <w:r w:rsidRPr="009A7975">
        <w:rPr>
          <w:b/>
          <w:bCs/>
          <w:lang w:val="mk-MK"/>
        </w:rPr>
        <w:lastRenderedPageBreak/>
        <w:t>Žaidimo pavadinimas: „Laum</w:t>
      </w:r>
      <w:r w:rsidR="001131AC">
        <w:rPr>
          <w:b/>
          <w:bCs/>
          <w:lang w:val="lt-LT"/>
        </w:rPr>
        <w:t>ės</w:t>
      </w:r>
      <w:r w:rsidRPr="009A7975">
        <w:rPr>
          <w:b/>
          <w:bCs/>
          <w:lang w:val="mk-MK"/>
        </w:rPr>
        <w:t xml:space="preserve"> ratas“</w:t>
      </w:r>
    </w:p>
    <w:p w14:paraId="6503E68E" w14:textId="77777777" w:rsidR="009A7975" w:rsidRPr="009A7975" w:rsidRDefault="009A7975" w:rsidP="009A7975">
      <w:pPr>
        <w:pStyle w:val="prastasiniatinklio"/>
        <w:rPr>
          <w:lang w:val="mk-MK"/>
        </w:rPr>
      </w:pPr>
      <w:r w:rsidRPr="009A7975">
        <w:rPr>
          <w:lang w:val="mk-MK"/>
        </w:rPr>
        <w:t>Žaidėjų skaičius: neribotas</w:t>
      </w:r>
    </w:p>
    <w:p w14:paraId="61B0CBD2" w14:textId="77777777" w:rsidR="009A7975" w:rsidRPr="009A7975" w:rsidRDefault="009A7975" w:rsidP="009A7975">
      <w:pPr>
        <w:pStyle w:val="prastasiniatinklio"/>
        <w:rPr>
          <w:lang w:val="mk-MK"/>
        </w:rPr>
      </w:pPr>
      <w:r w:rsidRPr="009A7975">
        <w:rPr>
          <w:lang w:val="mk-MK"/>
        </w:rPr>
        <w:t>Reikmenys: kamuolys</w:t>
      </w:r>
    </w:p>
    <w:p w14:paraId="56882941" w14:textId="77777777" w:rsidR="009A7975" w:rsidRPr="009A7975" w:rsidRDefault="009A7975" w:rsidP="009A7975">
      <w:pPr>
        <w:pStyle w:val="prastasiniatinklio"/>
        <w:rPr>
          <w:lang w:val="mk-MK"/>
        </w:rPr>
      </w:pPr>
      <w:r w:rsidRPr="009A7975">
        <w:rPr>
          <w:lang w:val="mk-MK"/>
        </w:rPr>
        <w:t>Taisyklės:</w:t>
      </w:r>
    </w:p>
    <w:p w14:paraId="40A38704" w14:textId="77777777" w:rsidR="009A7975" w:rsidRPr="009A7975" w:rsidRDefault="009A7975" w:rsidP="009A7975">
      <w:pPr>
        <w:pStyle w:val="prastasiniatinklio"/>
        <w:rPr>
          <w:lang w:val="mk-MK"/>
        </w:rPr>
      </w:pPr>
      <w:r w:rsidRPr="009A7975">
        <w:rPr>
          <w:lang w:val="mk-MK"/>
        </w:rPr>
        <w:t>Žaidėjai susikimba rankomis ir sudaro ratą.</w:t>
      </w:r>
    </w:p>
    <w:p w14:paraId="5C7F8D93" w14:textId="77777777" w:rsidR="009A7975" w:rsidRDefault="009A7975" w:rsidP="009A7975">
      <w:pPr>
        <w:pStyle w:val="prastasiniatinklio"/>
      </w:pPr>
      <w:r>
        <w:t>„</w:t>
      </w:r>
      <w:proofErr w:type="spellStart"/>
      <w:r>
        <w:t>Maginis</w:t>
      </w:r>
      <w:proofErr w:type="spellEnd"/>
      <w:r>
        <w:t xml:space="preserve"> </w:t>
      </w:r>
      <w:proofErr w:type="spellStart"/>
      <w:proofErr w:type="gramStart"/>
      <w:r>
        <w:t>kamuolys</w:t>
      </w:r>
      <w:proofErr w:type="spellEnd"/>
      <w:r>
        <w:t xml:space="preserve">“ </w:t>
      </w:r>
      <w:proofErr w:type="spellStart"/>
      <w:r>
        <w:t>kuo</w:t>
      </w:r>
      <w:proofErr w:type="spellEnd"/>
      <w:proofErr w:type="gramEnd"/>
      <w:r>
        <w:t xml:space="preserve"> </w:t>
      </w:r>
      <w:proofErr w:type="spellStart"/>
      <w:r>
        <w:t>greičiau</w:t>
      </w:r>
      <w:proofErr w:type="spellEnd"/>
      <w:r>
        <w:t xml:space="preserve"> </w:t>
      </w:r>
      <w:proofErr w:type="spellStart"/>
      <w:r>
        <w:t>perduodamas</w:t>
      </w:r>
      <w:proofErr w:type="spellEnd"/>
      <w:r>
        <w:t xml:space="preserve"> per </w:t>
      </w:r>
      <w:proofErr w:type="spellStart"/>
      <w:r>
        <w:t>ratą</w:t>
      </w:r>
      <w:proofErr w:type="spellEnd"/>
      <w:r>
        <w:t>.</w:t>
      </w:r>
    </w:p>
    <w:p w14:paraId="24673A8A" w14:textId="77777777" w:rsidR="009A7975" w:rsidRDefault="009A7975" w:rsidP="009A7975">
      <w:pPr>
        <w:pStyle w:val="prastasiniatinklio"/>
      </w:pPr>
      <w:proofErr w:type="spellStart"/>
      <w:r>
        <w:t>Kamuolys</w:t>
      </w:r>
      <w:proofErr w:type="spellEnd"/>
      <w:r>
        <w:t xml:space="preserve"> </w:t>
      </w:r>
      <w:proofErr w:type="spellStart"/>
      <w:r>
        <w:t>turi</w:t>
      </w:r>
      <w:proofErr w:type="spellEnd"/>
      <w:r>
        <w:t xml:space="preserve"> </w:t>
      </w:r>
      <w:proofErr w:type="spellStart"/>
      <w:r>
        <w:t>būti</w:t>
      </w:r>
      <w:proofErr w:type="spellEnd"/>
      <w:r>
        <w:t xml:space="preserve"> </w:t>
      </w:r>
      <w:proofErr w:type="spellStart"/>
      <w:r>
        <w:t>perduodamas</w:t>
      </w:r>
      <w:proofErr w:type="spellEnd"/>
      <w:r>
        <w:t xml:space="preserve"> </w:t>
      </w:r>
      <w:proofErr w:type="spellStart"/>
      <w:r>
        <w:t>pagal</w:t>
      </w:r>
      <w:proofErr w:type="spellEnd"/>
      <w:r>
        <w:t xml:space="preserve"> tam </w:t>
      </w:r>
      <w:proofErr w:type="spellStart"/>
      <w:r>
        <w:t>tikras</w:t>
      </w:r>
      <w:proofErr w:type="spellEnd"/>
      <w:r>
        <w:t xml:space="preserve"> </w:t>
      </w:r>
      <w:proofErr w:type="spellStart"/>
      <w:r>
        <w:t>taisykles</w:t>
      </w:r>
      <w:proofErr w:type="spellEnd"/>
      <w:r>
        <w:t xml:space="preserve"> (</w:t>
      </w:r>
      <w:proofErr w:type="spellStart"/>
      <w:r>
        <w:t>pvz</w:t>
      </w:r>
      <w:proofErr w:type="spellEnd"/>
      <w:r>
        <w:t xml:space="preserve">., tarp </w:t>
      </w:r>
      <w:proofErr w:type="spellStart"/>
      <w:r>
        <w:t>kojų</w:t>
      </w:r>
      <w:proofErr w:type="spellEnd"/>
      <w:r>
        <w:t xml:space="preserve">, </w:t>
      </w:r>
      <w:proofErr w:type="spellStart"/>
      <w:r>
        <w:t>prispaudžiant</w:t>
      </w:r>
      <w:proofErr w:type="spellEnd"/>
      <w:r>
        <w:t xml:space="preserve"> </w:t>
      </w:r>
      <w:proofErr w:type="spellStart"/>
      <w:r>
        <w:t>jį</w:t>
      </w:r>
      <w:proofErr w:type="spellEnd"/>
      <w:r>
        <w:t xml:space="preserve"> </w:t>
      </w:r>
      <w:proofErr w:type="spellStart"/>
      <w:r>
        <w:t>petimi</w:t>
      </w:r>
      <w:proofErr w:type="spellEnd"/>
      <w:r>
        <w:t xml:space="preserve"> </w:t>
      </w:r>
      <w:proofErr w:type="spellStart"/>
      <w:r>
        <w:t>ir</w:t>
      </w:r>
      <w:proofErr w:type="spellEnd"/>
      <w:r>
        <w:t xml:space="preserve"> </w:t>
      </w:r>
      <w:proofErr w:type="spellStart"/>
      <w:r>
        <w:t>dilbiu</w:t>
      </w:r>
      <w:proofErr w:type="spellEnd"/>
      <w:r>
        <w:t xml:space="preserve"> (</w:t>
      </w:r>
      <w:proofErr w:type="spellStart"/>
      <w:r>
        <w:t>alkūne</w:t>
      </w:r>
      <w:proofErr w:type="spellEnd"/>
      <w:r>
        <w:t xml:space="preserve">), </w:t>
      </w:r>
      <w:proofErr w:type="spellStart"/>
      <w:r>
        <w:t>klubais</w:t>
      </w:r>
      <w:proofErr w:type="spellEnd"/>
      <w:r>
        <w:t xml:space="preserve">, </w:t>
      </w:r>
      <w:proofErr w:type="spellStart"/>
      <w:r>
        <w:t>naudojant</w:t>
      </w:r>
      <w:proofErr w:type="spellEnd"/>
      <w:r>
        <w:t xml:space="preserve"> tik </w:t>
      </w:r>
      <w:proofErr w:type="spellStart"/>
      <w:r>
        <w:t>galvą</w:t>
      </w:r>
      <w:proofErr w:type="spellEnd"/>
      <w:r>
        <w:t xml:space="preserve">, </w:t>
      </w:r>
      <w:proofErr w:type="spellStart"/>
      <w:r>
        <w:t>naudojant</w:t>
      </w:r>
      <w:proofErr w:type="spellEnd"/>
      <w:r>
        <w:t xml:space="preserve"> tik </w:t>
      </w:r>
      <w:proofErr w:type="spellStart"/>
      <w:r>
        <w:t>kojas</w:t>
      </w:r>
      <w:proofErr w:type="spellEnd"/>
      <w:r>
        <w:t>).</w:t>
      </w:r>
    </w:p>
    <w:p w14:paraId="273D7675" w14:textId="17C839D1" w:rsidR="009A7975" w:rsidRPr="00B82E50" w:rsidRDefault="009A7975" w:rsidP="009A7975">
      <w:pPr>
        <w:rPr>
          <w:lang w:val="mk-MK"/>
        </w:rPr>
      </w:pPr>
    </w:p>
    <w:p w14:paraId="3C004BA1" w14:textId="77777777" w:rsidR="007F4F7B" w:rsidRDefault="007F4F7B" w:rsidP="00D32540">
      <w:pPr>
        <w:rPr>
          <w:b/>
          <w:lang w:val="mk-MK"/>
        </w:rPr>
      </w:pPr>
    </w:p>
    <w:p w14:paraId="43F5FB36" w14:textId="77777777" w:rsidR="00D32540" w:rsidRPr="00D32540" w:rsidRDefault="00D32540" w:rsidP="00D32540">
      <w:pPr>
        <w:rPr>
          <w:b/>
          <w:lang w:val="mk-MK"/>
        </w:rPr>
      </w:pPr>
      <w:r>
        <w:rPr>
          <w:noProof/>
        </w:rPr>
        <w:drawing>
          <wp:inline distT="0" distB="0" distL="0" distR="0" wp14:anchorId="41029F9C" wp14:editId="1CB203A8">
            <wp:extent cx="2581835" cy="3429000"/>
            <wp:effectExtent l="0" t="0" r="952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iedas.jpg"/>
                    <pic:cNvPicPr/>
                  </pic:nvPicPr>
                  <pic:blipFill>
                    <a:blip r:embed="rId66">
                      <a:extLst>
                        <a:ext uri="{28A0092B-C50C-407E-A947-70E740481C1C}">
                          <a14:useLocalDpi xmlns:a14="http://schemas.microsoft.com/office/drawing/2010/main" val="0"/>
                        </a:ext>
                      </a:extLst>
                    </a:blip>
                    <a:stretch>
                      <a:fillRect/>
                    </a:stretch>
                  </pic:blipFill>
                  <pic:spPr>
                    <a:xfrm>
                      <a:off x="0" y="0"/>
                      <a:ext cx="2581835" cy="3429000"/>
                    </a:xfrm>
                    <a:prstGeom prst="rect">
                      <a:avLst/>
                    </a:prstGeom>
                  </pic:spPr>
                </pic:pic>
              </a:graphicData>
            </a:graphic>
          </wp:inline>
        </w:drawing>
      </w:r>
    </w:p>
    <w:p w14:paraId="3CBEE15D" w14:textId="77777777" w:rsidR="005670D8" w:rsidRPr="005670D8" w:rsidRDefault="005670D8" w:rsidP="005670D8">
      <w:pPr>
        <w:pStyle w:val="prastasiniatinklio"/>
        <w:rPr>
          <w:b/>
          <w:bCs/>
        </w:rPr>
      </w:pPr>
      <w:proofErr w:type="spellStart"/>
      <w:r w:rsidRPr="005670D8">
        <w:rPr>
          <w:b/>
          <w:bCs/>
        </w:rPr>
        <w:t>Žaidimo</w:t>
      </w:r>
      <w:proofErr w:type="spellEnd"/>
      <w:r w:rsidRPr="005670D8">
        <w:rPr>
          <w:b/>
          <w:bCs/>
        </w:rPr>
        <w:t xml:space="preserve"> </w:t>
      </w:r>
      <w:proofErr w:type="spellStart"/>
      <w:r w:rsidRPr="005670D8">
        <w:rPr>
          <w:b/>
          <w:bCs/>
        </w:rPr>
        <w:t>pavadinimas</w:t>
      </w:r>
      <w:proofErr w:type="spellEnd"/>
      <w:r w:rsidRPr="005670D8">
        <w:rPr>
          <w:b/>
          <w:bCs/>
        </w:rPr>
        <w:t>: „</w:t>
      </w:r>
      <w:proofErr w:type="spellStart"/>
      <w:r w:rsidRPr="005670D8">
        <w:rPr>
          <w:b/>
          <w:bCs/>
        </w:rPr>
        <w:t>Adata</w:t>
      </w:r>
      <w:proofErr w:type="spellEnd"/>
      <w:r w:rsidRPr="005670D8">
        <w:rPr>
          <w:b/>
          <w:bCs/>
        </w:rPr>
        <w:t xml:space="preserve"> </w:t>
      </w:r>
      <w:proofErr w:type="spellStart"/>
      <w:r w:rsidRPr="005670D8">
        <w:rPr>
          <w:b/>
          <w:bCs/>
        </w:rPr>
        <w:t>ir</w:t>
      </w:r>
      <w:proofErr w:type="spellEnd"/>
      <w:r w:rsidRPr="005670D8">
        <w:rPr>
          <w:b/>
          <w:bCs/>
        </w:rPr>
        <w:t xml:space="preserve"> </w:t>
      </w:r>
      <w:proofErr w:type="spellStart"/>
      <w:proofErr w:type="gramStart"/>
      <w:r w:rsidRPr="005670D8">
        <w:rPr>
          <w:b/>
          <w:bCs/>
        </w:rPr>
        <w:t>siūlas</w:t>
      </w:r>
      <w:proofErr w:type="spellEnd"/>
      <w:r w:rsidRPr="005670D8">
        <w:rPr>
          <w:b/>
          <w:bCs/>
        </w:rPr>
        <w:t>“</w:t>
      </w:r>
      <w:proofErr w:type="gramEnd"/>
    </w:p>
    <w:p w14:paraId="01D88E32" w14:textId="77777777" w:rsidR="005670D8" w:rsidRDefault="005670D8" w:rsidP="005670D8">
      <w:pPr>
        <w:pStyle w:val="prastasiniatinklio"/>
      </w:pPr>
      <w:proofErr w:type="spellStart"/>
      <w:r>
        <w:t>Žaidėjų</w:t>
      </w:r>
      <w:proofErr w:type="spellEnd"/>
      <w:r>
        <w:t xml:space="preserve"> </w:t>
      </w:r>
      <w:proofErr w:type="spellStart"/>
      <w:r>
        <w:t>skaičius</w:t>
      </w:r>
      <w:proofErr w:type="spellEnd"/>
      <w:r>
        <w:t xml:space="preserve">: </w:t>
      </w:r>
      <w:proofErr w:type="spellStart"/>
      <w:r>
        <w:t>neribotas</w:t>
      </w:r>
      <w:proofErr w:type="spellEnd"/>
    </w:p>
    <w:p w14:paraId="6BD3CCBC" w14:textId="77777777" w:rsidR="005670D8" w:rsidRDefault="005670D8" w:rsidP="005670D8">
      <w:pPr>
        <w:pStyle w:val="prastasiniatinklio"/>
      </w:pPr>
      <w:proofErr w:type="spellStart"/>
      <w:r>
        <w:t>Reikalingos</w:t>
      </w:r>
      <w:proofErr w:type="spellEnd"/>
      <w:r>
        <w:t xml:space="preserve"> </w:t>
      </w:r>
      <w:proofErr w:type="spellStart"/>
      <w:r>
        <w:t>priemonės</w:t>
      </w:r>
      <w:proofErr w:type="spellEnd"/>
      <w:r>
        <w:t>: -</w:t>
      </w:r>
    </w:p>
    <w:p w14:paraId="37622776" w14:textId="77777777" w:rsidR="005670D8" w:rsidRDefault="005670D8" w:rsidP="005670D8">
      <w:pPr>
        <w:pStyle w:val="prastasiniatinklio"/>
      </w:pPr>
      <w:proofErr w:type="spellStart"/>
      <w:r>
        <w:t>Žaidimo</w:t>
      </w:r>
      <w:proofErr w:type="spellEnd"/>
      <w:r>
        <w:t xml:space="preserve"> </w:t>
      </w:r>
      <w:proofErr w:type="spellStart"/>
      <w:r>
        <w:t>taisyklės</w:t>
      </w:r>
      <w:proofErr w:type="spellEnd"/>
      <w:r>
        <w:t>:</w:t>
      </w:r>
    </w:p>
    <w:p w14:paraId="4B909848" w14:textId="77777777" w:rsidR="005670D8" w:rsidRDefault="005670D8" w:rsidP="005670D8">
      <w:pPr>
        <w:pStyle w:val="prastasiniatinklio"/>
      </w:pPr>
      <w:r>
        <w:t xml:space="preserve">1. Du </w:t>
      </w:r>
      <w:proofErr w:type="spellStart"/>
      <w:r>
        <w:t>žaidėjai</w:t>
      </w:r>
      <w:proofErr w:type="spellEnd"/>
      <w:r>
        <w:t xml:space="preserve"> </w:t>
      </w:r>
      <w:proofErr w:type="spellStart"/>
      <w:r>
        <w:t>susikimba</w:t>
      </w:r>
      <w:proofErr w:type="spellEnd"/>
      <w:r>
        <w:t xml:space="preserve"> </w:t>
      </w:r>
      <w:proofErr w:type="spellStart"/>
      <w:r>
        <w:t>rankomis</w:t>
      </w:r>
      <w:proofErr w:type="spellEnd"/>
      <w:r>
        <w:t xml:space="preserve"> </w:t>
      </w:r>
      <w:proofErr w:type="spellStart"/>
      <w:r>
        <w:t>ir</w:t>
      </w:r>
      <w:proofErr w:type="spellEnd"/>
      <w:r>
        <w:t xml:space="preserve"> </w:t>
      </w:r>
      <w:proofErr w:type="spellStart"/>
      <w:r>
        <w:t>sudaro</w:t>
      </w:r>
      <w:proofErr w:type="spellEnd"/>
      <w:r>
        <w:t xml:space="preserve"> „ </w:t>
      </w:r>
      <w:proofErr w:type="spellStart"/>
      <w:proofErr w:type="gramStart"/>
      <w:r>
        <w:t>adatą</w:t>
      </w:r>
      <w:proofErr w:type="spellEnd"/>
      <w:r>
        <w:t>“</w:t>
      </w:r>
      <w:proofErr w:type="gramEnd"/>
      <w:r>
        <w:t xml:space="preserve">. </w:t>
      </w:r>
      <w:proofErr w:type="spellStart"/>
      <w:r>
        <w:t>Kiti</w:t>
      </w:r>
      <w:proofErr w:type="spellEnd"/>
      <w:r>
        <w:t xml:space="preserve"> </w:t>
      </w:r>
      <w:proofErr w:type="spellStart"/>
      <w:r>
        <w:t>žaidėjai</w:t>
      </w:r>
      <w:proofErr w:type="spellEnd"/>
      <w:r>
        <w:t xml:space="preserve"> </w:t>
      </w:r>
      <w:proofErr w:type="spellStart"/>
      <w:r>
        <w:t>susidaro</w:t>
      </w:r>
      <w:proofErr w:type="spellEnd"/>
      <w:r>
        <w:t xml:space="preserve"> </w:t>
      </w:r>
      <w:proofErr w:type="spellStart"/>
      <w:r>
        <w:t>ratą</w:t>
      </w:r>
      <w:proofErr w:type="spellEnd"/>
      <w:r>
        <w:t xml:space="preserve"> </w:t>
      </w:r>
      <w:proofErr w:type="spellStart"/>
      <w:r>
        <w:t>ir</w:t>
      </w:r>
      <w:proofErr w:type="spellEnd"/>
      <w:r>
        <w:t xml:space="preserve">, </w:t>
      </w:r>
      <w:proofErr w:type="spellStart"/>
      <w:r>
        <w:t>dainuodami</w:t>
      </w:r>
      <w:proofErr w:type="spellEnd"/>
      <w:r>
        <w:t xml:space="preserve"> </w:t>
      </w:r>
      <w:proofErr w:type="spellStart"/>
      <w:r>
        <w:t>ar</w:t>
      </w:r>
      <w:proofErr w:type="spellEnd"/>
      <w:r>
        <w:t xml:space="preserve"> </w:t>
      </w:r>
      <w:proofErr w:type="spellStart"/>
      <w:r>
        <w:t>švilpindami</w:t>
      </w:r>
      <w:proofErr w:type="spellEnd"/>
      <w:r>
        <w:t xml:space="preserve"> </w:t>
      </w:r>
      <w:proofErr w:type="spellStart"/>
      <w:r>
        <w:t>dainą</w:t>
      </w:r>
      <w:proofErr w:type="spellEnd"/>
      <w:r>
        <w:t xml:space="preserve">, </w:t>
      </w:r>
      <w:proofErr w:type="spellStart"/>
      <w:r>
        <w:t>praeina</w:t>
      </w:r>
      <w:proofErr w:type="spellEnd"/>
      <w:r>
        <w:t xml:space="preserve"> po </w:t>
      </w:r>
      <w:proofErr w:type="spellStart"/>
      <w:r>
        <w:t>jų</w:t>
      </w:r>
      <w:proofErr w:type="spellEnd"/>
      <w:r>
        <w:t xml:space="preserve"> </w:t>
      </w:r>
      <w:proofErr w:type="spellStart"/>
      <w:r>
        <w:t>rankomis</w:t>
      </w:r>
      <w:proofErr w:type="spellEnd"/>
      <w:r>
        <w:t>.</w:t>
      </w:r>
    </w:p>
    <w:p w14:paraId="052EE7C3" w14:textId="10382DD3" w:rsidR="005670D8" w:rsidRDefault="005670D8" w:rsidP="005670D8">
      <w:pPr>
        <w:pStyle w:val="prastasiniatinklio"/>
        <w:rPr>
          <w:lang w:val="pl-PL"/>
        </w:rPr>
      </w:pPr>
      <w:r w:rsidRPr="005670D8">
        <w:rPr>
          <w:lang w:val="pl-PL"/>
        </w:rPr>
        <w:lastRenderedPageBreak/>
        <w:t xml:space="preserve">2. Kai </w:t>
      </w:r>
      <w:proofErr w:type="spellStart"/>
      <w:r w:rsidRPr="005670D8">
        <w:rPr>
          <w:lang w:val="pl-PL"/>
        </w:rPr>
        <w:t>daina</w:t>
      </w:r>
      <w:proofErr w:type="spellEnd"/>
      <w:r w:rsidRPr="005670D8">
        <w:rPr>
          <w:lang w:val="pl-PL"/>
        </w:rPr>
        <w:t xml:space="preserve"> </w:t>
      </w:r>
      <w:proofErr w:type="spellStart"/>
      <w:r w:rsidRPr="005670D8">
        <w:rPr>
          <w:lang w:val="pl-PL"/>
        </w:rPr>
        <w:t>baigiasi</w:t>
      </w:r>
      <w:proofErr w:type="spellEnd"/>
      <w:r w:rsidRPr="005670D8">
        <w:rPr>
          <w:lang w:val="pl-PL"/>
        </w:rPr>
        <w:t>, „</w:t>
      </w:r>
      <w:proofErr w:type="spellStart"/>
      <w:proofErr w:type="gramStart"/>
      <w:r w:rsidRPr="005670D8">
        <w:rPr>
          <w:lang w:val="pl-PL"/>
        </w:rPr>
        <w:t>adata</w:t>
      </w:r>
      <w:proofErr w:type="spellEnd"/>
      <w:r w:rsidRPr="005670D8">
        <w:rPr>
          <w:lang w:val="pl-PL"/>
        </w:rPr>
        <w:t xml:space="preserve">“ </w:t>
      </w:r>
      <w:proofErr w:type="spellStart"/>
      <w:r w:rsidRPr="005670D8">
        <w:rPr>
          <w:lang w:val="pl-PL"/>
        </w:rPr>
        <w:t>nuleidžia</w:t>
      </w:r>
      <w:proofErr w:type="spellEnd"/>
      <w:proofErr w:type="gramEnd"/>
      <w:r w:rsidRPr="005670D8">
        <w:rPr>
          <w:lang w:val="pl-PL"/>
        </w:rPr>
        <w:t xml:space="preserve"> </w:t>
      </w:r>
      <w:proofErr w:type="spellStart"/>
      <w:r w:rsidRPr="005670D8">
        <w:rPr>
          <w:lang w:val="pl-PL"/>
        </w:rPr>
        <w:t>rankas</w:t>
      </w:r>
      <w:proofErr w:type="spellEnd"/>
      <w:r w:rsidRPr="005670D8">
        <w:rPr>
          <w:lang w:val="pl-PL"/>
        </w:rPr>
        <w:t xml:space="preserve">, </w:t>
      </w:r>
      <w:proofErr w:type="spellStart"/>
      <w:r w:rsidRPr="005670D8">
        <w:rPr>
          <w:lang w:val="pl-PL"/>
        </w:rPr>
        <w:t>kad</w:t>
      </w:r>
      <w:proofErr w:type="spellEnd"/>
      <w:r w:rsidRPr="005670D8">
        <w:rPr>
          <w:lang w:val="pl-PL"/>
        </w:rPr>
        <w:t xml:space="preserve"> </w:t>
      </w:r>
      <w:proofErr w:type="spellStart"/>
      <w:r w:rsidRPr="005670D8">
        <w:rPr>
          <w:lang w:val="pl-PL"/>
        </w:rPr>
        <w:t>sugautų</w:t>
      </w:r>
      <w:proofErr w:type="spellEnd"/>
      <w:r w:rsidRPr="005670D8">
        <w:rPr>
          <w:lang w:val="pl-PL"/>
        </w:rPr>
        <w:t xml:space="preserve"> </w:t>
      </w:r>
      <w:proofErr w:type="spellStart"/>
      <w:r w:rsidRPr="005670D8">
        <w:rPr>
          <w:lang w:val="pl-PL"/>
        </w:rPr>
        <w:t>ką</w:t>
      </w:r>
      <w:proofErr w:type="spellEnd"/>
      <w:r w:rsidRPr="005670D8">
        <w:rPr>
          <w:lang w:val="pl-PL"/>
        </w:rPr>
        <w:t xml:space="preserve"> </w:t>
      </w:r>
      <w:proofErr w:type="spellStart"/>
      <w:r w:rsidRPr="005670D8">
        <w:rPr>
          <w:lang w:val="pl-PL"/>
        </w:rPr>
        <w:t>nors</w:t>
      </w:r>
      <w:proofErr w:type="spellEnd"/>
      <w:r w:rsidRPr="005670D8">
        <w:rPr>
          <w:lang w:val="pl-PL"/>
        </w:rPr>
        <w:t xml:space="preserve">. </w:t>
      </w:r>
      <w:proofErr w:type="spellStart"/>
      <w:r w:rsidRPr="005670D8">
        <w:rPr>
          <w:lang w:val="pl-PL"/>
        </w:rPr>
        <w:t>Sugautas</w:t>
      </w:r>
      <w:proofErr w:type="spellEnd"/>
      <w:r w:rsidRPr="005670D8">
        <w:rPr>
          <w:lang w:val="pl-PL"/>
        </w:rPr>
        <w:t xml:space="preserve"> </w:t>
      </w:r>
      <w:proofErr w:type="spellStart"/>
      <w:r w:rsidRPr="005670D8">
        <w:rPr>
          <w:lang w:val="pl-PL"/>
        </w:rPr>
        <w:t>žaidėjas</w:t>
      </w:r>
      <w:proofErr w:type="spellEnd"/>
      <w:r w:rsidRPr="005670D8">
        <w:rPr>
          <w:lang w:val="pl-PL"/>
        </w:rPr>
        <w:t xml:space="preserve"> </w:t>
      </w:r>
      <w:proofErr w:type="spellStart"/>
      <w:r w:rsidRPr="005670D8">
        <w:rPr>
          <w:lang w:val="pl-PL"/>
        </w:rPr>
        <w:t>prisijungia</w:t>
      </w:r>
      <w:proofErr w:type="spellEnd"/>
      <w:r w:rsidRPr="005670D8">
        <w:rPr>
          <w:lang w:val="pl-PL"/>
        </w:rPr>
        <w:t xml:space="preserve"> </w:t>
      </w:r>
      <w:proofErr w:type="spellStart"/>
      <w:r w:rsidRPr="005670D8">
        <w:rPr>
          <w:lang w:val="pl-PL"/>
        </w:rPr>
        <w:t>prie</w:t>
      </w:r>
      <w:proofErr w:type="spellEnd"/>
      <w:r w:rsidRPr="005670D8">
        <w:rPr>
          <w:lang w:val="pl-PL"/>
        </w:rPr>
        <w:t xml:space="preserve"> „</w:t>
      </w:r>
      <w:proofErr w:type="spellStart"/>
      <w:proofErr w:type="gramStart"/>
      <w:r w:rsidRPr="005670D8">
        <w:rPr>
          <w:lang w:val="pl-PL"/>
        </w:rPr>
        <w:t>adatos</w:t>
      </w:r>
      <w:proofErr w:type="spellEnd"/>
      <w:r w:rsidRPr="005670D8">
        <w:rPr>
          <w:lang w:val="pl-PL"/>
        </w:rPr>
        <w:t>“ arba</w:t>
      </w:r>
      <w:proofErr w:type="gramEnd"/>
      <w:r w:rsidRPr="005670D8">
        <w:rPr>
          <w:lang w:val="pl-PL"/>
        </w:rPr>
        <w:t xml:space="preserve"> </w:t>
      </w:r>
      <w:proofErr w:type="spellStart"/>
      <w:r w:rsidRPr="005670D8">
        <w:rPr>
          <w:lang w:val="pl-PL"/>
        </w:rPr>
        <w:t>atlieka</w:t>
      </w:r>
      <w:proofErr w:type="spellEnd"/>
      <w:r w:rsidRPr="005670D8">
        <w:rPr>
          <w:lang w:val="pl-PL"/>
        </w:rPr>
        <w:t xml:space="preserve"> </w:t>
      </w:r>
      <w:proofErr w:type="spellStart"/>
      <w:r w:rsidRPr="005670D8">
        <w:rPr>
          <w:lang w:val="pl-PL"/>
        </w:rPr>
        <w:t>baudą</w:t>
      </w:r>
      <w:proofErr w:type="spellEnd"/>
      <w:r w:rsidRPr="005670D8">
        <w:rPr>
          <w:lang w:val="pl-PL"/>
        </w:rPr>
        <w:t>.</w:t>
      </w:r>
    </w:p>
    <w:p w14:paraId="7BA0DB9F" w14:textId="77777777" w:rsidR="005670D8" w:rsidRPr="005670D8" w:rsidRDefault="005670D8" w:rsidP="005670D8">
      <w:pPr>
        <w:pStyle w:val="prastasiniatinklio"/>
        <w:rPr>
          <w:b/>
          <w:bCs/>
          <w:lang w:val="pl-PL"/>
        </w:rPr>
      </w:pPr>
      <w:proofErr w:type="spellStart"/>
      <w:r w:rsidRPr="005670D8">
        <w:rPr>
          <w:b/>
          <w:bCs/>
          <w:lang w:val="pl-PL"/>
        </w:rPr>
        <w:t>Žaidimo</w:t>
      </w:r>
      <w:proofErr w:type="spellEnd"/>
      <w:r w:rsidRPr="005670D8">
        <w:rPr>
          <w:b/>
          <w:bCs/>
          <w:lang w:val="pl-PL"/>
        </w:rPr>
        <w:t xml:space="preserve"> </w:t>
      </w:r>
      <w:proofErr w:type="spellStart"/>
      <w:r w:rsidRPr="005670D8">
        <w:rPr>
          <w:b/>
          <w:bCs/>
          <w:lang w:val="pl-PL"/>
        </w:rPr>
        <w:t>pavadinimas</w:t>
      </w:r>
      <w:proofErr w:type="spellEnd"/>
      <w:r w:rsidRPr="005670D8">
        <w:rPr>
          <w:b/>
          <w:bCs/>
          <w:lang w:val="pl-PL"/>
        </w:rPr>
        <w:t xml:space="preserve">: </w:t>
      </w:r>
      <w:proofErr w:type="spellStart"/>
      <w:r w:rsidRPr="005670D8">
        <w:rPr>
          <w:b/>
          <w:bCs/>
          <w:lang w:val="pl-PL"/>
        </w:rPr>
        <w:t>Pagalvė</w:t>
      </w:r>
      <w:proofErr w:type="spellEnd"/>
    </w:p>
    <w:p w14:paraId="65166369" w14:textId="77777777" w:rsidR="005670D8" w:rsidRPr="005670D8" w:rsidRDefault="005670D8" w:rsidP="005670D8">
      <w:pPr>
        <w:pStyle w:val="prastasiniatinklio"/>
        <w:rPr>
          <w:lang w:val="pl-PL"/>
        </w:rPr>
      </w:pPr>
      <w:proofErr w:type="spellStart"/>
      <w:r w:rsidRPr="005670D8">
        <w:rPr>
          <w:lang w:val="pl-PL"/>
        </w:rPr>
        <w:t>Žaidėjų</w:t>
      </w:r>
      <w:proofErr w:type="spellEnd"/>
      <w:r w:rsidRPr="005670D8">
        <w:rPr>
          <w:lang w:val="pl-PL"/>
        </w:rPr>
        <w:t xml:space="preserve"> </w:t>
      </w:r>
      <w:proofErr w:type="spellStart"/>
      <w:r w:rsidRPr="005670D8">
        <w:rPr>
          <w:lang w:val="pl-PL"/>
        </w:rPr>
        <w:t>skaičius</w:t>
      </w:r>
      <w:proofErr w:type="spellEnd"/>
      <w:r w:rsidRPr="005670D8">
        <w:rPr>
          <w:lang w:val="pl-PL"/>
        </w:rPr>
        <w:t>: 2</w:t>
      </w:r>
    </w:p>
    <w:p w14:paraId="26F0AEB4" w14:textId="77777777" w:rsidR="005670D8" w:rsidRPr="005670D8" w:rsidRDefault="005670D8" w:rsidP="005670D8">
      <w:pPr>
        <w:pStyle w:val="prastasiniatinklio"/>
        <w:rPr>
          <w:lang w:val="pl-PL"/>
        </w:rPr>
      </w:pPr>
      <w:proofErr w:type="spellStart"/>
      <w:r w:rsidRPr="005670D8">
        <w:rPr>
          <w:lang w:val="pl-PL"/>
        </w:rPr>
        <w:t>Reikmenys</w:t>
      </w:r>
      <w:proofErr w:type="spellEnd"/>
      <w:r w:rsidRPr="005670D8">
        <w:rPr>
          <w:lang w:val="pl-PL"/>
        </w:rPr>
        <w:t xml:space="preserve">: </w:t>
      </w:r>
      <w:proofErr w:type="spellStart"/>
      <w:r w:rsidRPr="005670D8">
        <w:rPr>
          <w:lang w:val="pl-PL"/>
        </w:rPr>
        <w:t>pagalvė</w:t>
      </w:r>
      <w:proofErr w:type="spellEnd"/>
    </w:p>
    <w:p w14:paraId="7A6AF705" w14:textId="77777777" w:rsidR="005670D8" w:rsidRPr="005670D8" w:rsidRDefault="005670D8" w:rsidP="005670D8">
      <w:pPr>
        <w:pStyle w:val="prastasiniatinklio"/>
        <w:rPr>
          <w:lang w:val="pl-PL"/>
        </w:rPr>
      </w:pPr>
      <w:proofErr w:type="spellStart"/>
      <w:r w:rsidRPr="005670D8">
        <w:rPr>
          <w:lang w:val="pl-PL"/>
        </w:rPr>
        <w:t>Žaidimo</w:t>
      </w:r>
      <w:proofErr w:type="spellEnd"/>
      <w:r w:rsidRPr="005670D8">
        <w:rPr>
          <w:lang w:val="pl-PL"/>
        </w:rPr>
        <w:t xml:space="preserve"> </w:t>
      </w:r>
      <w:proofErr w:type="spellStart"/>
      <w:r w:rsidRPr="005670D8">
        <w:rPr>
          <w:lang w:val="pl-PL"/>
        </w:rPr>
        <w:t>eiga</w:t>
      </w:r>
      <w:proofErr w:type="spellEnd"/>
      <w:r w:rsidRPr="005670D8">
        <w:rPr>
          <w:lang w:val="pl-PL"/>
        </w:rPr>
        <w:t>:</w:t>
      </w:r>
    </w:p>
    <w:p w14:paraId="74936D87" w14:textId="77777777" w:rsidR="005670D8" w:rsidRPr="005670D8" w:rsidRDefault="005670D8" w:rsidP="005670D8">
      <w:pPr>
        <w:pStyle w:val="prastasiniatinklio"/>
        <w:rPr>
          <w:lang w:val="pl-PL"/>
        </w:rPr>
      </w:pPr>
      <w:r w:rsidRPr="005670D8">
        <w:rPr>
          <w:lang w:val="pl-PL"/>
        </w:rPr>
        <w:t xml:space="preserve">1. </w:t>
      </w:r>
      <w:proofErr w:type="spellStart"/>
      <w:r w:rsidRPr="005670D8">
        <w:rPr>
          <w:lang w:val="pl-PL"/>
        </w:rPr>
        <w:t>Du</w:t>
      </w:r>
      <w:proofErr w:type="spellEnd"/>
      <w:r w:rsidRPr="005670D8">
        <w:rPr>
          <w:lang w:val="pl-PL"/>
        </w:rPr>
        <w:t xml:space="preserve"> </w:t>
      </w:r>
      <w:proofErr w:type="spellStart"/>
      <w:r w:rsidRPr="005670D8">
        <w:rPr>
          <w:lang w:val="pl-PL"/>
        </w:rPr>
        <w:t>žaidėjai</w:t>
      </w:r>
      <w:proofErr w:type="spellEnd"/>
      <w:r w:rsidRPr="005670D8">
        <w:rPr>
          <w:lang w:val="pl-PL"/>
        </w:rPr>
        <w:t xml:space="preserve"> </w:t>
      </w:r>
      <w:proofErr w:type="spellStart"/>
      <w:r w:rsidRPr="005670D8">
        <w:rPr>
          <w:lang w:val="pl-PL"/>
        </w:rPr>
        <w:t>stovi</w:t>
      </w:r>
      <w:proofErr w:type="spellEnd"/>
      <w:r w:rsidRPr="005670D8">
        <w:rPr>
          <w:lang w:val="pl-PL"/>
        </w:rPr>
        <w:t xml:space="preserve"> </w:t>
      </w:r>
      <w:proofErr w:type="spellStart"/>
      <w:r w:rsidRPr="005670D8">
        <w:rPr>
          <w:lang w:val="pl-PL"/>
        </w:rPr>
        <w:t>priešingose</w:t>
      </w:r>
      <w:proofErr w:type="spellEnd"/>
      <w:r w:rsidRPr="005670D8">
        <w:rPr>
          <w:lang w:val="pl-PL"/>
        </w:rPr>
        <w:t xml:space="preserve"> </w:t>
      </w:r>
      <w:proofErr w:type="spellStart"/>
      <w:r w:rsidRPr="005670D8">
        <w:rPr>
          <w:lang w:val="pl-PL"/>
        </w:rPr>
        <w:t>suoliuko</w:t>
      </w:r>
      <w:proofErr w:type="spellEnd"/>
      <w:r w:rsidRPr="005670D8">
        <w:rPr>
          <w:lang w:val="pl-PL"/>
        </w:rPr>
        <w:t xml:space="preserve"> </w:t>
      </w:r>
      <w:proofErr w:type="spellStart"/>
      <w:r w:rsidRPr="005670D8">
        <w:rPr>
          <w:lang w:val="pl-PL"/>
        </w:rPr>
        <w:t>pusėse</w:t>
      </w:r>
      <w:proofErr w:type="spellEnd"/>
      <w:r w:rsidRPr="005670D8">
        <w:rPr>
          <w:lang w:val="pl-PL"/>
        </w:rPr>
        <w:t xml:space="preserve"> – </w:t>
      </w:r>
      <w:proofErr w:type="spellStart"/>
      <w:r w:rsidRPr="005670D8">
        <w:rPr>
          <w:lang w:val="pl-PL"/>
        </w:rPr>
        <w:t>vienas</w:t>
      </w:r>
      <w:proofErr w:type="spellEnd"/>
      <w:r w:rsidRPr="005670D8">
        <w:rPr>
          <w:lang w:val="pl-PL"/>
        </w:rPr>
        <w:t xml:space="preserve"> </w:t>
      </w:r>
      <w:proofErr w:type="spellStart"/>
      <w:r w:rsidRPr="005670D8">
        <w:rPr>
          <w:lang w:val="pl-PL"/>
        </w:rPr>
        <w:t>priešais</w:t>
      </w:r>
      <w:proofErr w:type="spellEnd"/>
      <w:r w:rsidRPr="005670D8">
        <w:rPr>
          <w:lang w:val="pl-PL"/>
        </w:rPr>
        <w:t xml:space="preserve"> kitą. </w:t>
      </w:r>
      <w:proofErr w:type="spellStart"/>
      <w:r w:rsidRPr="005670D8">
        <w:rPr>
          <w:lang w:val="pl-PL"/>
        </w:rPr>
        <w:t>Kiekvienas</w:t>
      </w:r>
      <w:proofErr w:type="spellEnd"/>
      <w:r w:rsidRPr="005670D8">
        <w:rPr>
          <w:lang w:val="pl-PL"/>
        </w:rPr>
        <w:t xml:space="preserve"> </w:t>
      </w:r>
      <w:proofErr w:type="spellStart"/>
      <w:r w:rsidRPr="005670D8">
        <w:rPr>
          <w:lang w:val="pl-PL"/>
        </w:rPr>
        <w:t>laiko</w:t>
      </w:r>
      <w:proofErr w:type="spellEnd"/>
      <w:r w:rsidRPr="005670D8">
        <w:rPr>
          <w:lang w:val="pl-PL"/>
        </w:rPr>
        <w:t xml:space="preserve"> </w:t>
      </w:r>
      <w:proofErr w:type="spellStart"/>
      <w:r w:rsidRPr="005670D8">
        <w:rPr>
          <w:lang w:val="pl-PL"/>
        </w:rPr>
        <w:t>rankose</w:t>
      </w:r>
      <w:proofErr w:type="spellEnd"/>
      <w:r w:rsidRPr="005670D8">
        <w:rPr>
          <w:lang w:val="pl-PL"/>
        </w:rPr>
        <w:t xml:space="preserve"> </w:t>
      </w:r>
      <w:proofErr w:type="spellStart"/>
      <w:r w:rsidRPr="005670D8">
        <w:rPr>
          <w:lang w:val="pl-PL"/>
        </w:rPr>
        <w:t>pagalvę</w:t>
      </w:r>
      <w:proofErr w:type="spellEnd"/>
      <w:r w:rsidRPr="005670D8">
        <w:rPr>
          <w:lang w:val="pl-PL"/>
        </w:rPr>
        <w:t xml:space="preserve">. </w:t>
      </w:r>
      <w:proofErr w:type="spellStart"/>
      <w:r w:rsidRPr="005670D8">
        <w:rPr>
          <w:lang w:val="pl-PL"/>
        </w:rPr>
        <w:t>Pagal</w:t>
      </w:r>
      <w:proofErr w:type="spellEnd"/>
      <w:r w:rsidRPr="005670D8">
        <w:rPr>
          <w:lang w:val="pl-PL"/>
        </w:rPr>
        <w:t xml:space="preserve"> starto </w:t>
      </w:r>
      <w:proofErr w:type="spellStart"/>
      <w:r w:rsidRPr="005670D8">
        <w:rPr>
          <w:lang w:val="pl-PL"/>
        </w:rPr>
        <w:t>signalą</w:t>
      </w:r>
      <w:proofErr w:type="spellEnd"/>
      <w:r w:rsidRPr="005670D8">
        <w:rPr>
          <w:lang w:val="pl-PL"/>
        </w:rPr>
        <w:t xml:space="preserve"> </w:t>
      </w:r>
      <w:proofErr w:type="spellStart"/>
      <w:r w:rsidRPr="005670D8">
        <w:rPr>
          <w:lang w:val="pl-PL"/>
        </w:rPr>
        <w:t>žaidėjai</w:t>
      </w:r>
      <w:proofErr w:type="spellEnd"/>
      <w:r w:rsidRPr="005670D8">
        <w:rPr>
          <w:lang w:val="pl-PL"/>
        </w:rPr>
        <w:t xml:space="preserve"> </w:t>
      </w:r>
      <w:proofErr w:type="spellStart"/>
      <w:r w:rsidRPr="005670D8">
        <w:rPr>
          <w:lang w:val="pl-PL"/>
        </w:rPr>
        <w:t>pradeda</w:t>
      </w:r>
      <w:proofErr w:type="spellEnd"/>
      <w:r w:rsidRPr="005670D8">
        <w:rPr>
          <w:lang w:val="pl-PL"/>
        </w:rPr>
        <w:t xml:space="preserve"> </w:t>
      </w:r>
      <w:proofErr w:type="spellStart"/>
      <w:r w:rsidRPr="005670D8">
        <w:rPr>
          <w:lang w:val="pl-PL"/>
        </w:rPr>
        <w:t>mušti</w:t>
      </w:r>
      <w:proofErr w:type="spellEnd"/>
      <w:r w:rsidRPr="005670D8">
        <w:rPr>
          <w:lang w:val="pl-PL"/>
        </w:rPr>
        <w:t xml:space="preserve"> </w:t>
      </w:r>
      <w:proofErr w:type="spellStart"/>
      <w:r w:rsidRPr="005670D8">
        <w:rPr>
          <w:lang w:val="pl-PL"/>
        </w:rPr>
        <w:t>vienas</w:t>
      </w:r>
      <w:proofErr w:type="spellEnd"/>
      <w:r w:rsidRPr="005670D8">
        <w:rPr>
          <w:lang w:val="pl-PL"/>
        </w:rPr>
        <w:t xml:space="preserve"> kitą </w:t>
      </w:r>
      <w:proofErr w:type="spellStart"/>
      <w:r w:rsidRPr="005670D8">
        <w:rPr>
          <w:lang w:val="pl-PL"/>
        </w:rPr>
        <w:t>pagalvėmis</w:t>
      </w:r>
      <w:proofErr w:type="spellEnd"/>
      <w:r w:rsidRPr="005670D8">
        <w:rPr>
          <w:lang w:val="pl-PL"/>
        </w:rPr>
        <w:t xml:space="preserve">, </w:t>
      </w:r>
      <w:proofErr w:type="spellStart"/>
      <w:r w:rsidRPr="005670D8">
        <w:rPr>
          <w:lang w:val="pl-PL"/>
        </w:rPr>
        <w:t>bandydami</w:t>
      </w:r>
      <w:proofErr w:type="spellEnd"/>
      <w:r w:rsidRPr="005670D8">
        <w:rPr>
          <w:lang w:val="pl-PL"/>
        </w:rPr>
        <w:t>:</w:t>
      </w:r>
    </w:p>
    <w:p w14:paraId="56DDD7D7" w14:textId="34868C73" w:rsidR="005670D8" w:rsidRPr="005670D8" w:rsidRDefault="005670D8" w:rsidP="005670D8">
      <w:pPr>
        <w:pStyle w:val="prastasiniatinklio"/>
        <w:rPr>
          <w:lang w:val="pl-PL"/>
        </w:rPr>
      </w:pPr>
      <w:proofErr w:type="spellStart"/>
      <w:r w:rsidRPr="005670D8">
        <w:rPr>
          <w:lang w:val="pl-PL"/>
        </w:rPr>
        <w:t>Nustumti</w:t>
      </w:r>
      <w:proofErr w:type="spellEnd"/>
      <w:r w:rsidRPr="005670D8">
        <w:rPr>
          <w:lang w:val="pl-PL"/>
        </w:rPr>
        <w:t xml:space="preserve"> </w:t>
      </w:r>
      <w:proofErr w:type="spellStart"/>
      <w:r w:rsidRPr="005670D8">
        <w:rPr>
          <w:lang w:val="pl-PL"/>
        </w:rPr>
        <w:t>priešininką</w:t>
      </w:r>
      <w:proofErr w:type="spellEnd"/>
      <w:r w:rsidRPr="005670D8">
        <w:rPr>
          <w:lang w:val="pl-PL"/>
        </w:rPr>
        <w:t xml:space="preserve"> </w:t>
      </w:r>
      <w:proofErr w:type="spellStart"/>
      <w:r w:rsidRPr="005670D8">
        <w:rPr>
          <w:lang w:val="pl-PL"/>
        </w:rPr>
        <w:t>nuo</w:t>
      </w:r>
      <w:proofErr w:type="spellEnd"/>
      <w:r w:rsidRPr="005670D8">
        <w:rPr>
          <w:lang w:val="pl-PL"/>
        </w:rPr>
        <w:t xml:space="preserve"> </w:t>
      </w:r>
      <w:proofErr w:type="spellStart"/>
      <w:r w:rsidRPr="005670D8">
        <w:rPr>
          <w:lang w:val="pl-PL"/>
        </w:rPr>
        <w:t>suoliuko</w:t>
      </w:r>
      <w:proofErr w:type="spellEnd"/>
      <w:r w:rsidRPr="005670D8">
        <w:rPr>
          <w:lang w:val="pl-PL"/>
        </w:rPr>
        <w:t xml:space="preserve"> arba </w:t>
      </w:r>
      <w:proofErr w:type="spellStart"/>
      <w:r w:rsidRPr="005670D8">
        <w:rPr>
          <w:lang w:val="pl-PL"/>
        </w:rPr>
        <w:t>priversti</w:t>
      </w:r>
      <w:proofErr w:type="spellEnd"/>
      <w:r w:rsidRPr="005670D8">
        <w:rPr>
          <w:lang w:val="pl-PL"/>
        </w:rPr>
        <w:t xml:space="preserve"> </w:t>
      </w:r>
      <w:proofErr w:type="spellStart"/>
      <w:r w:rsidRPr="005670D8">
        <w:rPr>
          <w:lang w:val="pl-PL"/>
        </w:rPr>
        <w:t>jį</w:t>
      </w:r>
      <w:proofErr w:type="spellEnd"/>
      <w:r w:rsidRPr="005670D8">
        <w:rPr>
          <w:lang w:val="pl-PL"/>
        </w:rPr>
        <w:t xml:space="preserve"> </w:t>
      </w:r>
      <w:proofErr w:type="spellStart"/>
      <w:r w:rsidRPr="005670D8">
        <w:rPr>
          <w:lang w:val="pl-PL"/>
        </w:rPr>
        <w:t>prarasti</w:t>
      </w:r>
      <w:proofErr w:type="spellEnd"/>
      <w:r w:rsidRPr="005670D8">
        <w:rPr>
          <w:lang w:val="pl-PL"/>
        </w:rPr>
        <w:t xml:space="preserve"> </w:t>
      </w:r>
      <w:proofErr w:type="spellStart"/>
      <w:r w:rsidRPr="005670D8">
        <w:rPr>
          <w:lang w:val="pl-PL"/>
        </w:rPr>
        <w:t>pusiausvyrą</w:t>
      </w:r>
      <w:proofErr w:type="spellEnd"/>
      <w:r w:rsidRPr="005670D8">
        <w:rPr>
          <w:lang w:val="pl-PL"/>
        </w:rPr>
        <w:t xml:space="preserve"> </w:t>
      </w:r>
      <w:proofErr w:type="spellStart"/>
      <w:r w:rsidRPr="005670D8">
        <w:rPr>
          <w:lang w:val="pl-PL"/>
        </w:rPr>
        <w:t>ir</w:t>
      </w:r>
      <w:proofErr w:type="spellEnd"/>
      <w:r w:rsidRPr="005670D8">
        <w:rPr>
          <w:lang w:val="pl-PL"/>
        </w:rPr>
        <w:t xml:space="preserve"> </w:t>
      </w:r>
      <w:proofErr w:type="spellStart"/>
      <w:r w:rsidRPr="005670D8">
        <w:rPr>
          <w:lang w:val="pl-PL"/>
        </w:rPr>
        <w:t>žengti</w:t>
      </w:r>
      <w:proofErr w:type="spellEnd"/>
      <w:r w:rsidRPr="005670D8">
        <w:rPr>
          <w:lang w:val="pl-PL"/>
        </w:rPr>
        <w:t xml:space="preserve"> </w:t>
      </w:r>
      <w:proofErr w:type="spellStart"/>
      <w:r w:rsidRPr="005670D8">
        <w:rPr>
          <w:lang w:val="pl-PL"/>
        </w:rPr>
        <w:t>atgal</w:t>
      </w:r>
      <w:proofErr w:type="spellEnd"/>
      <w:r w:rsidRPr="005670D8">
        <w:rPr>
          <w:lang w:val="pl-PL"/>
        </w:rPr>
        <w:t xml:space="preserve"> arba </w:t>
      </w:r>
      <w:proofErr w:type="spellStart"/>
      <w:r w:rsidRPr="005670D8">
        <w:rPr>
          <w:lang w:val="pl-PL"/>
        </w:rPr>
        <w:t>nukristi</w:t>
      </w:r>
      <w:proofErr w:type="spellEnd"/>
      <w:r w:rsidRPr="005670D8">
        <w:rPr>
          <w:lang w:val="pl-PL"/>
        </w:rPr>
        <w:t>.</w:t>
      </w:r>
      <w:r>
        <w:rPr>
          <w:lang w:val="pl-PL"/>
        </w:rPr>
        <w:t xml:space="preserve"> </w:t>
      </w:r>
      <w:proofErr w:type="spellStart"/>
      <w:r w:rsidRPr="005670D8">
        <w:rPr>
          <w:lang w:val="pl-PL"/>
        </w:rPr>
        <w:t>Taisyklė</w:t>
      </w:r>
      <w:proofErr w:type="spellEnd"/>
      <w:r w:rsidRPr="005670D8">
        <w:rPr>
          <w:lang w:val="pl-PL"/>
        </w:rPr>
        <w:t xml:space="preserve">: </w:t>
      </w:r>
      <w:proofErr w:type="spellStart"/>
      <w:r w:rsidRPr="005670D8">
        <w:rPr>
          <w:lang w:val="pl-PL"/>
        </w:rPr>
        <w:t>mušti</w:t>
      </w:r>
      <w:proofErr w:type="spellEnd"/>
      <w:r w:rsidRPr="005670D8">
        <w:rPr>
          <w:lang w:val="pl-PL"/>
        </w:rPr>
        <w:t xml:space="preserve"> </w:t>
      </w:r>
      <w:proofErr w:type="spellStart"/>
      <w:r w:rsidRPr="005670D8">
        <w:rPr>
          <w:lang w:val="pl-PL"/>
        </w:rPr>
        <w:t>leidžiama</w:t>
      </w:r>
      <w:proofErr w:type="spellEnd"/>
      <w:r w:rsidRPr="005670D8">
        <w:rPr>
          <w:lang w:val="pl-PL"/>
        </w:rPr>
        <w:t xml:space="preserve"> tik </w:t>
      </w:r>
      <w:proofErr w:type="spellStart"/>
      <w:r w:rsidRPr="005670D8">
        <w:rPr>
          <w:lang w:val="pl-PL"/>
        </w:rPr>
        <w:t>žemiau</w:t>
      </w:r>
      <w:proofErr w:type="spellEnd"/>
      <w:r w:rsidRPr="005670D8">
        <w:rPr>
          <w:lang w:val="pl-PL"/>
        </w:rPr>
        <w:t xml:space="preserve"> </w:t>
      </w:r>
      <w:proofErr w:type="spellStart"/>
      <w:r w:rsidRPr="005670D8">
        <w:rPr>
          <w:lang w:val="pl-PL"/>
        </w:rPr>
        <w:t>juosmens</w:t>
      </w:r>
      <w:proofErr w:type="spellEnd"/>
      <w:r w:rsidRPr="005670D8">
        <w:rPr>
          <w:lang w:val="pl-PL"/>
        </w:rPr>
        <w:t xml:space="preserve"> (</w:t>
      </w:r>
      <w:proofErr w:type="spellStart"/>
      <w:r w:rsidRPr="005670D8">
        <w:rPr>
          <w:lang w:val="pl-PL"/>
        </w:rPr>
        <w:t>negalima</w:t>
      </w:r>
      <w:proofErr w:type="spellEnd"/>
      <w:r w:rsidRPr="005670D8">
        <w:rPr>
          <w:lang w:val="pl-PL"/>
        </w:rPr>
        <w:t xml:space="preserve"> </w:t>
      </w:r>
      <w:proofErr w:type="spellStart"/>
      <w:r w:rsidRPr="005670D8">
        <w:rPr>
          <w:lang w:val="pl-PL"/>
        </w:rPr>
        <w:t>mušti</w:t>
      </w:r>
      <w:proofErr w:type="spellEnd"/>
      <w:r w:rsidRPr="005670D8">
        <w:rPr>
          <w:lang w:val="pl-PL"/>
        </w:rPr>
        <w:t xml:space="preserve"> į </w:t>
      </w:r>
      <w:proofErr w:type="spellStart"/>
      <w:r w:rsidRPr="005670D8">
        <w:rPr>
          <w:lang w:val="pl-PL"/>
        </w:rPr>
        <w:t>galvą</w:t>
      </w:r>
      <w:proofErr w:type="spellEnd"/>
      <w:r w:rsidRPr="005670D8">
        <w:rPr>
          <w:lang w:val="pl-PL"/>
        </w:rPr>
        <w:t xml:space="preserve">, </w:t>
      </w:r>
      <w:proofErr w:type="spellStart"/>
      <w:r w:rsidRPr="005670D8">
        <w:rPr>
          <w:lang w:val="pl-PL"/>
        </w:rPr>
        <w:t>krūtinę</w:t>
      </w:r>
      <w:proofErr w:type="spellEnd"/>
      <w:r w:rsidRPr="005670D8">
        <w:rPr>
          <w:lang w:val="pl-PL"/>
        </w:rPr>
        <w:t xml:space="preserve"> ar </w:t>
      </w:r>
      <w:proofErr w:type="spellStart"/>
      <w:r w:rsidRPr="005670D8">
        <w:rPr>
          <w:lang w:val="pl-PL"/>
        </w:rPr>
        <w:t>rankas</w:t>
      </w:r>
      <w:proofErr w:type="spellEnd"/>
      <w:r w:rsidRPr="005670D8">
        <w:rPr>
          <w:lang w:val="pl-PL"/>
        </w:rPr>
        <w:t>).</w:t>
      </w:r>
    </w:p>
    <w:p w14:paraId="17AE406E" w14:textId="77777777" w:rsidR="005670D8" w:rsidRPr="005670D8" w:rsidRDefault="005670D8" w:rsidP="005670D8">
      <w:pPr>
        <w:pStyle w:val="prastasiniatinklio"/>
        <w:rPr>
          <w:lang w:val="pl-PL"/>
        </w:rPr>
      </w:pPr>
      <w:proofErr w:type="spellStart"/>
      <w:r w:rsidRPr="005670D8">
        <w:rPr>
          <w:lang w:val="pl-PL"/>
        </w:rPr>
        <w:t>Laimi</w:t>
      </w:r>
      <w:proofErr w:type="spellEnd"/>
      <w:r w:rsidRPr="005670D8">
        <w:rPr>
          <w:lang w:val="pl-PL"/>
        </w:rPr>
        <w:t xml:space="preserve"> </w:t>
      </w:r>
      <w:proofErr w:type="spellStart"/>
      <w:r w:rsidRPr="005670D8">
        <w:rPr>
          <w:lang w:val="pl-PL"/>
        </w:rPr>
        <w:t>tas</w:t>
      </w:r>
      <w:proofErr w:type="spellEnd"/>
      <w:r w:rsidRPr="005670D8">
        <w:rPr>
          <w:lang w:val="pl-PL"/>
        </w:rPr>
        <w:t xml:space="preserve"> </w:t>
      </w:r>
      <w:proofErr w:type="spellStart"/>
      <w:r w:rsidRPr="005670D8">
        <w:rPr>
          <w:lang w:val="pl-PL"/>
        </w:rPr>
        <w:t>žaidėjas</w:t>
      </w:r>
      <w:proofErr w:type="spellEnd"/>
      <w:r w:rsidRPr="005670D8">
        <w:rPr>
          <w:lang w:val="pl-PL"/>
        </w:rPr>
        <w:t xml:space="preserve">, </w:t>
      </w:r>
      <w:proofErr w:type="spellStart"/>
      <w:r w:rsidRPr="005670D8">
        <w:rPr>
          <w:lang w:val="pl-PL"/>
        </w:rPr>
        <w:t>kuris</w:t>
      </w:r>
      <w:proofErr w:type="spellEnd"/>
      <w:r w:rsidRPr="005670D8">
        <w:rPr>
          <w:lang w:val="pl-PL"/>
        </w:rPr>
        <w:t>:</w:t>
      </w:r>
    </w:p>
    <w:p w14:paraId="12EA6FF7" w14:textId="77777777" w:rsidR="005670D8" w:rsidRPr="005670D8" w:rsidRDefault="005670D8" w:rsidP="005670D8">
      <w:pPr>
        <w:pStyle w:val="prastasiniatinklio"/>
        <w:rPr>
          <w:lang w:val="pl-PL"/>
        </w:rPr>
      </w:pPr>
      <w:r w:rsidRPr="005670D8">
        <w:rPr>
          <w:lang w:val="pl-PL"/>
        </w:rPr>
        <w:t xml:space="preserve">- </w:t>
      </w:r>
      <w:proofErr w:type="spellStart"/>
      <w:r w:rsidRPr="005670D8">
        <w:rPr>
          <w:lang w:val="pl-PL"/>
        </w:rPr>
        <w:t>ilgiausiai</w:t>
      </w:r>
      <w:proofErr w:type="spellEnd"/>
      <w:r w:rsidRPr="005670D8">
        <w:rPr>
          <w:lang w:val="pl-PL"/>
        </w:rPr>
        <w:t xml:space="preserve"> </w:t>
      </w:r>
      <w:proofErr w:type="spellStart"/>
      <w:r w:rsidRPr="005670D8">
        <w:rPr>
          <w:lang w:val="pl-PL"/>
        </w:rPr>
        <w:t>išlieka</w:t>
      </w:r>
      <w:proofErr w:type="spellEnd"/>
      <w:r w:rsidRPr="005670D8">
        <w:rPr>
          <w:lang w:val="pl-PL"/>
        </w:rPr>
        <w:t xml:space="preserve"> ant </w:t>
      </w:r>
      <w:proofErr w:type="spellStart"/>
      <w:r w:rsidRPr="005670D8">
        <w:rPr>
          <w:lang w:val="pl-PL"/>
        </w:rPr>
        <w:t>suoliuko</w:t>
      </w:r>
      <w:proofErr w:type="spellEnd"/>
    </w:p>
    <w:p w14:paraId="46D60C74" w14:textId="77777777" w:rsidR="005670D8" w:rsidRDefault="005670D8" w:rsidP="005670D8">
      <w:pPr>
        <w:pStyle w:val="prastasiniatinklio"/>
      </w:pPr>
      <w:r>
        <w:t xml:space="preserve">- </w:t>
      </w:r>
      <w:proofErr w:type="spellStart"/>
      <w:r>
        <w:t>arba</w:t>
      </w:r>
      <w:proofErr w:type="spellEnd"/>
      <w:r>
        <w:t xml:space="preserve"> </w:t>
      </w:r>
      <w:proofErr w:type="spellStart"/>
      <w:r>
        <w:t>pirmasis</w:t>
      </w:r>
      <w:proofErr w:type="spellEnd"/>
      <w:r>
        <w:t xml:space="preserve"> </w:t>
      </w:r>
      <w:proofErr w:type="spellStart"/>
      <w:r>
        <w:t>nustumia</w:t>
      </w:r>
      <w:proofErr w:type="spellEnd"/>
      <w:r>
        <w:t xml:space="preserve"> </w:t>
      </w:r>
      <w:proofErr w:type="spellStart"/>
      <w:r>
        <w:t>priešininką</w:t>
      </w:r>
      <w:proofErr w:type="spellEnd"/>
      <w:r>
        <w:t>.</w:t>
      </w:r>
    </w:p>
    <w:p w14:paraId="5642A402" w14:textId="77777777" w:rsidR="005670D8" w:rsidRPr="005670D8" w:rsidRDefault="005670D8" w:rsidP="005670D8">
      <w:pPr>
        <w:pStyle w:val="prastasiniatinklio"/>
        <w:rPr>
          <w:lang w:val="pl-PL"/>
        </w:rPr>
      </w:pPr>
    </w:p>
    <w:p w14:paraId="4F989213" w14:textId="77777777" w:rsidR="00D32540" w:rsidRPr="005670D8" w:rsidRDefault="00D32540" w:rsidP="00D32540">
      <w:pPr>
        <w:rPr>
          <w:lang w:val="pl-PL"/>
        </w:rPr>
      </w:pPr>
    </w:p>
    <w:p w14:paraId="265288D4" w14:textId="77777777" w:rsidR="00D32540" w:rsidRDefault="00D32540" w:rsidP="00D32540">
      <w:pPr>
        <w:rPr>
          <w:lang w:val="mk-MK"/>
        </w:rPr>
      </w:pPr>
      <w:r>
        <w:rPr>
          <w:noProof/>
        </w:rPr>
        <w:drawing>
          <wp:inline distT="0" distB="0" distL="0" distR="0" wp14:anchorId="744311A7" wp14:editId="4C093AC3">
            <wp:extent cx="2507249" cy="3329940"/>
            <wp:effectExtent l="0" t="0" r="7620" b="381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duszki.jpg"/>
                    <pic:cNvPicPr/>
                  </pic:nvPicPr>
                  <pic:blipFill>
                    <a:blip r:embed="rId67">
                      <a:extLst>
                        <a:ext uri="{28A0092B-C50C-407E-A947-70E740481C1C}">
                          <a14:useLocalDpi xmlns:a14="http://schemas.microsoft.com/office/drawing/2010/main" val="0"/>
                        </a:ext>
                      </a:extLst>
                    </a:blip>
                    <a:stretch>
                      <a:fillRect/>
                    </a:stretch>
                  </pic:blipFill>
                  <pic:spPr>
                    <a:xfrm>
                      <a:off x="0" y="0"/>
                      <a:ext cx="2507249" cy="3329940"/>
                    </a:xfrm>
                    <a:prstGeom prst="rect">
                      <a:avLst/>
                    </a:prstGeom>
                  </pic:spPr>
                </pic:pic>
              </a:graphicData>
            </a:graphic>
          </wp:inline>
        </w:drawing>
      </w:r>
      <w:r>
        <w:rPr>
          <w:noProof/>
          <w:lang w:val="mk-MK"/>
        </w:rPr>
        <w:t xml:space="preserve">    </w:t>
      </w:r>
      <w:r>
        <w:rPr>
          <w:noProof/>
        </w:rPr>
        <w:drawing>
          <wp:inline distT="0" distB="0" distL="0" distR="0" wp14:anchorId="192037DD" wp14:editId="040BD7C8">
            <wp:extent cx="2076450" cy="27686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razmus poduszki.jpg"/>
                    <pic:cNvPicPr/>
                  </pic:nvPicPr>
                  <pic:blipFill>
                    <a:blip r:embed="rId68">
                      <a:extLst>
                        <a:ext uri="{28A0092B-C50C-407E-A947-70E740481C1C}">
                          <a14:useLocalDpi xmlns:a14="http://schemas.microsoft.com/office/drawing/2010/main" val="0"/>
                        </a:ext>
                      </a:extLst>
                    </a:blip>
                    <a:stretch>
                      <a:fillRect/>
                    </a:stretch>
                  </pic:blipFill>
                  <pic:spPr>
                    <a:xfrm>
                      <a:off x="0" y="0"/>
                      <a:ext cx="2079256" cy="2772341"/>
                    </a:xfrm>
                    <a:prstGeom prst="rect">
                      <a:avLst/>
                    </a:prstGeom>
                  </pic:spPr>
                </pic:pic>
              </a:graphicData>
            </a:graphic>
          </wp:inline>
        </w:drawing>
      </w:r>
      <w:r>
        <w:rPr>
          <w:noProof/>
          <w:lang w:val="mk-MK"/>
        </w:rPr>
        <w:t xml:space="preserve">   </w:t>
      </w:r>
    </w:p>
    <w:p w14:paraId="475801FC" w14:textId="77777777" w:rsidR="00D32540" w:rsidRDefault="00D32540" w:rsidP="00D32540">
      <w:pPr>
        <w:rPr>
          <w:lang w:val="mk-MK"/>
        </w:rPr>
      </w:pPr>
    </w:p>
    <w:p w14:paraId="1650F9A4" w14:textId="77777777" w:rsidR="008D4AB4" w:rsidRDefault="008D4AB4" w:rsidP="008D4AB4"/>
    <w:p w14:paraId="7203999A" w14:textId="77777777" w:rsidR="00B470A8" w:rsidRPr="00B470A8" w:rsidRDefault="00B470A8" w:rsidP="00B470A8">
      <w:pPr>
        <w:pStyle w:val="prastasiniatinklio"/>
        <w:jc w:val="center"/>
        <w:rPr>
          <w:b/>
          <w:bCs/>
          <w:color w:val="1F497D" w:themeColor="text2"/>
          <w:sz w:val="40"/>
          <w:szCs w:val="40"/>
        </w:rPr>
      </w:pPr>
      <w:proofErr w:type="spellStart"/>
      <w:r w:rsidRPr="00B470A8">
        <w:rPr>
          <w:b/>
          <w:bCs/>
          <w:color w:val="1F497D" w:themeColor="text2"/>
          <w:sz w:val="40"/>
          <w:szCs w:val="40"/>
        </w:rPr>
        <w:lastRenderedPageBreak/>
        <w:t>Tradiciniai</w:t>
      </w:r>
      <w:proofErr w:type="spellEnd"/>
      <w:r w:rsidRPr="00B470A8">
        <w:rPr>
          <w:b/>
          <w:bCs/>
          <w:color w:val="1F497D" w:themeColor="text2"/>
          <w:sz w:val="40"/>
          <w:szCs w:val="40"/>
        </w:rPr>
        <w:t xml:space="preserve"> </w:t>
      </w:r>
      <w:proofErr w:type="spellStart"/>
      <w:r w:rsidRPr="00B470A8">
        <w:rPr>
          <w:b/>
          <w:bCs/>
          <w:color w:val="1F497D" w:themeColor="text2"/>
          <w:sz w:val="40"/>
          <w:szCs w:val="40"/>
        </w:rPr>
        <w:t>graikų</w:t>
      </w:r>
      <w:proofErr w:type="spellEnd"/>
      <w:r w:rsidRPr="00B470A8">
        <w:rPr>
          <w:b/>
          <w:bCs/>
          <w:color w:val="1F497D" w:themeColor="text2"/>
          <w:sz w:val="40"/>
          <w:szCs w:val="40"/>
        </w:rPr>
        <w:t xml:space="preserve"> </w:t>
      </w:r>
      <w:proofErr w:type="spellStart"/>
      <w:r w:rsidRPr="00B470A8">
        <w:rPr>
          <w:b/>
          <w:bCs/>
          <w:color w:val="1F497D" w:themeColor="text2"/>
          <w:sz w:val="40"/>
          <w:szCs w:val="40"/>
        </w:rPr>
        <w:t>žaidimai</w:t>
      </w:r>
      <w:proofErr w:type="spellEnd"/>
    </w:p>
    <w:p w14:paraId="146118B3" w14:textId="77777777" w:rsidR="00BF0CF3" w:rsidRPr="00B470A8" w:rsidRDefault="00BF0CF3" w:rsidP="00881A62">
      <w:pPr>
        <w:jc w:val="center"/>
        <w:rPr>
          <w:b/>
          <w:caps/>
          <w:sz w:val="28"/>
          <w:szCs w:val="28"/>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p>
    <w:p w14:paraId="6BFD5581" w14:textId="3DA1508F" w:rsidR="008D4AB4" w:rsidRDefault="00B470A8" w:rsidP="008D4AB4">
      <w:pPr>
        <w:rPr>
          <w:b/>
        </w:rPr>
      </w:pPr>
      <w:proofErr w:type="spellStart"/>
      <w:r>
        <w:rPr>
          <w:b/>
        </w:rPr>
        <w:t>Žaidimo</w:t>
      </w:r>
      <w:proofErr w:type="spellEnd"/>
      <w:r>
        <w:rPr>
          <w:b/>
        </w:rPr>
        <w:t xml:space="preserve"> </w:t>
      </w:r>
      <w:proofErr w:type="spellStart"/>
      <w:r>
        <w:rPr>
          <w:b/>
        </w:rPr>
        <w:t>pavadinimas</w:t>
      </w:r>
      <w:proofErr w:type="spellEnd"/>
      <w:r w:rsidR="008D4AB4" w:rsidRPr="00881A62">
        <w:rPr>
          <w:b/>
        </w:rPr>
        <w:t>: „СИНА СОЛ</w:t>
      </w:r>
      <w:r w:rsidR="007F4F7B">
        <w:rPr>
          <w:b/>
          <w:lang w:val="mk-MK"/>
        </w:rPr>
        <w:t>,</w:t>
      </w:r>
      <w:r w:rsidR="008D4AB4" w:rsidRPr="00881A62">
        <w:rPr>
          <w:b/>
        </w:rPr>
        <w:t xml:space="preserve"> ГРУБА </w:t>
      </w:r>
      <w:proofErr w:type="gramStart"/>
      <w:r w:rsidR="008D4AB4" w:rsidRPr="00881A62">
        <w:rPr>
          <w:b/>
        </w:rPr>
        <w:t>СОЛ“</w:t>
      </w:r>
      <w:proofErr w:type="gramEnd"/>
    </w:p>
    <w:p w14:paraId="7436E9F8" w14:textId="77777777" w:rsidR="00B470A8" w:rsidRDefault="00B470A8" w:rsidP="00B470A8">
      <w:pPr>
        <w:pStyle w:val="prastasiniatinklio"/>
      </w:pPr>
      <w:proofErr w:type="spellStart"/>
      <w:r>
        <w:t>Žaidėjų</w:t>
      </w:r>
      <w:proofErr w:type="spellEnd"/>
      <w:r>
        <w:t xml:space="preserve"> </w:t>
      </w:r>
      <w:proofErr w:type="spellStart"/>
      <w:r>
        <w:t>skaičius</w:t>
      </w:r>
      <w:proofErr w:type="spellEnd"/>
      <w:r>
        <w:t xml:space="preserve">: 6 </w:t>
      </w:r>
      <w:proofErr w:type="spellStart"/>
      <w:r>
        <w:t>ar</w:t>
      </w:r>
      <w:proofErr w:type="spellEnd"/>
      <w:r>
        <w:t xml:space="preserve"> </w:t>
      </w:r>
      <w:proofErr w:type="spellStart"/>
      <w:r>
        <w:t>daugiau</w:t>
      </w:r>
      <w:proofErr w:type="spellEnd"/>
      <w:r>
        <w:t xml:space="preserve"> </w:t>
      </w:r>
      <w:proofErr w:type="spellStart"/>
      <w:r>
        <w:t>žaidėjų</w:t>
      </w:r>
      <w:proofErr w:type="spellEnd"/>
    </w:p>
    <w:p w14:paraId="79BAB584" w14:textId="77777777" w:rsidR="00B470A8" w:rsidRDefault="00B470A8" w:rsidP="00B470A8">
      <w:pPr>
        <w:pStyle w:val="prastasiniatinklio"/>
      </w:pPr>
      <w:proofErr w:type="spellStart"/>
      <w:r>
        <w:t>Reikmenys</w:t>
      </w:r>
      <w:proofErr w:type="spellEnd"/>
      <w:r>
        <w:t xml:space="preserve">: </w:t>
      </w:r>
      <w:proofErr w:type="spellStart"/>
      <w:r>
        <w:t>nosinė</w:t>
      </w:r>
      <w:proofErr w:type="spellEnd"/>
    </w:p>
    <w:p w14:paraId="0AD294D9" w14:textId="77777777" w:rsidR="00B470A8" w:rsidRDefault="00B470A8" w:rsidP="00B470A8">
      <w:pPr>
        <w:pStyle w:val="prastasiniatinklio"/>
      </w:pPr>
      <w:proofErr w:type="spellStart"/>
      <w:r>
        <w:t>Žaidimo</w:t>
      </w:r>
      <w:proofErr w:type="spellEnd"/>
      <w:r>
        <w:t xml:space="preserve"> </w:t>
      </w:r>
      <w:proofErr w:type="spellStart"/>
      <w:r>
        <w:t>taisyklės</w:t>
      </w:r>
      <w:proofErr w:type="spellEnd"/>
      <w:r>
        <w:t>:</w:t>
      </w:r>
    </w:p>
    <w:p w14:paraId="4BA5011A" w14:textId="709C5C95" w:rsidR="00B470A8" w:rsidRDefault="00B470A8" w:rsidP="00B470A8">
      <w:pPr>
        <w:pStyle w:val="prastasiniatinklio"/>
      </w:pPr>
      <w:proofErr w:type="spellStart"/>
      <w:r>
        <w:t>Motina</w:t>
      </w:r>
      <w:proofErr w:type="spellEnd"/>
      <w:r>
        <w:t xml:space="preserve"> </w:t>
      </w:r>
      <w:proofErr w:type="spellStart"/>
      <w:r>
        <w:t>pasirenkama</w:t>
      </w:r>
      <w:proofErr w:type="spellEnd"/>
      <w:r>
        <w:t xml:space="preserve"> </w:t>
      </w:r>
      <w:proofErr w:type="spellStart"/>
      <w:r>
        <w:t>burtų</w:t>
      </w:r>
      <w:proofErr w:type="spellEnd"/>
      <w:r>
        <w:t xml:space="preserve"> </w:t>
      </w:r>
      <w:proofErr w:type="spellStart"/>
      <w:r>
        <w:t>keliu</w:t>
      </w:r>
      <w:proofErr w:type="spellEnd"/>
      <w:r>
        <w:t xml:space="preserve">. </w:t>
      </w:r>
      <w:proofErr w:type="spellStart"/>
      <w:r>
        <w:t>Kiti</w:t>
      </w:r>
      <w:proofErr w:type="spellEnd"/>
      <w:r>
        <w:t xml:space="preserve"> </w:t>
      </w:r>
      <w:proofErr w:type="spellStart"/>
      <w:r>
        <w:t>vaikai</w:t>
      </w:r>
      <w:proofErr w:type="spellEnd"/>
      <w:r>
        <w:t xml:space="preserve"> </w:t>
      </w:r>
      <w:proofErr w:type="spellStart"/>
      <w:r>
        <w:t>atsiklaupia</w:t>
      </w:r>
      <w:proofErr w:type="spellEnd"/>
      <w:r>
        <w:t xml:space="preserve">, </w:t>
      </w:r>
      <w:proofErr w:type="spellStart"/>
      <w:r>
        <w:t>rankas</w:t>
      </w:r>
      <w:proofErr w:type="spellEnd"/>
      <w:r>
        <w:t xml:space="preserve"> </w:t>
      </w:r>
      <w:proofErr w:type="spellStart"/>
      <w:r>
        <w:t>laiko</w:t>
      </w:r>
      <w:proofErr w:type="spellEnd"/>
      <w:r>
        <w:t xml:space="preserve"> </w:t>
      </w:r>
      <w:proofErr w:type="spellStart"/>
      <w:r>
        <w:t>už</w:t>
      </w:r>
      <w:proofErr w:type="spellEnd"/>
      <w:r>
        <w:t xml:space="preserve"> </w:t>
      </w:r>
      <w:proofErr w:type="spellStart"/>
      <w:r>
        <w:t>nugaros</w:t>
      </w:r>
      <w:proofErr w:type="spellEnd"/>
      <w:r>
        <w:t xml:space="preserve">, </w:t>
      </w:r>
      <w:proofErr w:type="spellStart"/>
      <w:r>
        <w:t>delnus</w:t>
      </w:r>
      <w:proofErr w:type="spellEnd"/>
      <w:r>
        <w:t xml:space="preserve"> </w:t>
      </w:r>
      <w:proofErr w:type="spellStart"/>
      <w:r>
        <w:t>atveria</w:t>
      </w:r>
      <w:proofErr w:type="spellEnd"/>
      <w:r>
        <w:t xml:space="preserve">. </w:t>
      </w:r>
      <w:proofErr w:type="spellStart"/>
      <w:r>
        <w:t>Vaikas</w:t>
      </w:r>
      <w:proofErr w:type="spellEnd"/>
      <w:r>
        <w:t xml:space="preserve">, </w:t>
      </w:r>
      <w:proofErr w:type="spellStart"/>
      <w:r>
        <w:t>atliekantis</w:t>
      </w:r>
      <w:proofErr w:type="spellEnd"/>
      <w:r>
        <w:t xml:space="preserve"> „</w:t>
      </w:r>
      <w:proofErr w:type="spellStart"/>
      <w:proofErr w:type="gramStart"/>
      <w:r>
        <w:t>motinos</w:t>
      </w:r>
      <w:proofErr w:type="spellEnd"/>
      <w:r>
        <w:t xml:space="preserve">“ </w:t>
      </w:r>
      <w:proofErr w:type="spellStart"/>
      <w:r>
        <w:t>vaidmenį</w:t>
      </w:r>
      <w:proofErr w:type="spellEnd"/>
      <w:proofErr w:type="gramEnd"/>
      <w:r>
        <w:t xml:space="preserve">, </w:t>
      </w:r>
      <w:proofErr w:type="spellStart"/>
      <w:r>
        <w:t>stovi</w:t>
      </w:r>
      <w:proofErr w:type="spellEnd"/>
      <w:r>
        <w:t xml:space="preserve"> </w:t>
      </w:r>
      <w:proofErr w:type="spellStart"/>
      <w:r>
        <w:t>už</w:t>
      </w:r>
      <w:proofErr w:type="spellEnd"/>
      <w:r>
        <w:t xml:space="preserve"> </w:t>
      </w:r>
      <w:proofErr w:type="spellStart"/>
      <w:r>
        <w:t>rato</w:t>
      </w:r>
      <w:proofErr w:type="spellEnd"/>
      <w:r>
        <w:t xml:space="preserve"> </w:t>
      </w:r>
      <w:proofErr w:type="spellStart"/>
      <w:r>
        <w:t>su</w:t>
      </w:r>
      <w:proofErr w:type="spellEnd"/>
      <w:r>
        <w:t xml:space="preserve"> </w:t>
      </w:r>
      <w:proofErr w:type="spellStart"/>
      <w:r>
        <w:t>skara</w:t>
      </w:r>
      <w:proofErr w:type="spellEnd"/>
      <w:r>
        <w:t xml:space="preserve">. </w:t>
      </w:r>
      <w:proofErr w:type="spellStart"/>
      <w:r>
        <w:t>Motina</w:t>
      </w:r>
      <w:proofErr w:type="spellEnd"/>
      <w:r>
        <w:t xml:space="preserve"> eina </w:t>
      </w:r>
      <w:proofErr w:type="spellStart"/>
      <w:r>
        <w:t>aplink</w:t>
      </w:r>
      <w:proofErr w:type="spellEnd"/>
      <w:r>
        <w:t xml:space="preserve"> </w:t>
      </w:r>
      <w:proofErr w:type="spellStart"/>
      <w:r>
        <w:t>ratą</w:t>
      </w:r>
      <w:proofErr w:type="spellEnd"/>
      <w:r>
        <w:t xml:space="preserve"> </w:t>
      </w:r>
      <w:proofErr w:type="spellStart"/>
      <w:r>
        <w:t>dainuodama</w:t>
      </w:r>
      <w:proofErr w:type="spellEnd"/>
      <w:r>
        <w:t>:</w:t>
      </w:r>
    </w:p>
    <w:p w14:paraId="14282C19" w14:textId="77777777" w:rsidR="00B470A8" w:rsidRPr="00B470A8" w:rsidRDefault="00B470A8" w:rsidP="00B470A8">
      <w:pPr>
        <w:pStyle w:val="prastasiniatinklio"/>
        <w:rPr>
          <w:lang w:val="pl-PL"/>
        </w:rPr>
      </w:pPr>
      <w:r>
        <w:t>„</w:t>
      </w:r>
      <w:proofErr w:type="spellStart"/>
      <w:r>
        <w:t>Mėlyna</w:t>
      </w:r>
      <w:proofErr w:type="spellEnd"/>
      <w:r>
        <w:t xml:space="preserve"> </w:t>
      </w:r>
      <w:proofErr w:type="spellStart"/>
      <w:r>
        <w:t>druska</w:t>
      </w:r>
      <w:proofErr w:type="spellEnd"/>
      <w:r>
        <w:t xml:space="preserve">, </w:t>
      </w:r>
      <w:proofErr w:type="spellStart"/>
      <w:r>
        <w:t>rupi</w:t>
      </w:r>
      <w:proofErr w:type="spellEnd"/>
      <w:r>
        <w:t xml:space="preserve"> </w:t>
      </w:r>
      <w:proofErr w:type="spellStart"/>
      <w:r>
        <w:t>druska</w:t>
      </w:r>
      <w:proofErr w:type="spellEnd"/>
      <w:r>
        <w:t xml:space="preserve">, </w:t>
      </w:r>
      <w:proofErr w:type="spellStart"/>
      <w:r>
        <w:t>aš</w:t>
      </w:r>
      <w:proofErr w:type="spellEnd"/>
      <w:r>
        <w:t xml:space="preserve"> </w:t>
      </w:r>
      <w:proofErr w:type="spellStart"/>
      <w:r>
        <w:t>pametė</w:t>
      </w:r>
      <w:proofErr w:type="spellEnd"/>
      <w:r>
        <w:t xml:space="preserve"> </w:t>
      </w:r>
      <w:proofErr w:type="spellStart"/>
      <w:r>
        <w:t>motiną</w:t>
      </w:r>
      <w:proofErr w:type="spellEnd"/>
      <w:r>
        <w:t xml:space="preserve"> </w:t>
      </w:r>
      <w:proofErr w:type="spellStart"/>
      <w:r>
        <w:t>ir</w:t>
      </w:r>
      <w:proofErr w:type="spellEnd"/>
      <w:r>
        <w:t xml:space="preserve"> </w:t>
      </w:r>
      <w:proofErr w:type="spellStart"/>
      <w:r>
        <w:t>eisiu</w:t>
      </w:r>
      <w:proofErr w:type="spellEnd"/>
      <w:r>
        <w:t xml:space="preserve"> </w:t>
      </w:r>
      <w:proofErr w:type="spellStart"/>
      <w:r>
        <w:t>jos</w:t>
      </w:r>
      <w:proofErr w:type="spellEnd"/>
      <w:r>
        <w:t xml:space="preserve"> </w:t>
      </w:r>
      <w:proofErr w:type="spellStart"/>
      <w:proofErr w:type="gramStart"/>
      <w:r>
        <w:t>ieškoti</w:t>
      </w:r>
      <w:proofErr w:type="spellEnd"/>
      <w:r>
        <w:t>.“</w:t>
      </w:r>
      <w:proofErr w:type="spellStart"/>
      <w:proofErr w:type="gramEnd"/>
      <w:r>
        <w:t>Prieš</w:t>
      </w:r>
      <w:proofErr w:type="spellEnd"/>
      <w:r>
        <w:t xml:space="preserve"> </w:t>
      </w:r>
      <w:proofErr w:type="spellStart"/>
      <w:r>
        <w:t>baigdama</w:t>
      </w:r>
      <w:proofErr w:type="spellEnd"/>
      <w:r>
        <w:t xml:space="preserve"> </w:t>
      </w:r>
      <w:proofErr w:type="spellStart"/>
      <w:r>
        <w:t>dainuoti</w:t>
      </w:r>
      <w:proofErr w:type="spellEnd"/>
      <w:r>
        <w:t xml:space="preserve">, </w:t>
      </w:r>
      <w:proofErr w:type="spellStart"/>
      <w:r>
        <w:t>motina</w:t>
      </w:r>
      <w:proofErr w:type="spellEnd"/>
      <w:r>
        <w:t xml:space="preserve"> </w:t>
      </w:r>
      <w:proofErr w:type="spellStart"/>
      <w:r>
        <w:t>palieka</w:t>
      </w:r>
      <w:proofErr w:type="spellEnd"/>
      <w:r>
        <w:t xml:space="preserve"> </w:t>
      </w:r>
      <w:proofErr w:type="spellStart"/>
      <w:r>
        <w:t>nosinę</w:t>
      </w:r>
      <w:proofErr w:type="spellEnd"/>
      <w:r>
        <w:t xml:space="preserve"> </w:t>
      </w:r>
      <w:proofErr w:type="spellStart"/>
      <w:r>
        <w:t>už</w:t>
      </w:r>
      <w:proofErr w:type="spellEnd"/>
      <w:r>
        <w:t xml:space="preserve"> </w:t>
      </w:r>
      <w:proofErr w:type="spellStart"/>
      <w:r>
        <w:t>vieno</w:t>
      </w:r>
      <w:proofErr w:type="spellEnd"/>
      <w:r>
        <w:t xml:space="preserve"> </w:t>
      </w:r>
      <w:proofErr w:type="spellStart"/>
      <w:r>
        <w:t>iš</w:t>
      </w:r>
      <w:proofErr w:type="spellEnd"/>
      <w:r>
        <w:t xml:space="preserve"> </w:t>
      </w:r>
      <w:proofErr w:type="spellStart"/>
      <w:r>
        <w:t>vaikų</w:t>
      </w:r>
      <w:proofErr w:type="spellEnd"/>
      <w:r>
        <w:t xml:space="preserve">, o </w:t>
      </w:r>
      <w:proofErr w:type="spellStart"/>
      <w:r>
        <w:t>tas</w:t>
      </w:r>
      <w:proofErr w:type="spellEnd"/>
      <w:r>
        <w:t xml:space="preserve"> </w:t>
      </w:r>
      <w:proofErr w:type="spellStart"/>
      <w:r>
        <w:t>vaikas</w:t>
      </w:r>
      <w:proofErr w:type="spellEnd"/>
      <w:r>
        <w:t xml:space="preserve"> </w:t>
      </w:r>
      <w:proofErr w:type="spellStart"/>
      <w:r>
        <w:t>ją</w:t>
      </w:r>
      <w:proofErr w:type="spellEnd"/>
      <w:r>
        <w:t xml:space="preserve"> </w:t>
      </w:r>
      <w:proofErr w:type="spellStart"/>
      <w:r>
        <w:t>paima</w:t>
      </w:r>
      <w:proofErr w:type="spellEnd"/>
      <w:r>
        <w:t xml:space="preserve"> </w:t>
      </w:r>
      <w:proofErr w:type="spellStart"/>
      <w:r>
        <w:t>ir</w:t>
      </w:r>
      <w:proofErr w:type="spellEnd"/>
      <w:r>
        <w:t xml:space="preserve"> </w:t>
      </w:r>
      <w:proofErr w:type="spellStart"/>
      <w:r>
        <w:t>vejasi</w:t>
      </w:r>
      <w:proofErr w:type="spellEnd"/>
      <w:r>
        <w:t xml:space="preserve"> </w:t>
      </w:r>
      <w:proofErr w:type="spellStart"/>
      <w:r>
        <w:t>motiną</w:t>
      </w:r>
      <w:proofErr w:type="spellEnd"/>
      <w:r>
        <w:t xml:space="preserve"> </w:t>
      </w:r>
      <w:proofErr w:type="spellStart"/>
      <w:r>
        <w:t>aplink</w:t>
      </w:r>
      <w:proofErr w:type="spellEnd"/>
      <w:r>
        <w:t xml:space="preserve"> </w:t>
      </w:r>
      <w:proofErr w:type="spellStart"/>
      <w:r>
        <w:t>ratą</w:t>
      </w:r>
      <w:proofErr w:type="spellEnd"/>
      <w:r>
        <w:t xml:space="preserve">. </w:t>
      </w:r>
      <w:proofErr w:type="spellStart"/>
      <w:r>
        <w:t>Jei</w:t>
      </w:r>
      <w:proofErr w:type="spellEnd"/>
      <w:r>
        <w:t xml:space="preserve"> </w:t>
      </w:r>
      <w:proofErr w:type="spellStart"/>
      <w:r>
        <w:t>motinai</w:t>
      </w:r>
      <w:proofErr w:type="spellEnd"/>
      <w:r>
        <w:t xml:space="preserve"> </w:t>
      </w:r>
      <w:proofErr w:type="spellStart"/>
      <w:r>
        <w:t>pavyksta</w:t>
      </w:r>
      <w:proofErr w:type="spellEnd"/>
      <w:r>
        <w:t xml:space="preserve"> </w:t>
      </w:r>
      <w:proofErr w:type="spellStart"/>
      <w:r>
        <w:t>atsisėsti</w:t>
      </w:r>
      <w:proofErr w:type="spellEnd"/>
      <w:r>
        <w:t xml:space="preserve"> </w:t>
      </w:r>
      <w:proofErr w:type="spellStart"/>
      <w:r>
        <w:t>vietoje</w:t>
      </w:r>
      <w:proofErr w:type="spellEnd"/>
      <w:r>
        <w:t xml:space="preserve"> </w:t>
      </w:r>
      <w:proofErr w:type="spellStart"/>
      <w:r>
        <w:t>vaiko</w:t>
      </w:r>
      <w:proofErr w:type="spellEnd"/>
      <w:r>
        <w:t xml:space="preserve">, </w:t>
      </w:r>
      <w:proofErr w:type="spellStart"/>
      <w:r>
        <w:t>kuris</w:t>
      </w:r>
      <w:proofErr w:type="spellEnd"/>
      <w:r>
        <w:t xml:space="preserve"> </w:t>
      </w:r>
      <w:proofErr w:type="spellStart"/>
      <w:r>
        <w:t>ją</w:t>
      </w:r>
      <w:proofErr w:type="spellEnd"/>
      <w:r>
        <w:t xml:space="preserve"> </w:t>
      </w:r>
      <w:proofErr w:type="spellStart"/>
      <w:r>
        <w:t>vejasi</w:t>
      </w:r>
      <w:proofErr w:type="spellEnd"/>
      <w:r>
        <w:t xml:space="preserve">, </w:t>
      </w:r>
      <w:proofErr w:type="spellStart"/>
      <w:r>
        <w:t>tada</w:t>
      </w:r>
      <w:proofErr w:type="spellEnd"/>
      <w:r>
        <w:t xml:space="preserve"> </w:t>
      </w:r>
      <w:proofErr w:type="spellStart"/>
      <w:r>
        <w:t>tas</w:t>
      </w:r>
      <w:proofErr w:type="spellEnd"/>
      <w:r>
        <w:t xml:space="preserve"> </w:t>
      </w:r>
      <w:proofErr w:type="spellStart"/>
      <w:r>
        <w:t>vaikas</w:t>
      </w:r>
      <w:proofErr w:type="spellEnd"/>
      <w:r>
        <w:t xml:space="preserve"> </w:t>
      </w:r>
      <w:proofErr w:type="spellStart"/>
      <w:r>
        <w:t>tampa</w:t>
      </w:r>
      <w:proofErr w:type="spellEnd"/>
      <w:r>
        <w:t xml:space="preserve"> </w:t>
      </w:r>
      <w:proofErr w:type="spellStart"/>
      <w:r>
        <w:t>motina</w:t>
      </w:r>
      <w:proofErr w:type="spellEnd"/>
      <w:r>
        <w:t xml:space="preserve"> </w:t>
      </w:r>
      <w:proofErr w:type="spellStart"/>
      <w:r>
        <w:t>ir</w:t>
      </w:r>
      <w:proofErr w:type="spellEnd"/>
      <w:r>
        <w:t xml:space="preserve"> </w:t>
      </w:r>
      <w:proofErr w:type="spellStart"/>
      <w:r>
        <w:t>žaidimas</w:t>
      </w:r>
      <w:proofErr w:type="spellEnd"/>
      <w:r>
        <w:t xml:space="preserve"> </w:t>
      </w:r>
      <w:proofErr w:type="spellStart"/>
      <w:r>
        <w:t>tęsiasi</w:t>
      </w:r>
      <w:proofErr w:type="spellEnd"/>
      <w:r>
        <w:t xml:space="preserve">. </w:t>
      </w:r>
      <w:r w:rsidRPr="00B470A8">
        <w:rPr>
          <w:lang w:val="pl-PL"/>
        </w:rPr>
        <w:t xml:space="preserve">Bet </w:t>
      </w:r>
      <w:proofErr w:type="spellStart"/>
      <w:r w:rsidRPr="00B470A8">
        <w:rPr>
          <w:lang w:val="pl-PL"/>
        </w:rPr>
        <w:t>jei</w:t>
      </w:r>
      <w:proofErr w:type="spellEnd"/>
      <w:r w:rsidRPr="00B470A8">
        <w:rPr>
          <w:lang w:val="pl-PL"/>
        </w:rPr>
        <w:t xml:space="preserve"> </w:t>
      </w:r>
      <w:proofErr w:type="spellStart"/>
      <w:r w:rsidRPr="00B470A8">
        <w:rPr>
          <w:lang w:val="pl-PL"/>
        </w:rPr>
        <w:t>vaikas</w:t>
      </w:r>
      <w:proofErr w:type="spellEnd"/>
      <w:r w:rsidRPr="00B470A8">
        <w:rPr>
          <w:lang w:val="pl-PL"/>
        </w:rPr>
        <w:t xml:space="preserve"> </w:t>
      </w:r>
      <w:proofErr w:type="spellStart"/>
      <w:r w:rsidRPr="00B470A8">
        <w:rPr>
          <w:lang w:val="pl-PL"/>
        </w:rPr>
        <w:t>pagaus</w:t>
      </w:r>
      <w:proofErr w:type="spellEnd"/>
      <w:r w:rsidRPr="00B470A8">
        <w:rPr>
          <w:lang w:val="pl-PL"/>
        </w:rPr>
        <w:t xml:space="preserve"> </w:t>
      </w:r>
      <w:proofErr w:type="spellStart"/>
      <w:r w:rsidRPr="00B470A8">
        <w:rPr>
          <w:lang w:val="pl-PL"/>
        </w:rPr>
        <w:t>motiną</w:t>
      </w:r>
      <w:proofErr w:type="spellEnd"/>
      <w:r w:rsidRPr="00B470A8">
        <w:rPr>
          <w:lang w:val="pl-PL"/>
        </w:rPr>
        <w:t xml:space="preserve">, kol </w:t>
      </w:r>
      <w:proofErr w:type="spellStart"/>
      <w:r w:rsidRPr="00B470A8">
        <w:rPr>
          <w:lang w:val="pl-PL"/>
        </w:rPr>
        <w:t>ji</w:t>
      </w:r>
      <w:proofErr w:type="spellEnd"/>
      <w:r w:rsidRPr="00B470A8">
        <w:rPr>
          <w:lang w:val="pl-PL"/>
        </w:rPr>
        <w:t xml:space="preserve"> </w:t>
      </w:r>
      <w:proofErr w:type="spellStart"/>
      <w:r w:rsidRPr="00B470A8">
        <w:rPr>
          <w:lang w:val="pl-PL"/>
        </w:rPr>
        <w:t>atsisėdo</w:t>
      </w:r>
      <w:proofErr w:type="spellEnd"/>
      <w:r w:rsidRPr="00B470A8">
        <w:rPr>
          <w:lang w:val="pl-PL"/>
        </w:rPr>
        <w:t xml:space="preserve">, </w:t>
      </w:r>
      <w:proofErr w:type="spellStart"/>
      <w:r w:rsidRPr="00B470A8">
        <w:rPr>
          <w:lang w:val="pl-PL"/>
        </w:rPr>
        <w:t>tada</w:t>
      </w:r>
      <w:proofErr w:type="spellEnd"/>
      <w:r w:rsidRPr="00B470A8">
        <w:rPr>
          <w:lang w:val="pl-PL"/>
        </w:rPr>
        <w:t xml:space="preserve"> </w:t>
      </w:r>
      <w:proofErr w:type="spellStart"/>
      <w:r w:rsidRPr="00B470A8">
        <w:rPr>
          <w:lang w:val="pl-PL"/>
        </w:rPr>
        <w:t>motina</w:t>
      </w:r>
      <w:proofErr w:type="spellEnd"/>
      <w:r w:rsidRPr="00B470A8">
        <w:rPr>
          <w:lang w:val="pl-PL"/>
        </w:rPr>
        <w:t xml:space="preserve"> </w:t>
      </w:r>
      <w:proofErr w:type="spellStart"/>
      <w:r w:rsidRPr="00B470A8">
        <w:rPr>
          <w:lang w:val="pl-PL"/>
        </w:rPr>
        <w:t>pakartoja</w:t>
      </w:r>
      <w:proofErr w:type="spellEnd"/>
      <w:r w:rsidRPr="00B470A8">
        <w:rPr>
          <w:lang w:val="pl-PL"/>
        </w:rPr>
        <w:t xml:space="preserve"> </w:t>
      </w:r>
      <w:proofErr w:type="spellStart"/>
      <w:r w:rsidRPr="00B470A8">
        <w:rPr>
          <w:lang w:val="pl-PL"/>
        </w:rPr>
        <w:t>dainą</w:t>
      </w:r>
      <w:proofErr w:type="spellEnd"/>
      <w:r w:rsidRPr="00B470A8">
        <w:rPr>
          <w:lang w:val="pl-PL"/>
        </w:rPr>
        <w:t>.</w:t>
      </w:r>
    </w:p>
    <w:p w14:paraId="639FF737" w14:textId="77777777" w:rsidR="00B470A8" w:rsidRPr="00B470A8" w:rsidRDefault="00B470A8" w:rsidP="008D4AB4">
      <w:pPr>
        <w:rPr>
          <w:b/>
          <w:lang w:val="pl-PL"/>
        </w:rPr>
      </w:pPr>
    </w:p>
    <w:p w14:paraId="4EB16DD4" w14:textId="77777777" w:rsidR="008D4AB4" w:rsidRDefault="00C616D6" w:rsidP="008D4AB4">
      <w:r>
        <w:rPr>
          <w:noProof/>
        </w:rPr>
        <w:drawing>
          <wp:inline distT="0" distB="0" distL="0" distR="0" wp14:anchorId="5561B380" wp14:editId="203016E9">
            <wp:extent cx="4185885" cy="2810312"/>
            <wp:effectExtent l="0" t="0" r="5715" b="952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ц1.png"/>
                    <pic:cNvPicPr/>
                  </pic:nvPicPr>
                  <pic:blipFill>
                    <a:blip r:embed="rId69">
                      <a:extLst>
                        <a:ext uri="{28A0092B-C50C-407E-A947-70E740481C1C}">
                          <a14:useLocalDpi xmlns:a14="http://schemas.microsoft.com/office/drawing/2010/main" val="0"/>
                        </a:ext>
                      </a:extLst>
                    </a:blip>
                    <a:stretch>
                      <a:fillRect/>
                    </a:stretch>
                  </pic:blipFill>
                  <pic:spPr>
                    <a:xfrm>
                      <a:off x="0" y="0"/>
                      <a:ext cx="4187198" cy="2811194"/>
                    </a:xfrm>
                    <a:prstGeom prst="rect">
                      <a:avLst/>
                    </a:prstGeom>
                  </pic:spPr>
                </pic:pic>
              </a:graphicData>
            </a:graphic>
          </wp:inline>
        </w:drawing>
      </w:r>
    </w:p>
    <w:p w14:paraId="07CF463F" w14:textId="77777777" w:rsidR="007F4F7B" w:rsidRDefault="007F4F7B" w:rsidP="008D4AB4">
      <w:pPr>
        <w:rPr>
          <w:b/>
          <w:lang w:val="mk-MK"/>
        </w:rPr>
      </w:pPr>
    </w:p>
    <w:p w14:paraId="57A187AC" w14:textId="77777777" w:rsidR="004A1EB4" w:rsidRPr="004A1EB4" w:rsidRDefault="004A1EB4" w:rsidP="004A1EB4">
      <w:pPr>
        <w:pStyle w:val="prastasiniatinklio"/>
        <w:rPr>
          <w:b/>
          <w:bCs/>
          <w:lang w:val="mk-MK"/>
        </w:rPr>
      </w:pPr>
      <w:r w:rsidRPr="004A1EB4">
        <w:rPr>
          <w:b/>
          <w:bCs/>
          <w:lang w:val="mk-MK"/>
        </w:rPr>
        <w:t>Žaidimo pavadinimas: „Moliūgas“</w:t>
      </w:r>
    </w:p>
    <w:p w14:paraId="6ADEB6A3" w14:textId="77777777" w:rsidR="004A1EB4" w:rsidRPr="004A1EB4" w:rsidRDefault="004A1EB4" w:rsidP="004A1EB4">
      <w:pPr>
        <w:pStyle w:val="prastasiniatinklio"/>
        <w:rPr>
          <w:lang w:val="mk-MK"/>
        </w:rPr>
      </w:pPr>
      <w:r w:rsidRPr="004A1EB4">
        <w:rPr>
          <w:lang w:val="mk-MK"/>
        </w:rPr>
        <w:t>Žaidėjų skaičius: 6 ar daugiau</w:t>
      </w:r>
    </w:p>
    <w:p w14:paraId="7D116D4B" w14:textId="77777777" w:rsidR="004A1EB4" w:rsidRPr="004A1EB4" w:rsidRDefault="004A1EB4" w:rsidP="004A1EB4">
      <w:pPr>
        <w:pStyle w:val="prastasiniatinklio"/>
        <w:rPr>
          <w:lang w:val="mk-MK"/>
        </w:rPr>
      </w:pPr>
      <w:r w:rsidRPr="004A1EB4">
        <w:rPr>
          <w:lang w:val="mk-MK"/>
        </w:rPr>
        <w:t>Reikalingos priemonės: -</w:t>
      </w:r>
    </w:p>
    <w:p w14:paraId="209ACD9C" w14:textId="77777777" w:rsidR="004A1EB4" w:rsidRPr="004A1EB4" w:rsidRDefault="004A1EB4" w:rsidP="004A1EB4">
      <w:pPr>
        <w:pStyle w:val="prastasiniatinklio"/>
        <w:rPr>
          <w:lang w:val="mk-MK"/>
        </w:rPr>
      </w:pPr>
      <w:r w:rsidRPr="004A1EB4">
        <w:rPr>
          <w:lang w:val="mk-MK"/>
        </w:rPr>
        <w:t>Žaidimo taisyklės:</w:t>
      </w:r>
    </w:p>
    <w:p w14:paraId="6DCE9AC8" w14:textId="77777777" w:rsidR="004A1EB4" w:rsidRPr="004A1EB4" w:rsidRDefault="004A1EB4" w:rsidP="004A1EB4">
      <w:pPr>
        <w:pStyle w:val="prastasiniatinklio"/>
        <w:rPr>
          <w:lang w:val="mk-MK"/>
        </w:rPr>
      </w:pPr>
      <w:r w:rsidRPr="004A1EB4">
        <w:rPr>
          <w:lang w:val="mk-MK"/>
        </w:rPr>
        <w:lastRenderedPageBreak/>
        <w:t>1. Pasirinkite „motiną“, kuri vadovaus žaidimui.</w:t>
      </w:r>
    </w:p>
    <w:p w14:paraId="2A14E4F1" w14:textId="77777777" w:rsidR="004A1EB4" w:rsidRPr="004A1EB4" w:rsidRDefault="004A1EB4" w:rsidP="004A1EB4">
      <w:pPr>
        <w:pStyle w:val="prastasiniatinklio"/>
        <w:rPr>
          <w:lang w:val="mk-MK"/>
        </w:rPr>
      </w:pPr>
      <w:r w:rsidRPr="004A1EB4">
        <w:rPr>
          <w:lang w:val="mk-MK"/>
        </w:rPr>
        <w:t>2. Visiems dalyviams suteikiamas numeris.</w:t>
      </w:r>
    </w:p>
    <w:p w14:paraId="7E9FB5CF" w14:textId="77777777" w:rsidR="004A1EB4" w:rsidRDefault="004A1EB4" w:rsidP="004A1EB4">
      <w:pPr>
        <w:pStyle w:val="prastasiniatinklio"/>
      </w:pPr>
      <w:r w:rsidRPr="004A1EB4">
        <w:rPr>
          <w:lang w:val="mk-MK"/>
        </w:rPr>
        <w:t xml:space="preserve">3. Mama pradeda sakydama: „Aš turiu moliūgą, prie obels. </w:t>
      </w:r>
      <w:proofErr w:type="spellStart"/>
      <w:r>
        <w:t>Padarykite</w:t>
      </w:r>
      <w:proofErr w:type="spellEnd"/>
      <w:r>
        <w:t xml:space="preserve"> (</w:t>
      </w:r>
      <w:proofErr w:type="spellStart"/>
      <w:r>
        <w:t>penkis</w:t>
      </w:r>
      <w:proofErr w:type="spellEnd"/>
      <w:r>
        <w:t xml:space="preserve">) </w:t>
      </w:r>
      <w:proofErr w:type="spellStart"/>
      <w:r>
        <w:t>moliūgus</w:t>
      </w:r>
      <w:proofErr w:type="spellEnd"/>
      <w:r>
        <w:t xml:space="preserve">. </w:t>
      </w:r>
      <w:proofErr w:type="spellStart"/>
      <w:r>
        <w:t>Senelis</w:t>
      </w:r>
      <w:proofErr w:type="spellEnd"/>
      <w:r>
        <w:t xml:space="preserve"> </w:t>
      </w:r>
      <w:proofErr w:type="spellStart"/>
      <w:r>
        <w:t>juos</w:t>
      </w:r>
      <w:proofErr w:type="spellEnd"/>
      <w:r>
        <w:t xml:space="preserve"> duos </w:t>
      </w:r>
      <w:proofErr w:type="spellStart"/>
      <w:r>
        <w:t>lapėms</w:t>
      </w:r>
      <w:proofErr w:type="spellEnd"/>
      <w:r>
        <w:t xml:space="preserve">. Du </w:t>
      </w:r>
      <w:proofErr w:type="spellStart"/>
      <w:r>
        <w:t>pririškite</w:t>
      </w:r>
      <w:proofErr w:type="spellEnd"/>
      <w:r>
        <w:t xml:space="preserve"> </w:t>
      </w:r>
      <w:proofErr w:type="spellStart"/>
      <w:r>
        <w:t>prie</w:t>
      </w:r>
      <w:proofErr w:type="spellEnd"/>
      <w:r>
        <w:t xml:space="preserve"> </w:t>
      </w:r>
      <w:proofErr w:type="spellStart"/>
      <w:r>
        <w:t>jos</w:t>
      </w:r>
      <w:proofErr w:type="spellEnd"/>
      <w:r>
        <w:t xml:space="preserve"> </w:t>
      </w:r>
      <w:proofErr w:type="spellStart"/>
      <w:r>
        <w:t>uodegos</w:t>
      </w:r>
      <w:proofErr w:type="spellEnd"/>
      <w:r>
        <w:t xml:space="preserve"> </w:t>
      </w:r>
      <w:proofErr w:type="spellStart"/>
      <w:r>
        <w:t>ir</w:t>
      </w:r>
      <w:proofErr w:type="spellEnd"/>
      <w:r>
        <w:t xml:space="preserve"> </w:t>
      </w:r>
      <w:proofErr w:type="spellStart"/>
      <w:r>
        <w:t>tiek</w:t>
      </w:r>
      <w:proofErr w:type="spellEnd"/>
      <w:r>
        <w:t xml:space="preserve"> pat </w:t>
      </w:r>
      <w:proofErr w:type="spellStart"/>
      <w:r>
        <w:t>prie</w:t>
      </w:r>
      <w:proofErr w:type="spellEnd"/>
      <w:r>
        <w:t xml:space="preserve"> </w:t>
      </w:r>
      <w:proofErr w:type="spellStart"/>
      <w:r>
        <w:t>prijuostės</w:t>
      </w:r>
      <w:proofErr w:type="spellEnd"/>
      <w:r>
        <w:t>.</w:t>
      </w:r>
    </w:p>
    <w:p w14:paraId="500EB23F" w14:textId="77777777" w:rsidR="004A1EB4" w:rsidRDefault="004A1EB4" w:rsidP="004A1EB4">
      <w:pPr>
        <w:pStyle w:val="prastasiniatinklio"/>
      </w:pPr>
      <w:r>
        <w:t xml:space="preserve">4. </w:t>
      </w:r>
      <w:proofErr w:type="spellStart"/>
      <w:r>
        <w:t>Žaidėjas</w:t>
      </w:r>
      <w:proofErr w:type="spellEnd"/>
      <w:r>
        <w:t xml:space="preserve">, </w:t>
      </w:r>
      <w:proofErr w:type="spellStart"/>
      <w:r>
        <w:t>kuriam</w:t>
      </w:r>
      <w:proofErr w:type="spellEnd"/>
      <w:r>
        <w:t xml:space="preserve"> </w:t>
      </w:r>
      <w:proofErr w:type="spellStart"/>
      <w:r>
        <w:t>buvo</w:t>
      </w:r>
      <w:proofErr w:type="spellEnd"/>
      <w:r>
        <w:t xml:space="preserve"> </w:t>
      </w:r>
      <w:proofErr w:type="spellStart"/>
      <w:r>
        <w:t>skirtas</w:t>
      </w:r>
      <w:proofErr w:type="spellEnd"/>
      <w:r>
        <w:t xml:space="preserve"> </w:t>
      </w:r>
      <w:proofErr w:type="spellStart"/>
      <w:r>
        <w:t>numeris</w:t>
      </w:r>
      <w:proofErr w:type="spellEnd"/>
      <w:r>
        <w:t xml:space="preserve"> 5, </w:t>
      </w:r>
      <w:proofErr w:type="spellStart"/>
      <w:r>
        <w:t>paklausia</w:t>
      </w:r>
      <w:proofErr w:type="spellEnd"/>
      <w:r>
        <w:t>: „</w:t>
      </w:r>
      <w:proofErr w:type="spellStart"/>
      <w:r>
        <w:t>Kodėl</w:t>
      </w:r>
      <w:proofErr w:type="spellEnd"/>
      <w:r>
        <w:t xml:space="preserve"> </w:t>
      </w:r>
      <w:proofErr w:type="spellStart"/>
      <w:r>
        <w:t>turi</w:t>
      </w:r>
      <w:proofErr w:type="spellEnd"/>
      <w:r>
        <w:t xml:space="preserve"> </w:t>
      </w:r>
      <w:proofErr w:type="spellStart"/>
      <w:r>
        <w:t>būti</w:t>
      </w:r>
      <w:proofErr w:type="spellEnd"/>
      <w:r>
        <w:t xml:space="preserve"> </w:t>
      </w:r>
      <w:proofErr w:type="gramStart"/>
      <w:r>
        <w:t>5?“</w:t>
      </w:r>
      <w:proofErr w:type="gramEnd"/>
      <w:r>
        <w:t xml:space="preserve"> </w:t>
      </w:r>
      <w:proofErr w:type="spellStart"/>
      <w:r>
        <w:t>Numeris</w:t>
      </w:r>
      <w:proofErr w:type="spellEnd"/>
      <w:r>
        <w:t xml:space="preserve"> 5 </w:t>
      </w:r>
      <w:proofErr w:type="spellStart"/>
      <w:r>
        <w:t>atsako</w:t>
      </w:r>
      <w:proofErr w:type="spellEnd"/>
      <w:r>
        <w:t xml:space="preserve"> </w:t>
      </w:r>
      <w:proofErr w:type="spellStart"/>
      <w:r>
        <w:t>klausimu</w:t>
      </w:r>
      <w:proofErr w:type="spellEnd"/>
      <w:r>
        <w:t>: „</w:t>
      </w:r>
      <w:proofErr w:type="spellStart"/>
      <w:r>
        <w:t>Kiek</w:t>
      </w:r>
      <w:proofErr w:type="spellEnd"/>
      <w:r>
        <w:t xml:space="preserve"> </w:t>
      </w:r>
      <w:proofErr w:type="spellStart"/>
      <w:r>
        <w:t>tu</w:t>
      </w:r>
      <w:proofErr w:type="spellEnd"/>
      <w:r>
        <w:t xml:space="preserve"> nori, </w:t>
      </w:r>
      <w:proofErr w:type="spellStart"/>
      <w:r>
        <w:t>kad</w:t>
      </w:r>
      <w:proofErr w:type="spellEnd"/>
      <w:r>
        <w:t xml:space="preserve"> </w:t>
      </w:r>
      <w:proofErr w:type="spellStart"/>
      <w:r>
        <w:t>jų</w:t>
      </w:r>
      <w:proofErr w:type="spellEnd"/>
      <w:r>
        <w:t xml:space="preserve"> </w:t>
      </w:r>
      <w:proofErr w:type="spellStart"/>
      <w:r>
        <w:t>būtų</w:t>
      </w:r>
      <w:proofErr w:type="spellEnd"/>
      <w:r>
        <w:t xml:space="preserve">?“ </w:t>
      </w:r>
      <w:proofErr w:type="spellStart"/>
      <w:r>
        <w:t>Numeris</w:t>
      </w:r>
      <w:proofErr w:type="spellEnd"/>
      <w:r>
        <w:t xml:space="preserve"> 2 </w:t>
      </w:r>
      <w:proofErr w:type="spellStart"/>
      <w:r>
        <w:t>sako</w:t>
      </w:r>
      <w:proofErr w:type="spellEnd"/>
      <w:r>
        <w:t>: „</w:t>
      </w:r>
      <w:proofErr w:type="spellStart"/>
      <w:r>
        <w:t>Tegul</w:t>
      </w:r>
      <w:proofErr w:type="spellEnd"/>
      <w:r>
        <w:t xml:space="preserve"> bus (</w:t>
      </w:r>
      <w:proofErr w:type="spellStart"/>
      <w:r>
        <w:t>pvz</w:t>
      </w:r>
      <w:proofErr w:type="spellEnd"/>
      <w:r>
        <w:t>.) 2“.</w:t>
      </w:r>
    </w:p>
    <w:p w14:paraId="5ED8F207" w14:textId="77777777" w:rsidR="004A1EB4" w:rsidRDefault="004A1EB4" w:rsidP="004A1EB4">
      <w:pPr>
        <w:pStyle w:val="prastasiniatinklio"/>
      </w:pPr>
      <w:r>
        <w:t xml:space="preserve">5. </w:t>
      </w:r>
      <w:proofErr w:type="spellStart"/>
      <w:r>
        <w:t>Dabar</w:t>
      </w:r>
      <w:proofErr w:type="spellEnd"/>
      <w:r>
        <w:t xml:space="preserve"> </w:t>
      </w:r>
      <w:proofErr w:type="spellStart"/>
      <w:r>
        <w:t>numeris</w:t>
      </w:r>
      <w:proofErr w:type="spellEnd"/>
      <w:r>
        <w:t xml:space="preserve"> 2 </w:t>
      </w:r>
      <w:proofErr w:type="spellStart"/>
      <w:r>
        <w:t>prabyla</w:t>
      </w:r>
      <w:proofErr w:type="spellEnd"/>
      <w:r>
        <w:t xml:space="preserve"> </w:t>
      </w:r>
      <w:proofErr w:type="spellStart"/>
      <w:r>
        <w:t>ir</w:t>
      </w:r>
      <w:proofErr w:type="spellEnd"/>
      <w:r>
        <w:t xml:space="preserve"> </w:t>
      </w:r>
      <w:proofErr w:type="spellStart"/>
      <w:r>
        <w:t>klausia</w:t>
      </w:r>
      <w:proofErr w:type="spellEnd"/>
      <w:r>
        <w:t>: „</w:t>
      </w:r>
      <w:proofErr w:type="spellStart"/>
      <w:r>
        <w:t>Kodėl</w:t>
      </w:r>
      <w:proofErr w:type="spellEnd"/>
      <w:r>
        <w:t xml:space="preserve"> </w:t>
      </w:r>
      <w:proofErr w:type="spellStart"/>
      <w:r>
        <w:t>jų</w:t>
      </w:r>
      <w:proofErr w:type="spellEnd"/>
      <w:r>
        <w:t xml:space="preserve"> </w:t>
      </w:r>
      <w:proofErr w:type="spellStart"/>
      <w:r>
        <w:t>yra</w:t>
      </w:r>
      <w:proofErr w:type="spellEnd"/>
      <w:r>
        <w:t xml:space="preserve"> </w:t>
      </w:r>
      <w:proofErr w:type="gramStart"/>
      <w:r>
        <w:t>2?“</w:t>
      </w:r>
      <w:proofErr w:type="gramEnd"/>
      <w:r>
        <w:t xml:space="preserve"> </w:t>
      </w:r>
      <w:proofErr w:type="spellStart"/>
      <w:r>
        <w:t>Žaidimas</w:t>
      </w:r>
      <w:proofErr w:type="spellEnd"/>
      <w:r>
        <w:t xml:space="preserve"> </w:t>
      </w:r>
      <w:proofErr w:type="spellStart"/>
      <w:r>
        <w:t>tęsiasi</w:t>
      </w:r>
      <w:proofErr w:type="spellEnd"/>
      <w:r>
        <w:t xml:space="preserve"> </w:t>
      </w:r>
      <w:proofErr w:type="spellStart"/>
      <w:r>
        <w:t>su</w:t>
      </w:r>
      <w:proofErr w:type="spellEnd"/>
      <w:r>
        <w:t xml:space="preserve"> </w:t>
      </w:r>
      <w:proofErr w:type="spellStart"/>
      <w:r>
        <w:t>tais</w:t>
      </w:r>
      <w:proofErr w:type="spellEnd"/>
      <w:r>
        <w:t xml:space="preserve"> </w:t>
      </w:r>
      <w:proofErr w:type="spellStart"/>
      <w:r>
        <w:t>pačiais</w:t>
      </w:r>
      <w:proofErr w:type="spellEnd"/>
      <w:r>
        <w:t xml:space="preserve"> </w:t>
      </w:r>
      <w:proofErr w:type="spellStart"/>
      <w:r>
        <w:t>klausimais</w:t>
      </w:r>
      <w:proofErr w:type="spellEnd"/>
      <w:r>
        <w:t xml:space="preserve"> </w:t>
      </w:r>
      <w:proofErr w:type="spellStart"/>
      <w:r>
        <w:t>ir</w:t>
      </w:r>
      <w:proofErr w:type="spellEnd"/>
      <w:r>
        <w:t xml:space="preserve"> </w:t>
      </w:r>
      <w:proofErr w:type="spellStart"/>
      <w:r>
        <w:t>panašiais</w:t>
      </w:r>
      <w:proofErr w:type="spellEnd"/>
      <w:r>
        <w:t xml:space="preserve"> </w:t>
      </w:r>
      <w:proofErr w:type="spellStart"/>
      <w:r>
        <w:t>atsakymais</w:t>
      </w:r>
      <w:proofErr w:type="spellEnd"/>
      <w:r>
        <w:t>.</w:t>
      </w:r>
    </w:p>
    <w:p w14:paraId="43C9D9E6" w14:textId="77777777" w:rsidR="004A1EB4" w:rsidRDefault="004A1EB4" w:rsidP="004A1EB4">
      <w:pPr>
        <w:pStyle w:val="prastasiniatinklio"/>
      </w:pPr>
      <w:r>
        <w:t xml:space="preserve">Kai kas </w:t>
      </w:r>
      <w:proofErr w:type="spellStart"/>
      <w:r>
        <w:t>nors</w:t>
      </w:r>
      <w:proofErr w:type="spellEnd"/>
      <w:r>
        <w:t xml:space="preserve"> </w:t>
      </w:r>
      <w:proofErr w:type="spellStart"/>
      <w:r>
        <w:t>suklysdavo</w:t>
      </w:r>
      <w:proofErr w:type="spellEnd"/>
      <w:r>
        <w:t xml:space="preserve">, </w:t>
      </w:r>
      <w:proofErr w:type="spellStart"/>
      <w:r>
        <w:t>pavyzdžiui</w:t>
      </w:r>
      <w:proofErr w:type="spellEnd"/>
      <w:r>
        <w:t xml:space="preserve">, </w:t>
      </w:r>
      <w:proofErr w:type="spellStart"/>
      <w:r>
        <w:t>neteisingai</w:t>
      </w:r>
      <w:proofErr w:type="spellEnd"/>
      <w:r>
        <w:t xml:space="preserve"> </w:t>
      </w:r>
      <w:proofErr w:type="spellStart"/>
      <w:r>
        <w:t>atsakydavo</w:t>
      </w:r>
      <w:proofErr w:type="spellEnd"/>
      <w:r>
        <w:t xml:space="preserve"> į </w:t>
      </w:r>
      <w:proofErr w:type="spellStart"/>
      <w:r>
        <w:t>klausimą</w:t>
      </w:r>
      <w:proofErr w:type="spellEnd"/>
      <w:r>
        <w:t xml:space="preserve">, </w:t>
      </w:r>
      <w:proofErr w:type="spellStart"/>
      <w:r>
        <w:t>motina</w:t>
      </w:r>
      <w:proofErr w:type="spellEnd"/>
      <w:r>
        <w:t xml:space="preserve"> </w:t>
      </w:r>
      <w:proofErr w:type="spellStart"/>
      <w:r>
        <w:t>juos</w:t>
      </w:r>
      <w:proofErr w:type="spellEnd"/>
      <w:r>
        <w:t xml:space="preserve"> </w:t>
      </w:r>
      <w:proofErr w:type="spellStart"/>
      <w:r>
        <w:t>nubaudžia</w:t>
      </w:r>
      <w:proofErr w:type="spellEnd"/>
      <w:r>
        <w:t xml:space="preserve">. </w:t>
      </w:r>
      <w:proofErr w:type="spellStart"/>
      <w:r>
        <w:t>Bausmės</w:t>
      </w:r>
      <w:proofErr w:type="spellEnd"/>
      <w:r>
        <w:t xml:space="preserve"> </w:t>
      </w:r>
      <w:proofErr w:type="spellStart"/>
      <w:r>
        <w:t>būdavo</w:t>
      </w:r>
      <w:proofErr w:type="spellEnd"/>
      <w:r>
        <w:t xml:space="preserve"> </w:t>
      </w:r>
      <w:proofErr w:type="spellStart"/>
      <w:r>
        <w:t>įvairios</w:t>
      </w:r>
      <w:proofErr w:type="spellEnd"/>
      <w:r>
        <w:t xml:space="preserve">. </w:t>
      </w:r>
      <w:proofErr w:type="spellStart"/>
      <w:r>
        <w:t>Pavyzdžiui</w:t>
      </w:r>
      <w:proofErr w:type="spellEnd"/>
      <w:r>
        <w:t>, „</w:t>
      </w:r>
      <w:proofErr w:type="spellStart"/>
      <w:r>
        <w:t>eik</w:t>
      </w:r>
      <w:proofErr w:type="spellEnd"/>
      <w:r>
        <w:t xml:space="preserve"> į </w:t>
      </w:r>
      <w:proofErr w:type="spellStart"/>
      <w:r>
        <w:t>lauką</w:t>
      </w:r>
      <w:proofErr w:type="spellEnd"/>
      <w:r>
        <w:t xml:space="preserve"> </w:t>
      </w:r>
      <w:proofErr w:type="spellStart"/>
      <w:r>
        <w:t>ir</w:t>
      </w:r>
      <w:proofErr w:type="spellEnd"/>
      <w:r>
        <w:t xml:space="preserve"> tris </w:t>
      </w:r>
      <w:proofErr w:type="spellStart"/>
      <w:r>
        <w:t>kartus</w:t>
      </w:r>
      <w:proofErr w:type="spellEnd"/>
      <w:r>
        <w:t xml:space="preserve"> </w:t>
      </w:r>
      <w:proofErr w:type="spellStart"/>
      <w:r>
        <w:t>pragyk</w:t>
      </w:r>
      <w:proofErr w:type="spellEnd"/>
      <w:r>
        <w:t xml:space="preserve"> </w:t>
      </w:r>
      <w:proofErr w:type="spellStart"/>
      <w:r>
        <w:t>kaip</w:t>
      </w:r>
      <w:proofErr w:type="spellEnd"/>
      <w:r>
        <w:t xml:space="preserve"> </w:t>
      </w:r>
      <w:proofErr w:type="spellStart"/>
      <w:proofErr w:type="gramStart"/>
      <w:r>
        <w:t>gaidys</w:t>
      </w:r>
      <w:proofErr w:type="spellEnd"/>
      <w:r>
        <w:t xml:space="preserve">“ </w:t>
      </w:r>
      <w:proofErr w:type="spellStart"/>
      <w:r>
        <w:t>arba</w:t>
      </w:r>
      <w:proofErr w:type="spellEnd"/>
      <w:proofErr w:type="gramEnd"/>
      <w:r>
        <w:t xml:space="preserve"> „</w:t>
      </w:r>
      <w:proofErr w:type="spellStart"/>
      <w:r>
        <w:t>rejuok</w:t>
      </w:r>
      <w:proofErr w:type="spellEnd"/>
      <w:r>
        <w:t xml:space="preserve"> </w:t>
      </w:r>
      <w:proofErr w:type="spellStart"/>
      <w:r>
        <w:t>kaip</w:t>
      </w:r>
      <w:proofErr w:type="spellEnd"/>
      <w:r>
        <w:t xml:space="preserve"> </w:t>
      </w:r>
      <w:proofErr w:type="spellStart"/>
      <w:r>
        <w:t>asilas</w:t>
      </w:r>
      <w:proofErr w:type="spellEnd"/>
      <w:r>
        <w:t xml:space="preserve">“ </w:t>
      </w:r>
      <w:proofErr w:type="spellStart"/>
      <w:r>
        <w:t>ir</w:t>
      </w:r>
      <w:proofErr w:type="spellEnd"/>
      <w:r>
        <w:t xml:space="preserve"> pan.</w:t>
      </w:r>
    </w:p>
    <w:p w14:paraId="4E1530A4" w14:textId="77777777" w:rsidR="004A1EB4" w:rsidRPr="004A1EB4" w:rsidRDefault="004A1EB4" w:rsidP="008D4AB4">
      <w:pPr>
        <w:rPr>
          <w:b/>
        </w:rPr>
      </w:pPr>
    </w:p>
    <w:p w14:paraId="4C8873FE" w14:textId="77777777" w:rsidR="008D4AB4" w:rsidRDefault="00C616D6" w:rsidP="008D4AB4">
      <w:pPr>
        <w:rPr>
          <w:lang w:val="mk-MK"/>
        </w:rPr>
      </w:pPr>
      <w:r>
        <w:rPr>
          <w:noProof/>
        </w:rPr>
        <w:drawing>
          <wp:inline distT="0" distB="0" distL="0" distR="0" wp14:anchorId="6FEBA136" wp14:editId="3D949A24">
            <wp:extent cx="3055052" cy="231329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ц2.png"/>
                    <pic:cNvPicPr/>
                  </pic:nvPicPr>
                  <pic:blipFill>
                    <a:blip r:embed="rId70">
                      <a:extLst>
                        <a:ext uri="{28A0092B-C50C-407E-A947-70E740481C1C}">
                          <a14:useLocalDpi xmlns:a14="http://schemas.microsoft.com/office/drawing/2010/main" val="0"/>
                        </a:ext>
                      </a:extLst>
                    </a:blip>
                    <a:stretch>
                      <a:fillRect/>
                    </a:stretch>
                  </pic:blipFill>
                  <pic:spPr>
                    <a:xfrm>
                      <a:off x="0" y="0"/>
                      <a:ext cx="3051760" cy="2310797"/>
                    </a:xfrm>
                    <a:prstGeom prst="rect">
                      <a:avLst/>
                    </a:prstGeom>
                  </pic:spPr>
                </pic:pic>
              </a:graphicData>
            </a:graphic>
          </wp:inline>
        </w:drawing>
      </w:r>
    </w:p>
    <w:p w14:paraId="15C2CC54" w14:textId="77777777" w:rsidR="007523CA" w:rsidRPr="007523CA" w:rsidRDefault="007523CA" w:rsidP="007523CA">
      <w:pPr>
        <w:pStyle w:val="prastasiniatinklio"/>
        <w:rPr>
          <w:b/>
          <w:bCs/>
          <w:lang w:val="mk-MK"/>
        </w:rPr>
      </w:pPr>
      <w:r w:rsidRPr="007523CA">
        <w:rPr>
          <w:b/>
          <w:bCs/>
          <w:lang w:val="mk-MK"/>
        </w:rPr>
        <w:t>Žaidimo pavadinimas: „Ampariza“</w:t>
      </w:r>
    </w:p>
    <w:p w14:paraId="6D258143" w14:textId="77777777" w:rsidR="007523CA" w:rsidRPr="007523CA" w:rsidRDefault="007523CA" w:rsidP="007523CA">
      <w:pPr>
        <w:pStyle w:val="prastasiniatinklio"/>
        <w:rPr>
          <w:lang w:val="mk-MK"/>
        </w:rPr>
      </w:pPr>
      <w:r w:rsidRPr="007523CA">
        <w:rPr>
          <w:lang w:val="mk-MK"/>
        </w:rPr>
        <w:t>Žaidėjų skaičius: 4 ar daugiau žaidėjų kiekvienoje grupėje</w:t>
      </w:r>
    </w:p>
    <w:p w14:paraId="52DCE3DF" w14:textId="77777777" w:rsidR="007523CA" w:rsidRPr="007523CA" w:rsidRDefault="007523CA" w:rsidP="007523CA">
      <w:pPr>
        <w:pStyle w:val="prastasiniatinklio"/>
        <w:rPr>
          <w:lang w:val="mk-MK"/>
        </w:rPr>
      </w:pPr>
      <w:r w:rsidRPr="007523CA">
        <w:rPr>
          <w:lang w:val="mk-MK"/>
        </w:rPr>
        <w:t>Reikmenys:/</w:t>
      </w:r>
    </w:p>
    <w:p w14:paraId="7F1EB7A7" w14:textId="77777777" w:rsidR="007523CA" w:rsidRPr="007523CA" w:rsidRDefault="007523CA" w:rsidP="007523CA">
      <w:pPr>
        <w:pStyle w:val="prastasiniatinklio"/>
        <w:rPr>
          <w:lang w:val="mk-MK"/>
        </w:rPr>
      </w:pPr>
      <w:r w:rsidRPr="007523CA">
        <w:rPr>
          <w:lang w:val="mk-MK"/>
        </w:rPr>
        <w:t>Žaidimo taisyklės:</w:t>
      </w:r>
    </w:p>
    <w:p w14:paraId="5878731C" w14:textId="77777777" w:rsidR="007523CA" w:rsidRPr="007523CA" w:rsidRDefault="007523CA" w:rsidP="007523CA">
      <w:pPr>
        <w:pStyle w:val="prastasiniatinklio"/>
        <w:rPr>
          <w:lang w:val="mk-MK"/>
        </w:rPr>
      </w:pPr>
      <w:r w:rsidRPr="007523CA">
        <w:rPr>
          <w:lang w:val="mk-MK"/>
        </w:rPr>
        <w:t>1. Šiame žaidime vaikai suskirstomi į dvi grupes. Kiekviena grupė pasirenka „abariza“, t. y. savo bazę (stulpą, medį).</w:t>
      </w:r>
    </w:p>
    <w:p w14:paraId="1FE4D350" w14:textId="77777777" w:rsidR="007523CA" w:rsidRPr="007523CA" w:rsidRDefault="007523CA" w:rsidP="007523CA">
      <w:pPr>
        <w:pStyle w:val="prastasiniatinklio"/>
        <w:rPr>
          <w:lang w:val="mk-MK"/>
        </w:rPr>
      </w:pPr>
      <w:r w:rsidRPr="007523CA">
        <w:rPr>
          <w:lang w:val="mk-MK"/>
        </w:rPr>
        <w:t>2. Pradėdamas žaidimą, vienas vaikas iš pirmosios grupės paliečia „abariza“ ir sušunka: „Aš paimu abariza ir išeinu“, ir bėga link priešingos „abariza“, kad ją palietų. Tuoj pat ginantis žaidėjas pasako tuos pačius žodžius, ir vienas žaidėjas pradeda bėgti, siekdamas pasivyti pirmąjį žaidėją ir taip jį sugauti arba pirmasis pasiekti kito žaidėjo „barjerą“.</w:t>
      </w:r>
    </w:p>
    <w:p w14:paraId="288B6B3F" w14:textId="77777777" w:rsidR="007523CA" w:rsidRPr="007523CA" w:rsidRDefault="007523CA" w:rsidP="007523CA">
      <w:pPr>
        <w:pStyle w:val="prastasiniatinklio"/>
        <w:rPr>
          <w:lang w:val="mk-MK"/>
        </w:rPr>
      </w:pPr>
      <w:r w:rsidRPr="007523CA">
        <w:rPr>
          <w:lang w:val="mk-MK"/>
        </w:rPr>
        <w:lastRenderedPageBreak/>
        <w:t>3. Žaidėjai iš pagauto vaiko komandos turi palieskti vaiką, kad jį išlaisvintų. Laimi ta komanda, kuri pagaus kitos komandos žaidėją.</w:t>
      </w:r>
    </w:p>
    <w:p w14:paraId="079E18CC" w14:textId="77777777" w:rsidR="007523CA" w:rsidRPr="007523CA" w:rsidRDefault="007523CA" w:rsidP="007523CA">
      <w:pPr>
        <w:pStyle w:val="prastasiniatinklio"/>
        <w:rPr>
          <w:lang w:val="mk-MK"/>
        </w:rPr>
      </w:pPr>
      <w:r w:rsidRPr="007523CA">
        <w:rPr>
          <w:lang w:val="mk-MK"/>
        </w:rPr>
        <w:t>Žaidime dalyvauja 4 ar daugiau žaidėjų iš kiekvienos grupės.</w:t>
      </w:r>
    </w:p>
    <w:p w14:paraId="29D6BDC7" w14:textId="77777777" w:rsidR="00C616D6" w:rsidRPr="00C616D6" w:rsidRDefault="00C616D6" w:rsidP="008D4AB4">
      <w:pPr>
        <w:rPr>
          <w:lang w:val="mk-MK"/>
        </w:rPr>
      </w:pPr>
    </w:p>
    <w:p w14:paraId="1B8F1024" w14:textId="66448CAC" w:rsidR="008D4AB4" w:rsidRDefault="00C616D6" w:rsidP="008D4AB4">
      <w:pPr>
        <w:rPr>
          <w:b/>
        </w:rPr>
      </w:pPr>
      <w:r>
        <w:rPr>
          <w:b/>
          <w:noProof/>
        </w:rPr>
        <w:drawing>
          <wp:inline distT="0" distB="0" distL="0" distR="0" wp14:anchorId="08EA24EF" wp14:editId="19978DBD">
            <wp:extent cx="3070371" cy="2287285"/>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ц3.png"/>
                    <pic:cNvPicPr/>
                  </pic:nvPicPr>
                  <pic:blipFill>
                    <a:blip r:embed="rId71">
                      <a:extLst>
                        <a:ext uri="{28A0092B-C50C-407E-A947-70E740481C1C}">
                          <a14:useLocalDpi xmlns:a14="http://schemas.microsoft.com/office/drawing/2010/main" val="0"/>
                        </a:ext>
                      </a:extLst>
                    </a:blip>
                    <a:stretch>
                      <a:fillRect/>
                    </a:stretch>
                  </pic:blipFill>
                  <pic:spPr>
                    <a:xfrm>
                      <a:off x="0" y="0"/>
                      <a:ext cx="3074622" cy="2290452"/>
                    </a:xfrm>
                    <a:prstGeom prst="rect">
                      <a:avLst/>
                    </a:prstGeom>
                  </pic:spPr>
                </pic:pic>
              </a:graphicData>
            </a:graphic>
          </wp:inline>
        </w:drawing>
      </w:r>
    </w:p>
    <w:p w14:paraId="60B6CC53" w14:textId="77777777" w:rsidR="00EE5F9A" w:rsidRDefault="00EE5F9A" w:rsidP="00EE5F9A">
      <w:pPr>
        <w:pStyle w:val="prastasiniatinklio"/>
      </w:pPr>
      <w:proofErr w:type="spellStart"/>
      <w:r>
        <w:t>Žaidimo</w:t>
      </w:r>
      <w:proofErr w:type="spellEnd"/>
      <w:r>
        <w:t xml:space="preserve"> </w:t>
      </w:r>
      <w:proofErr w:type="spellStart"/>
      <w:r>
        <w:t>pavadinimas</w:t>
      </w:r>
      <w:proofErr w:type="spellEnd"/>
      <w:r>
        <w:t>: „</w:t>
      </w:r>
      <w:proofErr w:type="spellStart"/>
      <w:proofErr w:type="gramStart"/>
      <w:r>
        <w:t>Jitka</w:t>
      </w:r>
      <w:proofErr w:type="spellEnd"/>
      <w:r>
        <w:t>“</w:t>
      </w:r>
      <w:proofErr w:type="gramEnd"/>
    </w:p>
    <w:p w14:paraId="5FC9872F" w14:textId="77777777" w:rsidR="00EE5F9A" w:rsidRDefault="00EE5F9A" w:rsidP="00EE5F9A">
      <w:pPr>
        <w:pStyle w:val="prastasiniatinklio"/>
      </w:pPr>
      <w:proofErr w:type="spellStart"/>
      <w:r>
        <w:t>Žaidėjų</w:t>
      </w:r>
      <w:proofErr w:type="spellEnd"/>
      <w:r>
        <w:t xml:space="preserve"> </w:t>
      </w:r>
      <w:proofErr w:type="spellStart"/>
      <w:r>
        <w:t>skaičius</w:t>
      </w:r>
      <w:proofErr w:type="spellEnd"/>
      <w:r>
        <w:t xml:space="preserve">: </w:t>
      </w:r>
      <w:proofErr w:type="spellStart"/>
      <w:r>
        <w:t>mažiausiai</w:t>
      </w:r>
      <w:proofErr w:type="spellEnd"/>
      <w:r>
        <w:t xml:space="preserve"> 4Reikmenys: </w:t>
      </w:r>
      <w:proofErr w:type="spellStart"/>
      <w:r>
        <w:t>skardinės</w:t>
      </w:r>
      <w:proofErr w:type="spellEnd"/>
      <w:r>
        <w:t xml:space="preserve">, </w:t>
      </w:r>
      <w:proofErr w:type="spellStart"/>
      <w:r>
        <w:t>jittak</w:t>
      </w:r>
      <w:proofErr w:type="spellEnd"/>
      <w:r>
        <w:t xml:space="preserve">, </w:t>
      </w:r>
      <w:proofErr w:type="spellStart"/>
      <w:r>
        <w:t>akmenukai</w:t>
      </w:r>
      <w:proofErr w:type="spellEnd"/>
    </w:p>
    <w:p w14:paraId="5153F9A7" w14:textId="77777777" w:rsidR="00EE5F9A" w:rsidRDefault="00EE5F9A" w:rsidP="00EE5F9A">
      <w:pPr>
        <w:pStyle w:val="prastasiniatinklio"/>
      </w:pPr>
      <w:proofErr w:type="spellStart"/>
      <w:r>
        <w:t>Žaidimo</w:t>
      </w:r>
      <w:proofErr w:type="spellEnd"/>
      <w:r>
        <w:t xml:space="preserve"> </w:t>
      </w:r>
      <w:proofErr w:type="spellStart"/>
      <w:r>
        <w:t>eiga</w:t>
      </w:r>
      <w:proofErr w:type="spellEnd"/>
      <w:r>
        <w:t>:</w:t>
      </w:r>
    </w:p>
    <w:p w14:paraId="1D9D64DF" w14:textId="77777777" w:rsidR="00EE5F9A" w:rsidRDefault="00EE5F9A" w:rsidP="00EE5F9A">
      <w:pPr>
        <w:pStyle w:val="prastasiniatinklio"/>
      </w:pPr>
      <w:r>
        <w:t xml:space="preserve">1. </w:t>
      </w:r>
      <w:proofErr w:type="spellStart"/>
      <w:r>
        <w:t>Pirmiausia</w:t>
      </w:r>
      <w:proofErr w:type="spellEnd"/>
      <w:r>
        <w:t xml:space="preserve"> </w:t>
      </w:r>
      <w:proofErr w:type="spellStart"/>
      <w:r>
        <w:t>nubrėžkite</w:t>
      </w:r>
      <w:proofErr w:type="spellEnd"/>
      <w:r>
        <w:t xml:space="preserve"> tris </w:t>
      </w:r>
      <w:proofErr w:type="spellStart"/>
      <w:r>
        <w:t>linijas</w:t>
      </w:r>
      <w:proofErr w:type="spellEnd"/>
      <w:r>
        <w:t xml:space="preserve">, </w:t>
      </w:r>
      <w:proofErr w:type="spellStart"/>
      <w:r>
        <w:t>kaip</w:t>
      </w:r>
      <w:proofErr w:type="spellEnd"/>
      <w:r>
        <w:t xml:space="preserve"> </w:t>
      </w:r>
      <w:proofErr w:type="spellStart"/>
      <w:r>
        <w:t>parodyta</w:t>
      </w:r>
      <w:proofErr w:type="spellEnd"/>
      <w:r>
        <w:t xml:space="preserve"> </w:t>
      </w:r>
      <w:proofErr w:type="spellStart"/>
      <w:r>
        <w:t>paveikslėlyje</w:t>
      </w:r>
      <w:proofErr w:type="spellEnd"/>
      <w:r>
        <w:t xml:space="preserve">. </w:t>
      </w:r>
      <w:proofErr w:type="spellStart"/>
      <w:r>
        <w:t>Skardines</w:t>
      </w:r>
      <w:proofErr w:type="spellEnd"/>
      <w:r>
        <w:t xml:space="preserve"> </w:t>
      </w:r>
      <w:proofErr w:type="spellStart"/>
      <w:r>
        <w:t>pastatykite</w:t>
      </w:r>
      <w:proofErr w:type="spellEnd"/>
      <w:r>
        <w:t xml:space="preserve"> 5 </w:t>
      </w:r>
      <w:proofErr w:type="spellStart"/>
      <w:r>
        <w:t>metrų</w:t>
      </w:r>
      <w:proofErr w:type="spellEnd"/>
      <w:r>
        <w:t xml:space="preserve"> </w:t>
      </w:r>
      <w:proofErr w:type="spellStart"/>
      <w:r>
        <w:t>atstumu</w:t>
      </w:r>
      <w:proofErr w:type="spellEnd"/>
      <w:r>
        <w:t xml:space="preserve"> </w:t>
      </w:r>
      <w:proofErr w:type="spellStart"/>
      <w:r>
        <w:t>nuo</w:t>
      </w:r>
      <w:proofErr w:type="spellEnd"/>
      <w:r>
        <w:t xml:space="preserve"> </w:t>
      </w:r>
      <w:proofErr w:type="spellStart"/>
      <w:r>
        <w:t>pirmosios</w:t>
      </w:r>
      <w:proofErr w:type="spellEnd"/>
      <w:r>
        <w:t xml:space="preserve"> </w:t>
      </w:r>
      <w:proofErr w:type="spellStart"/>
      <w:r>
        <w:t>linijos</w:t>
      </w:r>
      <w:proofErr w:type="spellEnd"/>
      <w:r>
        <w:t xml:space="preserve">. Tada </w:t>
      </w:r>
      <w:proofErr w:type="spellStart"/>
      <w:r>
        <w:t>burtų</w:t>
      </w:r>
      <w:proofErr w:type="spellEnd"/>
      <w:r>
        <w:t xml:space="preserve"> </w:t>
      </w:r>
      <w:proofErr w:type="spellStart"/>
      <w:r>
        <w:t>keliu</w:t>
      </w:r>
      <w:proofErr w:type="spellEnd"/>
      <w:r>
        <w:t xml:space="preserve"> </w:t>
      </w:r>
      <w:proofErr w:type="spellStart"/>
      <w:r>
        <w:t>nusprendžiama</w:t>
      </w:r>
      <w:proofErr w:type="spellEnd"/>
      <w:r>
        <w:t xml:space="preserve">, </w:t>
      </w:r>
      <w:proofErr w:type="spellStart"/>
      <w:r>
        <w:t>kokia</w:t>
      </w:r>
      <w:proofErr w:type="spellEnd"/>
      <w:r>
        <w:t xml:space="preserve"> </w:t>
      </w:r>
      <w:proofErr w:type="spellStart"/>
      <w:r>
        <w:t>tvarka</w:t>
      </w:r>
      <w:proofErr w:type="spellEnd"/>
      <w:r>
        <w:t xml:space="preserve"> </w:t>
      </w:r>
      <w:proofErr w:type="spellStart"/>
      <w:r>
        <w:t>dalyviai</w:t>
      </w:r>
      <w:proofErr w:type="spellEnd"/>
      <w:r>
        <w:t xml:space="preserve"> </w:t>
      </w:r>
      <w:proofErr w:type="spellStart"/>
      <w:r>
        <w:t>pradės</w:t>
      </w:r>
      <w:proofErr w:type="spellEnd"/>
      <w:r>
        <w:t xml:space="preserve"> </w:t>
      </w:r>
      <w:proofErr w:type="spellStart"/>
      <w:r>
        <w:t>žaidimą</w:t>
      </w:r>
      <w:proofErr w:type="spellEnd"/>
      <w:r>
        <w:t>.</w:t>
      </w:r>
    </w:p>
    <w:p w14:paraId="3A337363" w14:textId="77777777" w:rsidR="00EE5F9A" w:rsidRDefault="00EE5F9A" w:rsidP="00EE5F9A">
      <w:pPr>
        <w:pStyle w:val="prastasiniatinklio"/>
      </w:pPr>
      <w:r>
        <w:t xml:space="preserve">2. </w:t>
      </w:r>
      <w:proofErr w:type="spellStart"/>
      <w:r>
        <w:t>Kiekvienas</w:t>
      </w:r>
      <w:proofErr w:type="spellEnd"/>
      <w:r>
        <w:t xml:space="preserve"> </w:t>
      </w:r>
      <w:proofErr w:type="spellStart"/>
      <w:r>
        <w:t>žaidėjas</w:t>
      </w:r>
      <w:proofErr w:type="spellEnd"/>
      <w:r>
        <w:t xml:space="preserve"> </w:t>
      </w:r>
      <w:proofErr w:type="spellStart"/>
      <w:r>
        <w:t>paima</w:t>
      </w:r>
      <w:proofErr w:type="spellEnd"/>
      <w:r>
        <w:t xml:space="preserve"> 5 </w:t>
      </w:r>
      <w:proofErr w:type="spellStart"/>
      <w:r>
        <w:t>akmenukus</w:t>
      </w:r>
      <w:proofErr w:type="spellEnd"/>
      <w:r>
        <w:t xml:space="preserve"> </w:t>
      </w:r>
      <w:proofErr w:type="spellStart"/>
      <w:r>
        <w:t>ir</w:t>
      </w:r>
      <w:proofErr w:type="spellEnd"/>
      <w:r>
        <w:t xml:space="preserve"> </w:t>
      </w:r>
      <w:proofErr w:type="spellStart"/>
      <w:r>
        <w:t>pradeda</w:t>
      </w:r>
      <w:proofErr w:type="spellEnd"/>
      <w:r>
        <w:t xml:space="preserve"> </w:t>
      </w:r>
      <w:proofErr w:type="spellStart"/>
      <w:r>
        <w:t>mesti</w:t>
      </w:r>
      <w:proofErr w:type="spellEnd"/>
      <w:r>
        <w:t xml:space="preserve"> į </w:t>
      </w:r>
      <w:proofErr w:type="spellStart"/>
      <w:r>
        <w:t>skardines</w:t>
      </w:r>
      <w:proofErr w:type="spellEnd"/>
      <w:r>
        <w:t xml:space="preserve"> </w:t>
      </w:r>
      <w:proofErr w:type="spellStart"/>
      <w:r>
        <w:t>iš</w:t>
      </w:r>
      <w:proofErr w:type="spellEnd"/>
      <w:r>
        <w:t xml:space="preserve"> bet </w:t>
      </w:r>
      <w:proofErr w:type="spellStart"/>
      <w:r>
        <w:t>kurios</w:t>
      </w:r>
      <w:proofErr w:type="spellEnd"/>
      <w:r>
        <w:t xml:space="preserve"> </w:t>
      </w:r>
      <w:proofErr w:type="spellStart"/>
      <w:r>
        <w:t>pasirinktos</w:t>
      </w:r>
      <w:proofErr w:type="spellEnd"/>
      <w:r>
        <w:t xml:space="preserve"> </w:t>
      </w:r>
      <w:proofErr w:type="spellStart"/>
      <w:r>
        <w:t>linijos</w:t>
      </w:r>
      <w:proofErr w:type="spellEnd"/>
      <w:r>
        <w:t xml:space="preserve">. </w:t>
      </w:r>
      <w:proofErr w:type="spellStart"/>
      <w:r>
        <w:t>Jei</w:t>
      </w:r>
      <w:proofErr w:type="spellEnd"/>
      <w:r>
        <w:t xml:space="preserve"> </w:t>
      </w:r>
      <w:proofErr w:type="spellStart"/>
      <w:r>
        <w:t>pataiko</w:t>
      </w:r>
      <w:proofErr w:type="spellEnd"/>
      <w:r>
        <w:t xml:space="preserve"> į </w:t>
      </w:r>
      <w:proofErr w:type="spellStart"/>
      <w:r>
        <w:t>skardinę</w:t>
      </w:r>
      <w:proofErr w:type="spellEnd"/>
      <w:r>
        <w:t xml:space="preserve"> </w:t>
      </w:r>
      <w:proofErr w:type="spellStart"/>
      <w:r>
        <w:t>iš</w:t>
      </w:r>
      <w:proofErr w:type="spellEnd"/>
      <w:r>
        <w:t xml:space="preserve"> </w:t>
      </w:r>
      <w:proofErr w:type="spellStart"/>
      <w:r>
        <w:t>pirmos</w:t>
      </w:r>
      <w:proofErr w:type="spellEnd"/>
      <w:r>
        <w:t xml:space="preserve"> </w:t>
      </w:r>
      <w:proofErr w:type="spellStart"/>
      <w:r>
        <w:t>linijos</w:t>
      </w:r>
      <w:proofErr w:type="spellEnd"/>
      <w:r>
        <w:t xml:space="preserve">, </w:t>
      </w:r>
      <w:proofErr w:type="spellStart"/>
      <w:r>
        <w:t>gauna</w:t>
      </w:r>
      <w:proofErr w:type="spellEnd"/>
      <w:r>
        <w:t xml:space="preserve"> 1 </w:t>
      </w:r>
      <w:proofErr w:type="spellStart"/>
      <w:r>
        <w:t>tašką</w:t>
      </w:r>
      <w:proofErr w:type="spellEnd"/>
      <w:r>
        <w:t xml:space="preserve">, iš </w:t>
      </w:r>
      <w:proofErr w:type="spellStart"/>
      <w:r>
        <w:t>antros</w:t>
      </w:r>
      <w:proofErr w:type="spellEnd"/>
      <w:r>
        <w:t xml:space="preserve"> </w:t>
      </w:r>
      <w:proofErr w:type="spellStart"/>
      <w:r>
        <w:t>linijos</w:t>
      </w:r>
      <w:proofErr w:type="spellEnd"/>
      <w:r>
        <w:t xml:space="preserve"> – 2 </w:t>
      </w:r>
      <w:proofErr w:type="spellStart"/>
      <w:r>
        <w:t>taškus</w:t>
      </w:r>
      <w:proofErr w:type="spellEnd"/>
      <w:r>
        <w:t xml:space="preserve">, o </w:t>
      </w:r>
      <w:proofErr w:type="spellStart"/>
      <w:r>
        <w:t>iš</w:t>
      </w:r>
      <w:proofErr w:type="spellEnd"/>
      <w:r>
        <w:t xml:space="preserve"> </w:t>
      </w:r>
      <w:proofErr w:type="spellStart"/>
      <w:r>
        <w:t>trečios</w:t>
      </w:r>
      <w:proofErr w:type="spellEnd"/>
      <w:r>
        <w:t xml:space="preserve"> </w:t>
      </w:r>
      <w:proofErr w:type="spellStart"/>
      <w:r>
        <w:t>linijos</w:t>
      </w:r>
      <w:proofErr w:type="spellEnd"/>
      <w:r>
        <w:t xml:space="preserve"> – 3 </w:t>
      </w:r>
      <w:proofErr w:type="spellStart"/>
      <w:r>
        <w:t>taškus</w:t>
      </w:r>
      <w:proofErr w:type="spellEnd"/>
      <w:r>
        <w:t>.</w:t>
      </w:r>
    </w:p>
    <w:p w14:paraId="62DE7587" w14:textId="77777777" w:rsidR="00EE5F9A" w:rsidRDefault="00EE5F9A" w:rsidP="00EE5F9A">
      <w:pPr>
        <w:pStyle w:val="prastasiniatinklio"/>
      </w:pPr>
      <w:r>
        <w:t xml:space="preserve">3. </w:t>
      </w:r>
      <w:proofErr w:type="spellStart"/>
      <w:r>
        <w:t>Taigi</w:t>
      </w:r>
      <w:proofErr w:type="spellEnd"/>
      <w:r>
        <w:t xml:space="preserve">, </w:t>
      </w:r>
      <w:proofErr w:type="spellStart"/>
      <w:r>
        <w:t>visi</w:t>
      </w:r>
      <w:proofErr w:type="spellEnd"/>
      <w:r>
        <w:t xml:space="preserve"> </w:t>
      </w:r>
      <w:proofErr w:type="spellStart"/>
      <w:r>
        <w:t>dalyviai</w:t>
      </w:r>
      <w:proofErr w:type="spellEnd"/>
      <w:r>
        <w:t xml:space="preserve"> </w:t>
      </w:r>
      <w:proofErr w:type="spellStart"/>
      <w:r>
        <w:t>paeiliui</w:t>
      </w:r>
      <w:proofErr w:type="spellEnd"/>
      <w:r>
        <w:t xml:space="preserve"> </w:t>
      </w:r>
      <w:proofErr w:type="spellStart"/>
      <w:r>
        <w:t>atlieka</w:t>
      </w:r>
      <w:proofErr w:type="spellEnd"/>
      <w:r>
        <w:t xml:space="preserve"> po </w:t>
      </w:r>
      <w:proofErr w:type="spellStart"/>
      <w:r>
        <w:t>vieną</w:t>
      </w:r>
      <w:proofErr w:type="spellEnd"/>
      <w:r>
        <w:t xml:space="preserve"> </w:t>
      </w:r>
      <w:proofErr w:type="spellStart"/>
      <w:r>
        <w:t>metimą</w:t>
      </w:r>
      <w:proofErr w:type="spellEnd"/>
      <w:r>
        <w:t xml:space="preserve">. </w:t>
      </w:r>
      <w:proofErr w:type="spellStart"/>
      <w:r>
        <w:t>Priklausomai</w:t>
      </w:r>
      <w:proofErr w:type="spellEnd"/>
      <w:r>
        <w:t xml:space="preserve"> </w:t>
      </w:r>
      <w:proofErr w:type="spellStart"/>
      <w:r>
        <w:t>nuo</w:t>
      </w:r>
      <w:proofErr w:type="spellEnd"/>
      <w:r>
        <w:t xml:space="preserve"> </w:t>
      </w:r>
      <w:proofErr w:type="spellStart"/>
      <w:r>
        <w:t>kitų</w:t>
      </w:r>
      <w:proofErr w:type="spellEnd"/>
      <w:r>
        <w:t xml:space="preserve"> </w:t>
      </w:r>
      <w:proofErr w:type="spellStart"/>
      <w:r>
        <w:t>dalyvių</w:t>
      </w:r>
      <w:proofErr w:type="spellEnd"/>
      <w:r>
        <w:t xml:space="preserve"> </w:t>
      </w:r>
      <w:proofErr w:type="spellStart"/>
      <w:r>
        <w:t>rezultatų</w:t>
      </w:r>
      <w:proofErr w:type="spellEnd"/>
      <w:r>
        <w:t xml:space="preserve">, </w:t>
      </w:r>
      <w:proofErr w:type="spellStart"/>
      <w:r>
        <w:t>kiekvienas</w:t>
      </w:r>
      <w:proofErr w:type="spellEnd"/>
      <w:r>
        <w:t xml:space="preserve"> </w:t>
      </w:r>
      <w:proofErr w:type="spellStart"/>
      <w:r>
        <w:t>žaidėjas</w:t>
      </w:r>
      <w:proofErr w:type="spellEnd"/>
      <w:r>
        <w:t xml:space="preserve"> </w:t>
      </w:r>
      <w:proofErr w:type="spellStart"/>
      <w:r>
        <w:t>pasirenka</w:t>
      </w:r>
      <w:proofErr w:type="spellEnd"/>
      <w:r>
        <w:t xml:space="preserve"> </w:t>
      </w:r>
      <w:proofErr w:type="spellStart"/>
      <w:r>
        <w:t>tinkamą</w:t>
      </w:r>
      <w:proofErr w:type="spellEnd"/>
      <w:r>
        <w:t xml:space="preserve"> </w:t>
      </w:r>
      <w:proofErr w:type="spellStart"/>
      <w:r>
        <w:t>liniją</w:t>
      </w:r>
      <w:proofErr w:type="spellEnd"/>
      <w:r>
        <w:t xml:space="preserve">, </w:t>
      </w:r>
      <w:proofErr w:type="spellStart"/>
      <w:r>
        <w:t>kad</w:t>
      </w:r>
      <w:proofErr w:type="spellEnd"/>
      <w:r>
        <w:t xml:space="preserve"> </w:t>
      </w:r>
      <w:proofErr w:type="spellStart"/>
      <w:r>
        <w:t>laimėtų</w:t>
      </w:r>
      <w:proofErr w:type="spellEnd"/>
      <w:r>
        <w:t>.</w:t>
      </w:r>
    </w:p>
    <w:p w14:paraId="0B4FB0B6" w14:textId="77777777" w:rsidR="00EE5F9A" w:rsidRDefault="00EE5F9A" w:rsidP="00EE5F9A">
      <w:pPr>
        <w:pStyle w:val="prastasiniatinklio"/>
      </w:pPr>
      <w:r>
        <w:t xml:space="preserve">4. </w:t>
      </w:r>
      <w:proofErr w:type="spellStart"/>
      <w:r>
        <w:t>Galiausiai</w:t>
      </w:r>
      <w:proofErr w:type="spellEnd"/>
      <w:r>
        <w:t xml:space="preserve">, </w:t>
      </w:r>
      <w:proofErr w:type="spellStart"/>
      <w:r>
        <w:t>laimėtojas</w:t>
      </w:r>
      <w:proofErr w:type="spellEnd"/>
      <w:r>
        <w:t xml:space="preserve"> </w:t>
      </w:r>
      <w:proofErr w:type="spellStart"/>
      <w:r>
        <w:t>yra</w:t>
      </w:r>
      <w:proofErr w:type="spellEnd"/>
      <w:r>
        <w:t xml:space="preserve"> </w:t>
      </w:r>
      <w:proofErr w:type="spellStart"/>
      <w:r>
        <w:t>tas</w:t>
      </w:r>
      <w:proofErr w:type="spellEnd"/>
      <w:r>
        <w:t xml:space="preserve">, </w:t>
      </w:r>
      <w:proofErr w:type="spellStart"/>
      <w:r>
        <w:t>kuris</w:t>
      </w:r>
      <w:proofErr w:type="spellEnd"/>
      <w:r>
        <w:t xml:space="preserve"> </w:t>
      </w:r>
      <w:proofErr w:type="spellStart"/>
      <w:r>
        <w:t>surinko</w:t>
      </w:r>
      <w:proofErr w:type="spellEnd"/>
      <w:r>
        <w:t xml:space="preserve"> </w:t>
      </w:r>
      <w:proofErr w:type="spellStart"/>
      <w:r>
        <w:t>daugiausiai</w:t>
      </w:r>
      <w:proofErr w:type="spellEnd"/>
      <w:r>
        <w:t xml:space="preserve"> </w:t>
      </w:r>
      <w:proofErr w:type="spellStart"/>
      <w:r>
        <w:t>taškų</w:t>
      </w:r>
      <w:proofErr w:type="spellEnd"/>
      <w:r>
        <w:t>.</w:t>
      </w:r>
    </w:p>
    <w:p w14:paraId="6ED59B91" w14:textId="77777777" w:rsidR="00EE5F9A" w:rsidRPr="00881A62" w:rsidRDefault="00EE5F9A" w:rsidP="008D4AB4">
      <w:pPr>
        <w:rPr>
          <w:b/>
        </w:rPr>
      </w:pPr>
    </w:p>
    <w:p w14:paraId="21AD4634" w14:textId="77777777" w:rsidR="008D4AB4" w:rsidRDefault="00C616D6" w:rsidP="008D4AB4">
      <w:pPr>
        <w:rPr>
          <w:lang w:val="mk-MK"/>
        </w:rPr>
      </w:pPr>
      <w:r>
        <w:rPr>
          <w:noProof/>
        </w:rPr>
        <w:lastRenderedPageBreak/>
        <w:drawing>
          <wp:inline distT="0" distB="0" distL="0" distR="0" wp14:anchorId="662545E1" wp14:editId="3EF6A7BF">
            <wp:extent cx="3012184" cy="2306973"/>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ц4.png"/>
                    <pic:cNvPicPr/>
                  </pic:nvPicPr>
                  <pic:blipFill>
                    <a:blip r:embed="rId72">
                      <a:extLst>
                        <a:ext uri="{28A0092B-C50C-407E-A947-70E740481C1C}">
                          <a14:useLocalDpi xmlns:a14="http://schemas.microsoft.com/office/drawing/2010/main" val="0"/>
                        </a:ext>
                      </a:extLst>
                    </a:blip>
                    <a:stretch>
                      <a:fillRect/>
                    </a:stretch>
                  </pic:blipFill>
                  <pic:spPr>
                    <a:xfrm>
                      <a:off x="0" y="0"/>
                      <a:ext cx="3014838" cy="2309005"/>
                    </a:xfrm>
                    <a:prstGeom prst="rect">
                      <a:avLst/>
                    </a:prstGeom>
                  </pic:spPr>
                </pic:pic>
              </a:graphicData>
            </a:graphic>
          </wp:inline>
        </w:drawing>
      </w:r>
      <w:r>
        <w:rPr>
          <w:noProof/>
          <w:lang w:val="mk-MK"/>
        </w:rPr>
        <w:t xml:space="preserve">    </w:t>
      </w:r>
      <w:r>
        <w:rPr>
          <w:noProof/>
        </w:rPr>
        <w:drawing>
          <wp:inline distT="0" distB="0" distL="0" distR="0" wp14:anchorId="178E3084" wp14:editId="44E80188">
            <wp:extent cx="3154261" cy="2298675"/>
            <wp:effectExtent l="0" t="0" r="8255" b="698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ц41.png"/>
                    <pic:cNvPicPr/>
                  </pic:nvPicPr>
                  <pic:blipFill>
                    <a:blip r:embed="rId73">
                      <a:extLst>
                        <a:ext uri="{28A0092B-C50C-407E-A947-70E740481C1C}">
                          <a14:useLocalDpi xmlns:a14="http://schemas.microsoft.com/office/drawing/2010/main" val="0"/>
                        </a:ext>
                      </a:extLst>
                    </a:blip>
                    <a:stretch>
                      <a:fillRect/>
                    </a:stretch>
                  </pic:blipFill>
                  <pic:spPr>
                    <a:xfrm>
                      <a:off x="0" y="0"/>
                      <a:ext cx="3158702" cy="2301911"/>
                    </a:xfrm>
                    <a:prstGeom prst="rect">
                      <a:avLst/>
                    </a:prstGeom>
                  </pic:spPr>
                </pic:pic>
              </a:graphicData>
            </a:graphic>
          </wp:inline>
        </w:drawing>
      </w:r>
    </w:p>
    <w:p w14:paraId="1B76561E" w14:textId="77777777" w:rsidR="00A22AE5" w:rsidRDefault="00A22AE5" w:rsidP="00700ACB">
      <w:pPr>
        <w:jc w:val="center"/>
        <w:rPr>
          <w:b/>
          <w:caps/>
          <w:sz w:val="28"/>
          <w:szCs w:val="28"/>
          <w:lang w:val="mk-MK"/>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p>
    <w:p w14:paraId="18C5BB2A" w14:textId="77777777" w:rsidR="00A22AE5" w:rsidRDefault="00A22AE5" w:rsidP="00700ACB">
      <w:pPr>
        <w:jc w:val="center"/>
        <w:rPr>
          <w:b/>
          <w:caps/>
          <w:sz w:val="28"/>
          <w:szCs w:val="28"/>
          <w:lang w:val="mk-MK"/>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p>
    <w:p w14:paraId="3998AE5C" w14:textId="77777777" w:rsidR="00A22AE5" w:rsidRDefault="00A22AE5" w:rsidP="00700ACB">
      <w:pPr>
        <w:jc w:val="center"/>
        <w:rPr>
          <w:b/>
          <w:caps/>
          <w:sz w:val="28"/>
          <w:szCs w:val="28"/>
          <w:lang w:val="mk-MK"/>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p>
    <w:p w14:paraId="2CC81FF1" w14:textId="77777777" w:rsidR="00A22AE5" w:rsidRDefault="00A22AE5" w:rsidP="00700ACB">
      <w:pPr>
        <w:jc w:val="center"/>
        <w:rPr>
          <w:b/>
          <w:caps/>
          <w:sz w:val="28"/>
          <w:szCs w:val="28"/>
          <w:lang w:val="mk-MK"/>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p>
    <w:p w14:paraId="48792CAC" w14:textId="77777777" w:rsidR="00A22AE5" w:rsidRDefault="00A22AE5" w:rsidP="00700ACB">
      <w:pPr>
        <w:jc w:val="center"/>
        <w:rPr>
          <w:b/>
          <w:caps/>
          <w:sz w:val="28"/>
          <w:szCs w:val="28"/>
          <w:lang w:val="mk-MK"/>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p>
    <w:p w14:paraId="6777CBAE" w14:textId="77777777" w:rsidR="00A22AE5" w:rsidRDefault="00A22AE5" w:rsidP="00700ACB">
      <w:pPr>
        <w:jc w:val="center"/>
        <w:rPr>
          <w:b/>
          <w:caps/>
          <w:sz w:val="28"/>
          <w:szCs w:val="28"/>
          <w:lang w:val="mk-MK"/>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p>
    <w:p w14:paraId="65F1967E" w14:textId="77777777" w:rsidR="00A22AE5" w:rsidRDefault="00A22AE5" w:rsidP="00700ACB">
      <w:pPr>
        <w:jc w:val="center"/>
        <w:rPr>
          <w:b/>
          <w:caps/>
          <w:sz w:val="28"/>
          <w:szCs w:val="28"/>
          <w:lang w:val="mk-MK"/>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p>
    <w:p w14:paraId="7CEE014A" w14:textId="77777777" w:rsidR="00A22AE5" w:rsidRDefault="00A22AE5" w:rsidP="00700ACB">
      <w:pPr>
        <w:jc w:val="center"/>
        <w:rPr>
          <w:b/>
          <w:caps/>
          <w:sz w:val="28"/>
          <w:szCs w:val="28"/>
          <w:lang w:val="mk-MK"/>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p>
    <w:p w14:paraId="10F92599" w14:textId="77777777" w:rsidR="00A22AE5" w:rsidRDefault="00A22AE5" w:rsidP="00700ACB">
      <w:pPr>
        <w:jc w:val="center"/>
        <w:rPr>
          <w:b/>
          <w:caps/>
          <w:sz w:val="28"/>
          <w:szCs w:val="28"/>
          <w:lang w:val="mk-MK"/>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p>
    <w:p w14:paraId="1F208345" w14:textId="77777777" w:rsidR="00A22AE5" w:rsidRDefault="00A22AE5" w:rsidP="00700ACB">
      <w:pPr>
        <w:jc w:val="center"/>
        <w:rPr>
          <w:b/>
          <w:caps/>
          <w:sz w:val="28"/>
          <w:szCs w:val="28"/>
          <w:lang w:val="mk-MK"/>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p>
    <w:p w14:paraId="1092911F" w14:textId="77777777" w:rsidR="00A22AE5" w:rsidRDefault="00A22AE5" w:rsidP="00700ACB">
      <w:pPr>
        <w:jc w:val="center"/>
        <w:rPr>
          <w:b/>
          <w:caps/>
          <w:sz w:val="28"/>
          <w:szCs w:val="28"/>
          <w:lang w:val="mk-MK"/>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p>
    <w:p w14:paraId="6D0B39C8" w14:textId="77777777" w:rsidR="00A22AE5" w:rsidRDefault="00A22AE5" w:rsidP="00700ACB">
      <w:pPr>
        <w:jc w:val="center"/>
        <w:rPr>
          <w:b/>
          <w:caps/>
          <w:sz w:val="28"/>
          <w:szCs w:val="28"/>
          <w:lang w:val="mk-MK"/>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p>
    <w:p w14:paraId="491CBBA1" w14:textId="77777777" w:rsidR="00A22AE5" w:rsidRDefault="00A22AE5" w:rsidP="00700ACB">
      <w:pPr>
        <w:jc w:val="center"/>
        <w:rPr>
          <w:b/>
          <w:caps/>
          <w:sz w:val="28"/>
          <w:szCs w:val="28"/>
          <w:lang w:val="mk-MK"/>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p>
    <w:p w14:paraId="19CE8FD5" w14:textId="77777777" w:rsidR="00A22AE5" w:rsidRDefault="00A22AE5" w:rsidP="00700ACB">
      <w:pPr>
        <w:jc w:val="center"/>
        <w:rPr>
          <w:b/>
          <w:caps/>
          <w:sz w:val="28"/>
          <w:szCs w:val="28"/>
          <w:lang w:val="mk-MK"/>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p>
    <w:p w14:paraId="11136825" w14:textId="77777777" w:rsidR="00A22AE5" w:rsidRDefault="00A22AE5" w:rsidP="00700ACB">
      <w:pPr>
        <w:jc w:val="center"/>
        <w:rPr>
          <w:b/>
          <w:caps/>
          <w:sz w:val="28"/>
          <w:szCs w:val="28"/>
          <w:lang w:val="mk-MK"/>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p>
    <w:p w14:paraId="783D4BBB" w14:textId="77777777" w:rsidR="00A22AE5" w:rsidRDefault="00A22AE5" w:rsidP="00700ACB">
      <w:pPr>
        <w:jc w:val="center"/>
        <w:rPr>
          <w:b/>
          <w:caps/>
          <w:sz w:val="28"/>
          <w:szCs w:val="28"/>
          <w:lang w:val="mk-MK"/>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p>
    <w:p w14:paraId="054E9426" w14:textId="77777777" w:rsidR="008C7207" w:rsidRPr="008C7207" w:rsidRDefault="008C7207" w:rsidP="008C7207">
      <w:pPr>
        <w:pStyle w:val="prastasiniatinklio"/>
        <w:jc w:val="center"/>
        <w:rPr>
          <w:b/>
          <w:bCs/>
          <w:color w:val="1F497D" w:themeColor="text2"/>
          <w:sz w:val="40"/>
          <w:szCs w:val="40"/>
          <w:lang w:val="mk-MK"/>
        </w:rPr>
      </w:pPr>
      <w:r w:rsidRPr="008C7207">
        <w:rPr>
          <w:b/>
          <w:bCs/>
          <w:color w:val="1F497D" w:themeColor="text2"/>
          <w:sz w:val="40"/>
          <w:szCs w:val="40"/>
          <w:lang w:val="mk-MK"/>
        </w:rPr>
        <w:t>Tradiciniai Kipro žaidimai</w:t>
      </w:r>
    </w:p>
    <w:p w14:paraId="021302D6" w14:textId="77777777" w:rsidR="008C7207" w:rsidRPr="008C7207" w:rsidRDefault="008C7207" w:rsidP="008C7207">
      <w:pPr>
        <w:rPr>
          <w:b/>
          <w:bCs/>
          <w:lang w:val="mk-MK"/>
        </w:rPr>
      </w:pPr>
      <w:r w:rsidRPr="008C7207">
        <w:rPr>
          <w:b/>
          <w:bCs/>
          <w:lang w:val="mk-MK"/>
        </w:rPr>
        <w:t>Žaidimo pavadinimas: Kiaušiniai, kiaušiniai, aš parduodu</w:t>
      </w:r>
    </w:p>
    <w:p w14:paraId="2E607D92" w14:textId="77777777" w:rsidR="008C7207" w:rsidRPr="008C7207" w:rsidRDefault="008C7207" w:rsidP="008C7207">
      <w:pPr>
        <w:rPr>
          <w:lang w:val="mk-MK"/>
        </w:rPr>
      </w:pPr>
      <w:r w:rsidRPr="008C7207">
        <w:rPr>
          <w:lang w:val="mk-MK"/>
        </w:rPr>
        <w:t>Žaidėjų skaičius: Mažiausiai 10, daugiausiai 20</w:t>
      </w:r>
    </w:p>
    <w:p w14:paraId="46BE1BDD" w14:textId="77777777" w:rsidR="008C7207" w:rsidRPr="008C7207" w:rsidRDefault="008C7207" w:rsidP="008C7207">
      <w:pPr>
        <w:rPr>
          <w:lang w:val="mk-MK"/>
        </w:rPr>
      </w:pPr>
      <w:r w:rsidRPr="008C7207">
        <w:rPr>
          <w:lang w:val="mk-MK"/>
        </w:rPr>
        <w:t>Reikalingos priemonės: 1 nosinė (arba mažas audinio gabalas)</w:t>
      </w:r>
    </w:p>
    <w:p w14:paraId="3FEA2DBC" w14:textId="77777777" w:rsidR="008C7207" w:rsidRDefault="008C7207" w:rsidP="008C7207">
      <w:pPr>
        <w:rPr>
          <w:lang w:val="mk-MK"/>
        </w:rPr>
      </w:pPr>
      <w:r w:rsidRPr="008C7207">
        <w:rPr>
          <w:lang w:val="mk-MK"/>
        </w:rPr>
        <w:t>Kaip žaisti:</w:t>
      </w:r>
    </w:p>
    <w:p w14:paraId="11328CC2" w14:textId="77777777" w:rsidR="008C7207" w:rsidRPr="008C7207" w:rsidRDefault="008C7207" w:rsidP="008C7207">
      <w:pPr>
        <w:pStyle w:val="prastasiniatinklio"/>
        <w:rPr>
          <w:lang w:val="mk-MK"/>
        </w:rPr>
      </w:pPr>
      <w:r w:rsidRPr="008C7207">
        <w:rPr>
          <w:lang w:val="mk-MK"/>
        </w:rPr>
        <w:t>Žaidėjai sėdi ant žemės dideliu ratu, veidais į vidų.</w:t>
      </w:r>
    </w:p>
    <w:p w14:paraId="5B4EA4B9" w14:textId="77777777" w:rsidR="008C7207" w:rsidRPr="008C7207" w:rsidRDefault="008C7207" w:rsidP="008C7207">
      <w:pPr>
        <w:pStyle w:val="prastasiniatinklio"/>
        <w:rPr>
          <w:lang w:val="mk-MK"/>
        </w:rPr>
      </w:pPr>
      <w:r w:rsidRPr="008C7207">
        <w:rPr>
          <w:lang w:val="mk-MK"/>
        </w:rPr>
        <w:t>Vienas žaidėjas pasirinktas „pardavėju“ ir stovi už rato, laikydamas nosinę.</w:t>
      </w:r>
    </w:p>
    <w:p w14:paraId="73123A86" w14:textId="77777777" w:rsidR="008C7207" w:rsidRPr="008C7207" w:rsidRDefault="008C7207" w:rsidP="008C7207">
      <w:pPr>
        <w:pStyle w:val="prastasiniatinklio"/>
        <w:rPr>
          <w:lang w:val="mk-MK"/>
        </w:rPr>
      </w:pPr>
      <w:r w:rsidRPr="008C7207">
        <w:rPr>
          <w:lang w:val="mk-MK"/>
        </w:rPr>
        <w:t>Žaidimo pradžia:</w:t>
      </w:r>
    </w:p>
    <w:p w14:paraId="1D5C2769" w14:textId="77777777" w:rsidR="008C7207" w:rsidRPr="008C7207" w:rsidRDefault="008C7207" w:rsidP="008C7207">
      <w:pPr>
        <w:pStyle w:val="prastasiniatinklio"/>
        <w:rPr>
          <w:lang w:val="mk-MK"/>
        </w:rPr>
      </w:pPr>
      <w:r w:rsidRPr="008C7207">
        <w:rPr>
          <w:lang w:val="mk-MK"/>
        </w:rPr>
        <w:t>„Pardavėjas“ eina aplink ratą, atsargiai laikydamas nosinę.</w:t>
      </w:r>
    </w:p>
    <w:p w14:paraId="73609D04" w14:textId="77777777" w:rsidR="008C7207" w:rsidRDefault="008C7207" w:rsidP="008C7207">
      <w:pPr>
        <w:pStyle w:val="prastasiniatinklio"/>
      </w:pPr>
      <w:r>
        <w:t xml:space="preserve">Jam </w:t>
      </w:r>
      <w:proofErr w:type="spellStart"/>
      <w:r>
        <w:t>einant</w:t>
      </w:r>
      <w:proofErr w:type="spellEnd"/>
      <w:r>
        <w:t xml:space="preserve">, </w:t>
      </w:r>
      <w:proofErr w:type="spellStart"/>
      <w:r>
        <w:t>visi</w:t>
      </w:r>
      <w:proofErr w:type="spellEnd"/>
      <w:r>
        <w:t xml:space="preserve"> </w:t>
      </w:r>
      <w:proofErr w:type="spellStart"/>
      <w:r>
        <w:t>žaidėjai</w:t>
      </w:r>
      <w:proofErr w:type="spellEnd"/>
      <w:r>
        <w:t xml:space="preserve"> </w:t>
      </w:r>
      <w:proofErr w:type="spellStart"/>
      <w:r>
        <w:t>dainuoja</w:t>
      </w:r>
      <w:proofErr w:type="spellEnd"/>
      <w:r>
        <w:t>:</w:t>
      </w:r>
    </w:p>
    <w:p w14:paraId="7278EFFF" w14:textId="77777777" w:rsidR="008C7207" w:rsidRDefault="008C7207" w:rsidP="008C7207">
      <w:pPr>
        <w:pStyle w:val="prastasiniatinklio"/>
      </w:pPr>
      <w:r>
        <w:t>„</w:t>
      </w:r>
      <w:proofErr w:type="spellStart"/>
      <w:r>
        <w:t>Kiaušiniai</w:t>
      </w:r>
      <w:proofErr w:type="spellEnd"/>
      <w:r>
        <w:t xml:space="preserve">, </w:t>
      </w:r>
      <w:proofErr w:type="spellStart"/>
      <w:r>
        <w:t>kiaušiniai</w:t>
      </w:r>
      <w:proofErr w:type="spellEnd"/>
      <w:r>
        <w:t xml:space="preserve">, </w:t>
      </w:r>
      <w:proofErr w:type="spellStart"/>
      <w:r>
        <w:t>aš</w:t>
      </w:r>
      <w:proofErr w:type="spellEnd"/>
      <w:r>
        <w:t xml:space="preserve"> </w:t>
      </w:r>
      <w:proofErr w:type="spellStart"/>
      <w:r>
        <w:t>juos</w:t>
      </w:r>
      <w:proofErr w:type="spellEnd"/>
      <w:r>
        <w:t xml:space="preserve"> </w:t>
      </w:r>
      <w:proofErr w:type="spellStart"/>
      <w:r>
        <w:t>parduodu</w:t>
      </w:r>
      <w:proofErr w:type="spellEnd"/>
      <w:r>
        <w:t xml:space="preserve"> </w:t>
      </w:r>
      <w:proofErr w:type="spellStart"/>
      <w:r>
        <w:t>savo</w:t>
      </w:r>
      <w:proofErr w:type="spellEnd"/>
      <w:r>
        <w:t xml:space="preserve"> </w:t>
      </w:r>
      <w:proofErr w:type="spellStart"/>
      <w:r>
        <w:t>dėdei</w:t>
      </w:r>
      <w:proofErr w:type="spellEnd"/>
      <w:r>
        <w:t xml:space="preserve"> </w:t>
      </w:r>
      <w:proofErr w:type="spellStart"/>
      <w:r>
        <w:t>Kolokui</w:t>
      </w:r>
      <w:proofErr w:type="spellEnd"/>
      <w:r>
        <w:t xml:space="preserve">, </w:t>
      </w:r>
      <w:proofErr w:type="spellStart"/>
      <w:r>
        <w:t>kuris</w:t>
      </w:r>
      <w:proofErr w:type="spellEnd"/>
      <w:r>
        <w:t xml:space="preserve"> </w:t>
      </w:r>
      <w:proofErr w:type="spellStart"/>
      <w:r>
        <w:t>gamina</w:t>
      </w:r>
      <w:proofErr w:type="spellEnd"/>
      <w:r>
        <w:t xml:space="preserve"> </w:t>
      </w:r>
      <w:proofErr w:type="spellStart"/>
      <w:r>
        <w:t>mažus</w:t>
      </w:r>
      <w:proofErr w:type="spellEnd"/>
      <w:r>
        <w:t xml:space="preserve"> </w:t>
      </w:r>
      <w:proofErr w:type="spellStart"/>
      <w:r>
        <w:t>moliūgus</w:t>
      </w:r>
      <w:proofErr w:type="spellEnd"/>
      <w:r>
        <w:t xml:space="preserve"> </w:t>
      </w:r>
      <w:proofErr w:type="spellStart"/>
      <w:r>
        <w:t>vaikams</w:t>
      </w:r>
      <w:proofErr w:type="spellEnd"/>
      <w:r>
        <w:t xml:space="preserve"> </w:t>
      </w:r>
      <w:proofErr w:type="spellStart"/>
      <w:proofErr w:type="gramStart"/>
      <w:r>
        <w:t>valgyti</w:t>
      </w:r>
      <w:proofErr w:type="spellEnd"/>
      <w:r>
        <w:t>.“</w:t>
      </w:r>
      <w:proofErr w:type="gramEnd"/>
    </w:p>
    <w:p w14:paraId="249C106F" w14:textId="77777777" w:rsidR="008C7207" w:rsidRDefault="008C7207" w:rsidP="008C7207">
      <w:pPr>
        <w:pStyle w:val="prastasiniatinklio"/>
      </w:pPr>
      <w:proofErr w:type="spellStart"/>
      <w:r>
        <w:t>Nukritęs</w:t>
      </w:r>
      <w:proofErr w:type="spellEnd"/>
      <w:r>
        <w:t xml:space="preserve"> </w:t>
      </w:r>
      <w:proofErr w:type="spellStart"/>
      <w:r>
        <w:t>nosinė</w:t>
      </w:r>
      <w:proofErr w:type="spellEnd"/>
      <w:r>
        <w:t>:</w:t>
      </w:r>
    </w:p>
    <w:p w14:paraId="122F437A" w14:textId="77777777" w:rsidR="008C7207" w:rsidRDefault="008C7207" w:rsidP="008C7207">
      <w:pPr>
        <w:pStyle w:val="prastasiniatinklio"/>
      </w:pPr>
      <w:r>
        <w:t>„</w:t>
      </w:r>
      <w:proofErr w:type="spellStart"/>
      <w:proofErr w:type="gramStart"/>
      <w:r>
        <w:t>Pardavėjas</w:t>
      </w:r>
      <w:proofErr w:type="spellEnd"/>
      <w:r>
        <w:t xml:space="preserve">“ </w:t>
      </w:r>
      <w:proofErr w:type="spellStart"/>
      <w:r>
        <w:t>siekia</w:t>
      </w:r>
      <w:proofErr w:type="spellEnd"/>
      <w:proofErr w:type="gramEnd"/>
      <w:r>
        <w:t xml:space="preserve"> </w:t>
      </w:r>
      <w:proofErr w:type="spellStart"/>
      <w:r>
        <w:t>slapta</w:t>
      </w:r>
      <w:proofErr w:type="spellEnd"/>
      <w:r>
        <w:t xml:space="preserve"> </w:t>
      </w:r>
      <w:proofErr w:type="spellStart"/>
      <w:r>
        <w:t>numesti</w:t>
      </w:r>
      <w:proofErr w:type="spellEnd"/>
      <w:r>
        <w:t xml:space="preserve"> </w:t>
      </w:r>
      <w:proofErr w:type="spellStart"/>
      <w:r>
        <w:t>nosinę</w:t>
      </w:r>
      <w:proofErr w:type="spellEnd"/>
      <w:r>
        <w:t xml:space="preserve"> </w:t>
      </w:r>
      <w:proofErr w:type="spellStart"/>
      <w:r>
        <w:t>už</w:t>
      </w:r>
      <w:proofErr w:type="spellEnd"/>
      <w:r>
        <w:t xml:space="preserve"> </w:t>
      </w:r>
      <w:proofErr w:type="spellStart"/>
      <w:r>
        <w:t>vieno</w:t>
      </w:r>
      <w:proofErr w:type="spellEnd"/>
      <w:r>
        <w:t xml:space="preserve"> </w:t>
      </w:r>
      <w:proofErr w:type="spellStart"/>
      <w:r>
        <w:t>iš</w:t>
      </w:r>
      <w:proofErr w:type="spellEnd"/>
      <w:r>
        <w:t xml:space="preserve"> </w:t>
      </w:r>
      <w:proofErr w:type="spellStart"/>
      <w:r>
        <w:t>sėdinčių</w:t>
      </w:r>
      <w:proofErr w:type="spellEnd"/>
      <w:r>
        <w:t xml:space="preserve"> </w:t>
      </w:r>
      <w:proofErr w:type="spellStart"/>
      <w:r>
        <w:t>žaidėjų</w:t>
      </w:r>
      <w:proofErr w:type="spellEnd"/>
      <w:r>
        <w:t xml:space="preserve"> </w:t>
      </w:r>
      <w:proofErr w:type="spellStart"/>
      <w:r>
        <w:t>nugaros</w:t>
      </w:r>
      <w:proofErr w:type="spellEnd"/>
      <w:r>
        <w:t xml:space="preserve">, </w:t>
      </w:r>
      <w:proofErr w:type="spellStart"/>
      <w:r>
        <w:t>kad</w:t>
      </w:r>
      <w:proofErr w:type="spellEnd"/>
      <w:r>
        <w:t xml:space="preserve"> </w:t>
      </w:r>
      <w:proofErr w:type="spellStart"/>
      <w:r>
        <w:t>niekas</w:t>
      </w:r>
      <w:proofErr w:type="spellEnd"/>
      <w:r>
        <w:t xml:space="preserve"> </w:t>
      </w:r>
      <w:proofErr w:type="spellStart"/>
      <w:r>
        <w:t>nepastebėtų</w:t>
      </w:r>
      <w:proofErr w:type="spellEnd"/>
      <w:r>
        <w:t>.</w:t>
      </w:r>
    </w:p>
    <w:p w14:paraId="3A3C47EF" w14:textId="77777777" w:rsidR="008C7207" w:rsidRDefault="008C7207" w:rsidP="008C7207">
      <w:pPr>
        <w:pStyle w:val="prastasiniatinklio"/>
      </w:pPr>
      <w:proofErr w:type="spellStart"/>
      <w:r>
        <w:t>Žaidėjai</w:t>
      </w:r>
      <w:proofErr w:type="spellEnd"/>
      <w:r>
        <w:t xml:space="preserve"> ratu </w:t>
      </w:r>
      <w:proofErr w:type="spellStart"/>
      <w:r>
        <w:t>gali</w:t>
      </w:r>
      <w:proofErr w:type="spellEnd"/>
      <w:r>
        <w:t xml:space="preserve"> </w:t>
      </w:r>
      <w:proofErr w:type="spellStart"/>
      <w:r>
        <w:t>apčiupinėti</w:t>
      </w:r>
      <w:proofErr w:type="spellEnd"/>
      <w:r>
        <w:t xml:space="preserve"> </w:t>
      </w:r>
      <w:proofErr w:type="spellStart"/>
      <w:r>
        <w:t>už</w:t>
      </w:r>
      <w:proofErr w:type="spellEnd"/>
      <w:r>
        <w:t xml:space="preserve"> </w:t>
      </w:r>
      <w:proofErr w:type="spellStart"/>
      <w:r>
        <w:t>savęs</w:t>
      </w:r>
      <w:proofErr w:type="spellEnd"/>
      <w:r>
        <w:t xml:space="preserve"> </w:t>
      </w:r>
      <w:proofErr w:type="spellStart"/>
      <w:r>
        <w:t>rankomis</w:t>
      </w:r>
      <w:proofErr w:type="spellEnd"/>
      <w:r>
        <w:t xml:space="preserve">, bet </w:t>
      </w:r>
      <w:proofErr w:type="spellStart"/>
      <w:r>
        <w:t>negali</w:t>
      </w:r>
      <w:proofErr w:type="spellEnd"/>
      <w:r>
        <w:t xml:space="preserve"> </w:t>
      </w:r>
      <w:proofErr w:type="spellStart"/>
      <w:r>
        <w:t>atsisukti</w:t>
      </w:r>
      <w:proofErr w:type="spellEnd"/>
      <w:r>
        <w:t xml:space="preserve"> </w:t>
      </w:r>
      <w:proofErr w:type="spellStart"/>
      <w:r>
        <w:t>ir</w:t>
      </w:r>
      <w:proofErr w:type="spellEnd"/>
      <w:r>
        <w:t xml:space="preserve"> </w:t>
      </w:r>
      <w:proofErr w:type="spellStart"/>
      <w:r>
        <w:t>žiūrėti</w:t>
      </w:r>
      <w:proofErr w:type="spellEnd"/>
      <w:r>
        <w:t>.</w:t>
      </w:r>
    </w:p>
    <w:p w14:paraId="35A06089" w14:textId="77777777" w:rsidR="008C7207" w:rsidRDefault="008C7207" w:rsidP="008C7207">
      <w:pPr>
        <w:pStyle w:val="prastasiniatinklio"/>
      </w:pPr>
      <w:proofErr w:type="spellStart"/>
      <w:r>
        <w:t>Nosinės</w:t>
      </w:r>
      <w:proofErr w:type="spellEnd"/>
      <w:r>
        <w:t xml:space="preserve"> </w:t>
      </w:r>
      <w:proofErr w:type="spellStart"/>
      <w:r>
        <w:t>pastebėjimas</w:t>
      </w:r>
      <w:proofErr w:type="spellEnd"/>
      <w:r>
        <w:t>:</w:t>
      </w:r>
    </w:p>
    <w:p w14:paraId="64A430E6" w14:textId="2E7A82E5" w:rsidR="008C7207" w:rsidRDefault="008C7207" w:rsidP="008C7207">
      <w:pPr>
        <w:pStyle w:val="prastasiniatinklio"/>
      </w:pPr>
      <w:proofErr w:type="spellStart"/>
      <w:r>
        <w:t>Jei</w:t>
      </w:r>
      <w:proofErr w:type="spellEnd"/>
      <w:r>
        <w:t xml:space="preserve"> </w:t>
      </w:r>
      <w:proofErr w:type="spellStart"/>
      <w:r>
        <w:t>žaidėjas</w:t>
      </w:r>
      <w:proofErr w:type="spellEnd"/>
      <w:r>
        <w:t xml:space="preserve"> </w:t>
      </w:r>
      <w:proofErr w:type="spellStart"/>
      <w:r>
        <w:t>pastebi</w:t>
      </w:r>
      <w:proofErr w:type="spellEnd"/>
      <w:r>
        <w:t xml:space="preserve">, </w:t>
      </w:r>
      <w:proofErr w:type="spellStart"/>
      <w:r>
        <w:t>kad</w:t>
      </w:r>
      <w:proofErr w:type="spellEnd"/>
      <w:r>
        <w:t xml:space="preserve"> </w:t>
      </w:r>
      <w:proofErr w:type="spellStart"/>
      <w:r>
        <w:t>nosinė</w:t>
      </w:r>
      <w:proofErr w:type="spellEnd"/>
      <w:r>
        <w:t xml:space="preserve"> </w:t>
      </w:r>
      <w:proofErr w:type="spellStart"/>
      <w:r>
        <w:t>buvo</w:t>
      </w:r>
      <w:proofErr w:type="spellEnd"/>
      <w:r>
        <w:t xml:space="preserve"> </w:t>
      </w:r>
      <w:proofErr w:type="spellStart"/>
      <w:r>
        <w:t>numesta</w:t>
      </w:r>
      <w:proofErr w:type="spellEnd"/>
      <w:r>
        <w:t xml:space="preserve"> </w:t>
      </w:r>
      <w:proofErr w:type="spellStart"/>
      <w:r>
        <w:t>už</w:t>
      </w:r>
      <w:proofErr w:type="spellEnd"/>
      <w:r>
        <w:t xml:space="preserve"> jo </w:t>
      </w:r>
      <w:proofErr w:type="spellStart"/>
      <w:r>
        <w:t>nugaros</w:t>
      </w:r>
      <w:proofErr w:type="spellEnd"/>
      <w:r>
        <w:t xml:space="preserve">, </w:t>
      </w:r>
      <w:proofErr w:type="spellStart"/>
      <w:r>
        <w:t>jis</w:t>
      </w:r>
      <w:proofErr w:type="spellEnd"/>
      <w:r>
        <w:t xml:space="preserve"> </w:t>
      </w:r>
      <w:proofErr w:type="spellStart"/>
      <w:r>
        <w:t>turi</w:t>
      </w:r>
      <w:proofErr w:type="spellEnd"/>
      <w:r>
        <w:t xml:space="preserve"> </w:t>
      </w:r>
      <w:proofErr w:type="spellStart"/>
      <w:r>
        <w:t>greitai</w:t>
      </w:r>
      <w:proofErr w:type="spellEnd"/>
      <w:r>
        <w:t xml:space="preserve"> </w:t>
      </w:r>
      <w:proofErr w:type="spellStart"/>
      <w:r>
        <w:t>ją</w:t>
      </w:r>
      <w:proofErr w:type="spellEnd"/>
      <w:r>
        <w:t xml:space="preserve"> </w:t>
      </w:r>
      <w:proofErr w:type="spellStart"/>
      <w:r>
        <w:t>paimti</w:t>
      </w:r>
      <w:proofErr w:type="spellEnd"/>
      <w:r>
        <w:t xml:space="preserve">, </w:t>
      </w:r>
      <w:proofErr w:type="spellStart"/>
      <w:r>
        <w:t>atsistoti</w:t>
      </w:r>
      <w:proofErr w:type="spellEnd"/>
      <w:r>
        <w:t xml:space="preserve"> </w:t>
      </w:r>
      <w:proofErr w:type="spellStart"/>
      <w:r>
        <w:t>ir</w:t>
      </w:r>
      <w:proofErr w:type="spellEnd"/>
      <w:r>
        <w:t xml:space="preserve"> </w:t>
      </w:r>
      <w:proofErr w:type="spellStart"/>
      <w:r>
        <w:t>persekioti</w:t>
      </w:r>
      <w:proofErr w:type="spellEnd"/>
      <w:r>
        <w:t xml:space="preserve"> „</w:t>
      </w:r>
      <w:proofErr w:type="spellStart"/>
      <w:proofErr w:type="gramStart"/>
      <w:r>
        <w:t>pardavėją</w:t>
      </w:r>
      <w:proofErr w:type="spellEnd"/>
      <w:r>
        <w:t xml:space="preserve">“ </w:t>
      </w:r>
      <w:proofErr w:type="spellStart"/>
      <w:r>
        <w:t>aplink</w:t>
      </w:r>
      <w:proofErr w:type="spellEnd"/>
      <w:proofErr w:type="gramEnd"/>
      <w:r>
        <w:t xml:space="preserve"> </w:t>
      </w:r>
      <w:proofErr w:type="spellStart"/>
      <w:r>
        <w:t>ratą</w:t>
      </w:r>
      <w:proofErr w:type="spellEnd"/>
      <w:r>
        <w:t xml:space="preserve">, </w:t>
      </w:r>
      <w:proofErr w:type="spellStart"/>
      <w:r>
        <w:t>bandydamas</w:t>
      </w:r>
      <w:proofErr w:type="spellEnd"/>
      <w:r>
        <w:t xml:space="preserve"> </w:t>
      </w:r>
      <w:proofErr w:type="spellStart"/>
      <w:r>
        <w:t>jį</w:t>
      </w:r>
      <w:proofErr w:type="spellEnd"/>
      <w:r>
        <w:t xml:space="preserve"> </w:t>
      </w:r>
      <w:proofErr w:type="spellStart"/>
      <w:r>
        <w:t>paliesti</w:t>
      </w:r>
      <w:proofErr w:type="spellEnd"/>
      <w:r>
        <w:t xml:space="preserve">, </w:t>
      </w:r>
      <w:proofErr w:type="spellStart"/>
      <w:r>
        <w:t>kol</w:t>
      </w:r>
      <w:proofErr w:type="spellEnd"/>
      <w:r>
        <w:t xml:space="preserve"> „</w:t>
      </w:r>
      <w:proofErr w:type="spellStart"/>
      <w:r>
        <w:t>pardavėjas</w:t>
      </w:r>
      <w:proofErr w:type="spellEnd"/>
      <w:r>
        <w:t xml:space="preserve">“ </w:t>
      </w:r>
      <w:proofErr w:type="spellStart"/>
      <w:r>
        <w:t>nesėdo</w:t>
      </w:r>
      <w:proofErr w:type="spellEnd"/>
      <w:r>
        <w:t xml:space="preserve"> į </w:t>
      </w:r>
      <w:proofErr w:type="spellStart"/>
      <w:r>
        <w:t>laisvą</w:t>
      </w:r>
      <w:proofErr w:type="spellEnd"/>
      <w:r>
        <w:t xml:space="preserve"> </w:t>
      </w:r>
      <w:proofErr w:type="spellStart"/>
      <w:r>
        <w:t>vietą</w:t>
      </w:r>
      <w:proofErr w:type="spellEnd"/>
      <w:r>
        <w:t>.</w:t>
      </w:r>
    </w:p>
    <w:p w14:paraId="3501882A" w14:textId="77777777" w:rsidR="008C7207" w:rsidRDefault="008C7207" w:rsidP="008C7207">
      <w:pPr>
        <w:pStyle w:val="prastasiniatinklio"/>
      </w:pPr>
      <w:proofErr w:type="spellStart"/>
      <w:r>
        <w:t>Išeiti</w:t>
      </w:r>
      <w:proofErr w:type="spellEnd"/>
      <w:r>
        <w:t xml:space="preserve"> </w:t>
      </w:r>
      <w:proofErr w:type="spellStart"/>
      <w:r>
        <w:t>iš</w:t>
      </w:r>
      <w:proofErr w:type="spellEnd"/>
      <w:r>
        <w:t xml:space="preserve"> </w:t>
      </w:r>
      <w:proofErr w:type="spellStart"/>
      <w:r>
        <w:t>žaidimo</w:t>
      </w:r>
      <w:proofErr w:type="spellEnd"/>
      <w:r>
        <w:t>:</w:t>
      </w:r>
    </w:p>
    <w:p w14:paraId="16D17BA4" w14:textId="77777777" w:rsidR="008C7207" w:rsidRDefault="008C7207" w:rsidP="008C7207">
      <w:pPr>
        <w:pStyle w:val="prastasiniatinklio"/>
      </w:pPr>
      <w:proofErr w:type="spellStart"/>
      <w:r>
        <w:t>Jei</w:t>
      </w:r>
      <w:proofErr w:type="spellEnd"/>
      <w:r>
        <w:t xml:space="preserve"> </w:t>
      </w:r>
      <w:proofErr w:type="spellStart"/>
      <w:r>
        <w:t>persekiotojas</w:t>
      </w:r>
      <w:proofErr w:type="spellEnd"/>
      <w:r>
        <w:t xml:space="preserve"> </w:t>
      </w:r>
      <w:proofErr w:type="spellStart"/>
      <w:r>
        <w:t>paliečia</w:t>
      </w:r>
      <w:proofErr w:type="spellEnd"/>
      <w:r>
        <w:t xml:space="preserve"> </w:t>
      </w:r>
      <w:proofErr w:type="spellStart"/>
      <w:r>
        <w:t>pardavėją</w:t>
      </w:r>
      <w:proofErr w:type="spellEnd"/>
      <w:r>
        <w:t>:</w:t>
      </w:r>
    </w:p>
    <w:p w14:paraId="7D8107E2" w14:textId="77777777" w:rsidR="008C7207" w:rsidRDefault="008C7207" w:rsidP="008C7207">
      <w:pPr>
        <w:pStyle w:val="prastasiniatinklio"/>
      </w:pPr>
      <w:r>
        <w:t>„</w:t>
      </w:r>
      <w:proofErr w:type="spellStart"/>
      <w:proofErr w:type="gramStart"/>
      <w:r>
        <w:t>Pardavėjas</w:t>
      </w:r>
      <w:proofErr w:type="spellEnd"/>
      <w:r>
        <w:t xml:space="preserve">“ </w:t>
      </w:r>
      <w:proofErr w:type="spellStart"/>
      <w:r>
        <w:t>atsisėda</w:t>
      </w:r>
      <w:proofErr w:type="spellEnd"/>
      <w:proofErr w:type="gramEnd"/>
      <w:r>
        <w:t xml:space="preserve"> </w:t>
      </w:r>
      <w:proofErr w:type="spellStart"/>
      <w:r>
        <w:t>ratelio</w:t>
      </w:r>
      <w:proofErr w:type="spellEnd"/>
      <w:r>
        <w:t xml:space="preserve"> </w:t>
      </w:r>
      <w:proofErr w:type="spellStart"/>
      <w:r>
        <w:t>centre</w:t>
      </w:r>
      <w:proofErr w:type="spellEnd"/>
      <w:r>
        <w:t xml:space="preserve">, </w:t>
      </w:r>
      <w:proofErr w:type="spellStart"/>
      <w:r>
        <w:t>vadinamame</w:t>
      </w:r>
      <w:proofErr w:type="spellEnd"/>
      <w:r>
        <w:t xml:space="preserve"> „</w:t>
      </w:r>
      <w:proofErr w:type="spellStart"/>
      <w:r>
        <w:t>colocui</w:t>
      </w:r>
      <w:proofErr w:type="spellEnd"/>
      <w:r>
        <w:t>“ (</w:t>
      </w:r>
      <w:proofErr w:type="spellStart"/>
      <w:r>
        <w:t>reiškia</w:t>
      </w:r>
      <w:proofErr w:type="spellEnd"/>
      <w:r>
        <w:t xml:space="preserve"> „</w:t>
      </w:r>
      <w:proofErr w:type="spellStart"/>
      <w:r>
        <w:t>moliūgas</w:t>
      </w:r>
      <w:proofErr w:type="spellEnd"/>
      <w:r>
        <w:t>“).</w:t>
      </w:r>
      <w:proofErr w:type="spellStart"/>
      <w:r>
        <w:t>Persekiotojas</w:t>
      </w:r>
      <w:proofErr w:type="spellEnd"/>
      <w:r>
        <w:t xml:space="preserve"> </w:t>
      </w:r>
      <w:proofErr w:type="spellStart"/>
      <w:r>
        <w:t>tampa</w:t>
      </w:r>
      <w:proofErr w:type="spellEnd"/>
      <w:r>
        <w:t xml:space="preserve"> </w:t>
      </w:r>
      <w:proofErr w:type="spellStart"/>
      <w:r>
        <w:t>naujuoju</w:t>
      </w:r>
      <w:proofErr w:type="spellEnd"/>
      <w:r>
        <w:t xml:space="preserve"> „</w:t>
      </w:r>
      <w:proofErr w:type="spellStart"/>
      <w:r>
        <w:t>pardavėju</w:t>
      </w:r>
      <w:proofErr w:type="spellEnd"/>
      <w:r>
        <w:t xml:space="preserve">“ </w:t>
      </w:r>
      <w:proofErr w:type="spellStart"/>
      <w:r>
        <w:t>kitam</w:t>
      </w:r>
      <w:proofErr w:type="spellEnd"/>
      <w:r>
        <w:t xml:space="preserve"> </w:t>
      </w:r>
      <w:proofErr w:type="spellStart"/>
      <w:r>
        <w:t>raundui</w:t>
      </w:r>
      <w:proofErr w:type="spellEnd"/>
      <w:r>
        <w:t>.</w:t>
      </w:r>
    </w:p>
    <w:p w14:paraId="5A1869FA" w14:textId="77777777" w:rsidR="008C7207" w:rsidRDefault="008C7207" w:rsidP="008C7207">
      <w:pPr>
        <w:pStyle w:val="prastasiniatinklio"/>
      </w:pPr>
      <w:proofErr w:type="spellStart"/>
      <w:r>
        <w:t>Jei</w:t>
      </w:r>
      <w:proofErr w:type="spellEnd"/>
      <w:r>
        <w:t xml:space="preserve"> </w:t>
      </w:r>
      <w:proofErr w:type="spellStart"/>
      <w:r>
        <w:t>pardavėjas</w:t>
      </w:r>
      <w:proofErr w:type="spellEnd"/>
      <w:r>
        <w:t xml:space="preserve"> </w:t>
      </w:r>
      <w:proofErr w:type="spellStart"/>
      <w:r>
        <w:t>atsisėda</w:t>
      </w:r>
      <w:proofErr w:type="spellEnd"/>
      <w:r>
        <w:t xml:space="preserve"> </w:t>
      </w:r>
      <w:proofErr w:type="spellStart"/>
      <w:r>
        <w:t>pirmas</w:t>
      </w:r>
      <w:proofErr w:type="spellEnd"/>
      <w:r>
        <w:t xml:space="preserve">: </w:t>
      </w:r>
      <w:proofErr w:type="spellStart"/>
      <w:r>
        <w:t>persekiotojas</w:t>
      </w:r>
      <w:proofErr w:type="spellEnd"/>
      <w:r>
        <w:t xml:space="preserve"> </w:t>
      </w:r>
      <w:proofErr w:type="spellStart"/>
      <w:r>
        <w:t>tampa</w:t>
      </w:r>
      <w:proofErr w:type="spellEnd"/>
      <w:r>
        <w:t xml:space="preserve"> </w:t>
      </w:r>
      <w:proofErr w:type="spellStart"/>
      <w:r>
        <w:t>naujuoju</w:t>
      </w:r>
      <w:proofErr w:type="spellEnd"/>
      <w:r>
        <w:t xml:space="preserve"> „</w:t>
      </w:r>
      <w:proofErr w:type="spellStart"/>
      <w:proofErr w:type="gramStart"/>
      <w:r>
        <w:t>pardavėju</w:t>
      </w:r>
      <w:proofErr w:type="spellEnd"/>
      <w:r>
        <w:t xml:space="preserve">“ </w:t>
      </w:r>
      <w:proofErr w:type="spellStart"/>
      <w:r>
        <w:t>ir</w:t>
      </w:r>
      <w:proofErr w:type="spellEnd"/>
      <w:proofErr w:type="gramEnd"/>
      <w:r>
        <w:t xml:space="preserve"> </w:t>
      </w:r>
      <w:proofErr w:type="spellStart"/>
      <w:r>
        <w:t>žaidimas</w:t>
      </w:r>
      <w:proofErr w:type="spellEnd"/>
      <w:r>
        <w:t xml:space="preserve"> </w:t>
      </w:r>
      <w:proofErr w:type="spellStart"/>
      <w:r>
        <w:t>tęsiasi</w:t>
      </w:r>
      <w:proofErr w:type="spellEnd"/>
      <w:r>
        <w:t>.</w:t>
      </w:r>
    </w:p>
    <w:p w14:paraId="2CFC4B1B" w14:textId="77777777" w:rsidR="008C7207" w:rsidRDefault="008C7207" w:rsidP="008C7207">
      <w:pPr>
        <w:pStyle w:val="prastasiniatinklio"/>
      </w:pPr>
    </w:p>
    <w:p w14:paraId="4A0C45A5" w14:textId="77777777" w:rsidR="00700ACB" w:rsidRDefault="00BF0CF3" w:rsidP="00700ACB">
      <w:r>
        <w:rPr>
          <w:noProof/>
        </w:rPr>
        <w:lastRenderedPageBreak/>
        <w:drawing>
          <wp:inline distT="0" distB="0" distL="0" distR="0" wp14:anchorId="138FA67C" wp14:editId="08F2A1FE">
            <wp:extent cx="5250635" cy="2903472"/>
            <wp:effectExtent l="0" t="0" r="762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ипар.png"/>
                    <pic:cNvPicPr/>
                  </pic:nvPicPr>
                  <pic:blipFill>
                    <a:blip r:embed="rId74">
                      <a:extLst>
                        <a:ext uri="{28A0092B-C50C-407E-A947-70E740481C1C}">
                          <a14:useLocalDpi xmlns:a14="http://schemas.microsoft.com/office/drawing/2010/main" val="0"/>
                        </a:ext>
                      </a:extLst>
                    </a:blip>
                    <a:stretch>
                      <a:fillRect/>
                    </a:stretch>
                  </pic:blipFill>
                  <pic:spPr>
                    <a:xfrm>
                      <a:off x="0" y="0"/>
                      <a:ext cx="5250635" cy="2903472"/>
                    </a:xfrm>
                    <a:prstGeom prst="rect">
                      <a:avLst/>
                    </a:prstGeom>
                  </pic:spPr>
                </pic:pic>
              </a:graphicData>
            </a:graphic>
          </wp:inline>
        </w:drawing>
      </w:r>
    </w:p>
    <w:p w14:paraId="53D8A348" w14:textId="77777777" w:rsidR="00411E13" w:rsidRDefault="00411E13" w:rsidP="00700ACB">
      <w:pPr>
        <w:rPr>
          <w:b/>
          <w:lang w:val="mk-MK"/>
        </w:rPr>
      </w:pPr>
    </w:p>
    <w:p w14:paraId="7A0C2A39" w14:textId="77777777" w:rsidR="00DF58E7" w:rsidRPr="00DF58E7" w:rsidRDefault="00DF58E7" w:rsidP="00DF58E7">
      <w:pPr>
        <w:pStyle w:val="prastasiniatinklio"/>
        <w:rPr>
          <w:b/>
          <w:bCs/>
          <w:lang w:val="mk-MK"/>
        </w:rPr>
      </w:pPr>
      <w:r w:rsidRPr="00DF58E7">
        <w:rPr>
          <w:b/>
          <w:bCs/>
          <w:lang w:val="mk-MK"/>
        </w:rPr>
        <w:t>Žaidimo pavadinimas: „Nosinė“</w:t>
      </w:r>
    </w:p>
    <w:p w14:paraId="3FBCB814" w14:textId="77777777" w:rsidR="00DF58E7" w:rsidRPr="00DF58E7" w:rsidRDefault="00DF58E7" w:rsidP="00DF58E7">
      <w:pPr>
        <w:pStyle w:val="prastasiniatinklio"/>
        <w:rPr>
          <w:lang w:val="mk-MK"/>
        </w:rPr>
      </w:pPr>
      <w:r w:rsidRPr="00DF58E7">
        <w:rPr>
          <w:lang w:val="mk-MK"/>
        </w:rPr>
        <w:t>Žaidėjų skaičius: mažiausiai 6, idealiu atveju 10–20</w:t>
      </w:r>
    </w:p>
    <w:p w14:paraId="45EEBC58" w14:textId="77777777" w:rsidR="00DF58E7" w:rsidRDefault="00DF58E7" w:rsidP="00DF58E7">
      <w:pPr>
        <w:pStyle w:val="prastasiniatinklio"/>
      </w:pPr>
      <w:proofErr w:type="spellStart"/>
      <w:r>
        <w:t>Reikmenys</w:t>
      </w:r>
      <w:proofErr w:type="spellEnd"/>
      <w:r>
        <w:t xml:space="preserve">: 1 </w:t>
      </w:r>
      <w:proofErr w:type="spellStart"/>
      <w:r>
        <w:t>nosinė</w:t>
      </w:r>
      <w:proofErr w:type="spellEnd"/>
      <w:r>
        <w:t xml:space="preserve"> (</w:t>
      </w:r>
      <w:proofErr w:type="spellStart"/>
      <w:r>
        <w:t>arba</w:t>
      </w:r>
      <w:proofErr w:type="spellEnd"/>
      <w:r>
        <w:t xml:space="preserve"> </w:t>
      </w:r>
      <w:proofErr w:type="spellStart"/>
      <w:r>
        <w:t>nedidelis</w:t>
      </w:r>
      <w:proofErr w:type="spellEnd"/>
      <w:r>
        <w:t xml:space="preserve"> </w:t>
      </w:r>
      <w:proofErr w:type="spellStart"/>
      <w:r>
        <w:t>audinio</w:t>
      </w:r>
      <w:proofErr w:type="spellEnd"/>
      <w:r>
        <w:t xml:space="preserve"> </w:t>
      </w:r>
      <w:proofErr w:type="spellStart"/>
      <w:r>
        <w:t>gabalas</w:t>
      </w:r>
      <w:proofErr w:type="spellEnd"/>
      <w:r>
        <w:t>)</w:t>
      </w:r>
    </w:p>
    <w:p w14:paraId="72BC5714" w14:textId="77777777" w:rsidR="00DF58E7" w:rsidRDefault="00DF58E7" w:rsidP="00DF58E7">
      <w:pPr>
        <w:pStyle w:val="prastasiniatinklio"/>
      </w:pPr>
      <w:proofErr w:type="spellStart"/>
      <w:r>
        <w:t>Žaidimo</w:t>
      </w:r>
      <w:proofErr w:type="spellEnd"/>
      <w:r>
        <w:t xml:space="preserve"> </w:t>
      </w:r>
      <w:proofErr w:type="spellStart"/>
      <w:r>
        <w:t>taisyklės</w:t>
      </w:r>
      <w:proofErr w:type="spellEnd"/>
      <w:r>
        <w:t>:</w:t>
      </w:r>
    </w:p>
    <w:p w14:paraId="3E6595AC" w14:textId="77777777" w:rsidR="00DF58E7" w:rsidRDefault="00DF58E7" w:rsidP="00DF58E7">
      <w:pPr>
        <w:pStyle w:val="prastasiniatinklio"/>
      </w:pPr>
      <w:proofErr w:type="spellStart"/>
      <w:r>
        <w:t>Komandų</w:t>
      </w:r>
      <w:proofErr w:type="spellEnd"/>
      <w:r>
        <w:t xml:space="preserve"> </w:t>
      </w:r>
      <w:proofErr w:type="spellStart"/>
      <w:r>
        <w:t>sudarymas</w:t>
      </w:r>
      <w:proofErr w:type="spellEnd"/>
      <w:r>
        <w:t>:</w:t>
      </w:r>
    </w:p>
    <w:p w14:paraId="5A2BC79E" w14:textId="77777777" w:rsidR="00DF58E7" w:rsidRDefault="00DF58E7" w:rsidP="00DF58E7">
      <w:pPr>
        <w:pStyle w:val="prastasiniatinklio"/>
      </w:pPr>
      <w:proofErr w:type="spellStart"/>
      <w:r>
        <w:t>Žaidėjai</w:t>
      </w:r>
      <w:proofErr w:type="spellEnd"/>
      <w:r>
        <w:t xml:space="preserve"> </w:t>
      </w:r>
      <w:proofErr w:type="spellStart"/>
      <w:r>
        <w:t>turi</w:t>
      </w:r>
      <w:proofErr w:type="spellEnd"/>
      <w:r>
        <w:t xml:space="preserve"> </w:t>
      </w:r>
      <w:proofErr w:type="spellStart"/>
      <w:r>
        <w:t>būti</w:t>
      </w:r>
      <w:proofErr w:type="spellEnd"/>
      <w:r>
        <w:t xml:space="preserve"> </w:t>
      </w:r>
      <w:proofErr w:type="spellStart"/>
      <w:r>
        <w:t>suskirstyti</w:t>
      </w:r>
      <w:proofErr w:type="spellEnd"/>
      <w:r>
        <w:t xml:space="preserve"> į dvi </w:t>
      </w:r>
      <w:proofErr w:type="spellStart"/>
      <w:r>
        <w:t>lygias</w:t>
      </w:r>
      <w:proofErr w:type="spellEnd"/>
      <w:r>
        <w:t xml:space="preserve"> </w:t>
      </w:r>
      <w:proofErr w:type="spellStart"/>
      <w:proofErr w:type="gramStart"/>
      <w:r>
        <w:t>komandas.Komandos</w:t>
      </w:r>
      <w:proofErr w:type="spellEnd"/>
      <w:proofErr w:type="gramEnd"/>
      <w:r>
        <w:t xml:space="preserve"> </w:t>
      </w:r>
      <w:proofErr w:type="spellStart"/>
      <w:r>
        <w:t>išsirikiuoja</w:t>
      </w:r>
      <w:proofErr w:type="spellEnd"/>
      <w:r>
        <w:t xml:space="preserve"> </w:t>
      </w:r>
      <w:proofErr w:type="spellStart"/>
      <w:r>
        <w:t>viena</w:t>
      </w:r>
      <w:proofErr w:type="spellEnd"/>
      <w:r>
        <w:t xml:space="preserve"> </w:t>
      </w:r>
      <w:proofErr w:type="spellStart"/>
      <w:r>
        <w:t>priešais</w:t>
      </w:r>
      <w:proofErr w:type="spellEnd"/>
      <w:r>
        <w:t xml:space="preserve"> </w:t>
      </w:r>
      <w:proofErr w:type="spellStart"/>
      <w:r>
        <w:t>kitą</w:t>
      </w:r>
      <w:proofErr w:type="spellEnd"/>
      <w:r>
        <w:t xml:space="preserve">, </w:t>
      </w:r>
      <w:proofErr w:type="spellStart"/>
      <w:r>
        <w:t>išlaikydamos</w:t>
      </w:r>
      <w:proofErr w:type="spellEnd"/>
      <w:r>
        <w:t xml:space="preserve"> </w:t>
      </w:r>
      <w:proofErr w:type="spellStart"/>
      <w:r>
        <w:t>maždaug</w:t>
      </w:r>
      <w:proofErr w:type="spellEnd"/>
      <w:r>
        <w:t xml:space="preserve"> 5–10 </w:t>
      </w:r>
      <w:proofErr w:type="spellStart"/>
      <w:r>
        <w:t>metrų</w:t>
      </w:r>
      <w:proofErr w:type="spellEnd"/>
      <w:r>
        <w:t xml:space="preserve"> </w:t>
      </w:r>
      <w:proofErr w:type="spellStart"/>
      <w:r>
        <w:t>atstumą</w:t>
      </w:r>
      <w:proofErr w:type="spellEnd"/>
      <w:r>
        <w:t xml:space="preserve"> tarp </w:t>
      </w:r>
      <w:proofErr w:type="spellStart"/>
      <w:r>
        <w:t>jų</w:t>
      </w:r>
      <w:proofErr w:type="spellEnd"/>
      <w:r>
        <w:t>.</w:t>
      </w:r>
    </w:p>
    <w:p w14:paraId="5C95D3F6" w14:textId="77777777" w:rsidR="00DF58E7" w:rsidRDefault="00DF58E7" w:rsidP="00DF58E7">
      <w:pPr>
        <w:pStyle w:val="prastasiniatinklio"/>
      </w:pPr>
      <w:r>
        <w:t xml:space="preserve">Kaip </w:t>
      </w:r>
      <w:proofErr w:type="spellStart"/>
      <w:r>
        <w:t>žaisti</w:t>
      </w:r>
      <w:proofErr w:type="spellEnd"/>
      <w:r>
        <w:t>:</w:t>
      </w:r>
    </w:p>
    <w:p w14:paraId="7AF15CDB" w14:textId="77777777" w:rsidR="00DF58E7" w:rsidRDefault="00DF58E7" w:rsidP="00DF58E7">
      <w:pPr>
        <w:pStyle w:val="prastasiniatinklio"/>
      </w:pPr>
      <w:proofErr w:type="spellStart"/>
      <w:r>
        <w:t>Žaidėjams</w:t>
      </w:r>
      <w:proofErr w:type="spellEnd"/>
      <w:r>
        <w:t xml:space="preserve"> </w:t>
      </w:r>
      <w:proofErr w:type="spellStart"/>
      <w:r>
        <w:t>priskirti</w:t>
      </w:r>
      <w:proofErr w:type="spellEnd"/>
      <w:r>
        <w:t xml:space="preserve"> </w:t>
      </w:r>
      <w:proofErr w:type="spellStart"/>
      <w:r>
        <w:t>numerius</w:t>
      </w:r>
      <w:proofErr w:type="spellEnd"/>
      <w:r>
        <w:t xml:space="preserve">: </w:t>
      </w:r>
      <w:proofErr w:type="spellStart"/>
      <w:r>
        <w:t>kiekvienam</w:t>
      </w:r>
      <w:proofErr w:type="spellEnd"/>
      <w:r>
        <w:t xml:space="preserve"> </w:t>
      </w:r>
      <w:proofErr w:type="spellStart"/>
      <w:r>
        <w:t>komandos</w:t>
      </w:r>
      <w:proofErr w:type="spellEnd"/>
      <w:r>
        <w:t xml:space="preserve"> </w:t>
      </w:r>
      <w:proofErr w:type="spellStart"/>
      <w:r>
        <w:t>žaidėjui</w:t>
      </w:r>
      <w:proofErr w:type="spellEnd"/>
      <w:r>
        <w:t xml:space="preserve"> </w:t>
      </w:r>
      <w:proofErr w:type="spellStart"/>
      <w:r>
        <w:t>priskirkite</w:t>
      </w:r>
      <w:proofErr w:type="spellEnd"/>
      <w:r>
        <w:t xml:space="preserve"> </w:t>
      </w:r>
      <w:proofErr w:type="spellStart"/>
      <w:r>
        <w:t>skirtingą</w:t>
      </w:r>
      <w:proofErr w:type="spellEnd"/>
      <w:r>
        <w:t xml:space="preserve"> </w:t>
      </w:r>
      <w:proofErr w:type="spellStart"/>
      <w:r>
        <w:t>numerį</w:t>
      </w:r>
      <w:proofErr w:type="spellEnd"/>
      <w:r>
        <w:t xml:space="preserve">, </w:t>
      </w:r>
      <w:proofErr w:type="spellStart"/>
      <w:r>
        <w:t>užtikrindami</w:t>
      </w:r>
      <w:proofErr w:type="spellEnd"/>
      <w:r>
        <w:t xml:space="preserve">, </w:t>
      </w:r>
      <w:proofErr w:type="spellStart"/>
      <w:r>
        <w:t>kad</w:t>
      </w:r>
      <w:proofErr w:type="spellEnd"/>
      <w:r>
        <w:t xml:space="preserve"> </w:t>
      </w:r>
      <w:proofErr w:type="spellStart"/>
      <w:r>
        <w:t>priešininkų</w:t>
      </w:r>
      <w:proofErr w:type="spellEnd"/>
      <w:r>
        <w:t xml:space="preserve"> </w:t>
      </w:r>
      <w:proofErr w:type="spellStart"/>
      <w:r>
        <w:t>žaidėjai</w:t>
      </w:r>
      <w:proofErr w:type="spellEnd"/>
      <w:r>
        <w:t xml:space="preserve"> </w:t>
      </w:r>
      <w:proofErr w:type="spellStart"/>
      <w:r>
        <w:t>turėtų</w:t>
      </w:r>
      <w:proofErr w:type="spellEnd"/>
      <w:r>
        <w:t xml:space="preserve"> </w:t>
      </w:r>
      <w:proofErr w:type="spellStart"/>
      <w:r>
        <w:t>tuos</w:t>
      </w:r>
      <w:proofErr w:type="spellEnd"/>
      <w:r>
        <w:t xml:space="preserve"> </w:t>
      </w:r>
      <w:proofErr w:type="spellStart"/>
      <w:r>
        <w:t>pačius</w:t>
      </w:r>
      <w:proofErr w:type="spellEnd"/>
      <w:r>
        <w:t xml:space="preserve"> </w:t>
      </w:r>
      <w:proofErr w:type="spellStart"/>
      <w:r>
        <w:t>numerius</w:t>
      </w:r>
      <w:proofErr w:type="spellEnd"/>
      <w:r>
        <w:t>.</w:t>
      </w:r>
    </w:p>
    <w:p w14:paraId="18842B42" w14:textId="7DCC25A1" w:rsidR="00DF58E7" w:rsidRDefault="00DF58E7" w:rsidP="00DF58E7">
      <w:pPr>
        <w:pStyle w:val="prastasiniatinklio"/>
      </w:pPr>
      <w:proofErr w:type="spellStart"/>
      <w:r>
        <w:t>Padėkite</w:t>
      </w:r>
      <w:proofErr w:type="spellEnd"/>
      <w:r>
        <w:t xml:space="preserve"> </w:t>
      </w:r>
      <w:proofErr w:type="spellStart"/>
      <w:r>
        <w:t>skaraitę</w:t>
      </w:r>
      <w:proofErr w:type="spellEnd"/>
      <w:r>
        <w:t xml:space="preserve">: </w:t>
      </w:r>
      <w:proofErr w:type="spellStart"/>
      <w:r>
        <w:t>Padėkite</w:t>
      </w:r>
      <w:proofErr w:type="spellEnd"/>
      <w:r>
        <w:t xml:space="preserve"> </w:t>
      </w:r>
      <w:proofErr w:type="spellStart"/>
      <w:r>
        <w:t>skaraitę</w:t>
      </w:r>
      <w:proofErr w:type="spellEnd"/>
      <w:r>
        <w:t xml:space="preserve"> tarp </w:t>
      </w:r>
      <w:proofErr w:type="spellStart"/>
      <w:r>
        <w:t>dviejų</w:t>
      </w:r>
      <w:proofErr w:type="spellEnd"/>
      <w:r>
        <w:t xml:space="preserve"> </w:t>
      </w:r>
      <w:proofErr w:type="spellStart"/>
      <w:r>
        <w:t>komandų</w:t>
      </w:r>
      <w:proofErr w:type="spellEnd"/>
      <w:r>
        <w:t xml:space="preserve"> </w:t>
      </w:r>
      <w:proofErr w:type="spellStart"/>
      <w:r>
        <w:t>viduryje</w:t>
      </w:r>
      <w:proofErr w:type="spellEnd"/>
      <w:r>
        <w:t>.</w:t>
      </w:r>
    </w:p>
    <w:p w14:paraId="217C3375" w14:textId="77777777" w:rsidR="00DF58E7" w:rsidRDefault="00DF58E7" w:rsidP="00DF58E7">
      <w:pPr>
        <w:pStyle w:val="prastasiniatinklio"/>
      </w:pPr>
      <w:r>
        <w:t>„</w:t>
      </w:r>
      <w:proofErr w:type="spellStart"/>
      <w:proofErr w:type="gramStart"/>
      <w:r>
        <w:t>Teisėjas</w:t>
      </w:r>
      <w:proofErr w:type="spellEnd"/>
      <w:r>
        <w:t xml:space="preserve">“ </w:t>
      </w:r>
      <w:proofErr w:type="spellStart"/>
      <w:r>
        <w:t>stovi</w:t>
      </w:r>
      <w:proofErr w:type="spellEnd"/>
      <w:proofErr w:type="gramEnd"/>
      <w:r>
        <w:t xml:space="preserve"> </w:t>
      </w:r>
      <w:proofErr w:type="spellStart"/>
      <w:r>
        <w:t>viduryje</w:t>
      </w:r>
      <w:proofErr w:type="spellEnd"/>
      <w:r>
        <w:t xml:space="preserve">, </w:t>
      </w:r>
      <w:proofErr w:type="spellStart"/>
      <w:r>
        <w:t>laikydamas</w:t>
      </w:r>
      <w:proofErr w:type="spellEnd"/>
      <w:r>
        <w:t xml:space="preserve"> </w:t>
      </w:r>
      <w:proofErr w:type="spellStart"/>
      <w:r>
        <w:t>skaraitę</w:t>
      </w:r>
      <w:proofErr w:type="spellEnd"/>
      <w:r>
        <w:t>.</w:t>
      </w:r>
    </w:p>
    <w:p w14:paraId="34CED6FD" w14:textId="77777777" w:rsidR="00DF58E7" w:rsidRDefault="00DF58E7" w:rsidP="00DF58E7">
      <w:pPr>
        <w:pStyle w:val="prastasiniatinklio"/>
      </w:pPr>
      <w:proofErr w:type="spellStart"/>
      <w:r>
        <w:t>Žaidimas</w:t>
      </w:r>
      <w:proofErr w:type="spellEnd"/>
      <w:r>
        <w:t xml:space="preserve">: </w:t>
      </w:r>
      <w:proofErr w:type="spellStart"/>
      <w:r>
        <w:t>Teisėjas</w:t>
      </w:r>
      <w:proofErr w:type="spellEnd"/>
      <w:r>
        <w:t xml:space="preserve"> </w:t>
      </w:r>
      <w:proofErr w:type="spellStart"/>
      <w:r>
        <w:t>garsiai</w:t>
      </w:r>
      <w:proofErr w:type="spellEnd"/>
      <w:r>
        <w:t xml:space="preserve"> </w:t>
      </w:r>
      <w:proofErr w:type="spellStart"/>
      <w:r>
        <w:t>iššaukia</w:t>
      </w:r>
      <w:proofErr w:type="spellEnd"/>
      <w:r>
        <w:t xml:space="preserve"> </w:t>
      </w:r>
      <w:proofErr w:type="spellStart"/>
      <w:r>
        <w:t>numerį</w:t>
      </w:r>
      <w:proofErr w:type="spellEnd"/>
      <w:r>
        <w:t xml:space="preserve">, </w:t>
      </w:r>
      <w:proofErr w:type="spellStart"/>
      <w:r>
        <w:t>kad</w:t>
      </w:r>
      <w:proofErr w:type="spellEnd"/>
      <w:r>
        <w:t xml:space="preserve"> </w:t>
      </w:r>
      <w:proofErr w:type="spellStart"/>
      <w:r>
        <w:t>visi</w:t>
      </w:r>
      <w:proofErr w:type="spellEnd"/>
      <w:r>
        <w:t xml:space="preserve"> </w:t>
      </w:r>
      <w:proofErr w:type="spellStart"/>
      <w:r>
        <w:t>girdėtų</w:t>
      </w:r>
      <w:proofErr w:type="spellEnd"/>
      <w:r>
        <w:t>.</w:t>
      </w:r>
    </w:p>
    <w:p w14:paraId="7E1A6652" w14:textId="57B847D6" w:rsidR="00DF58E7" w:rsidRDefault="00DF58E7" w:rsidP="00DF58E7">
      <w:pPr>
        <w:pStyle w:val="prastasiniatinklio"/>
      </w:pPr>
      <w:proofErr w:type="spellStart"/>
      <w:r>
        <w:t>Kiekvienos</w:t>
      </w:r>
      <w:proofErr w:type="spellEnd"/>
      <w:r>
        <w:t xml:space="preserve"> </w:t>
      </w:r>
      <w:proofErr w:type="spellStart"/>
      <w:r>
        <w:t>komandos</w:t>
      </w:r>
      <w:proofErr w:type="spellEnd"/>
      <w:r>
        <w:t xml:space="preserve"> </w:t>
      </w:r>
      <w:proofErr w:type="spellStart"/>
      <w:r>
        <w:t>žaidėjai</w:t>
      </w:r>
      <w:proofErr w:type="spellEnd"/>
      <w:r>
        <w:t xml:space="preserve">, </w:t>
      </w:r>
      <w:proofErr w:type="spellStart"/>
      <w:r>
        <w:t>kurių</w:t>
      </w:r>
      <w:proofErr w:type="spellEnd"/>
      <w:r>
        <w:t xml:space="preserve"> </w:t>
      </w:r>
      <w:proofErr w:type="spellStart"/>
      <w:r>
        <w:t>numeriai</w:t>
      </w:r>
      <w:proofErr w:type="spellEnd"/>
      <w:r>
        <w:t xml:space="preserve"> </w:t>
      </w:r>
      <w:proofErr w:type="spellStart"/>
      <w:r>
        <w:t>atitinka</w:t>
      </w:r>
      <w:proofErr w:type="spellEnd"/>
      <w:r>
        <w:t xml:space="preserve"> </w:t>
      </w:r>
      <w:proofErr w:type="spellStart"/>
      <w:r>
        <w:t>iššauktą</w:t>
      </w:r>
      <w:proofErr w:type="spellEnd"/>
      <w:r>
        <w:t xml:space="preserve"> </w:t>
      </w:r>
      <w:proofErr w:type="spellStart"/>
      <w:r>
        <w:t>numerį</w:t>
      </w:r>
      <w:proofErr w:type="spellEnd"/>
      <w:r>
        <w:t xml:space="preserve">, </w:t>
      </w:r>
      <w:proofErr w:type="spellStart"/>
      <w:r>
        <w:t>bėga</w:t>
      </w:r>
      <w:proofErr w:type="spellEnd"/>
      <w:r>
        <w:t xml:space="preserve"> į </w:t>
      </w:r>
      <w:proofErr w:type="spellStart"/>
      <w:r>
        <w:t>vidurį</w:t>
      </w:r>
      <w:proofErr w:type="spellEnd"/>
      <w:r>
        <w:t xml:space="preserve">, </w:t>
      </w:r>
      <w:proofErr w:type="spellStart"/>
      <w:r>
        <w:t>kad</w:t>
      </w:r>
      <w:proofErr w:type="spellEnd"/>
      <w:r>
        <w:t xml:space="preserve"> </w:t>
      </w:r>
      <w:proofErr w:type="spellStart"/>
      <w:r>
        <w:t>paimtų</w:t>
      </w:r>
      <w:proofErr w:type="spellEnd"/>
      <w:r>
        <w:t xml:space="preserve"> </w:t>
      </w:r>
      <w:proofErr w:type="spellStart"/>
      <w:r>
        <w:t>skaraitę</w:t>
      </w:r>
      <w:proofErr w:type="spellEnd"/>
      <w:r>
        <w:t>.</w:t>
      </w:r>
    </w:p>
    <w:p w14:paraId="3A4F1B2E" w14:textId="77777777" w:rsidR="00DF58E7" w:rsidRDefault="00DF58E7" w:rsidP="00DF58E7">
      <w:pPr>
        <w:pStyle w:val="prastasiniatinklio"/>
      </w:pPr>
      <w:proofErr w:type="spellStart"/>
      <w:r>
        <w:t>Pergalė</w:t>
      </w:r>
      <w:proofErr w:type="spellEnd"/>
      <w:r>
        <w:t xml:space="preserve"> </w:t>
      </w:r>
      <w:proofErr w:type="spellStart"/>
      <w:r>
        <w:t>žaidime</w:t>
      </w:r>
      <w:proofErr w:type="spellEnd"/>
      <w:r>
        <w:t>:</w:t>
      </w:r>
    </w:p>
    <w:p w14:paraId="07D28DDA" w14:textId="77777777" w:rsidR="00DF58E7" w:rsidRDefault="00DF58E7" w:rsidP="00DF58E7">
      <w:pPr>
        <w:pStyle w:val="prastasiniatinklio"/>
      </w:pPr>
      <w:proofErr w:type="spellStart"/>
      <w:r>
        <w:t>Žaidimas</w:t>
      </w:r>
      <w:proofErr w:type="spellEnd"/>
      <w:r>
        <w:t xml:space="preserve"> </w:t>
      </w:r>
      <w:proofErr w:type="spellStart"/>
      <w:r>
        <w:t>tęsiamas</w:t>
      </w:r>
      <w:proofErr w:type="spellEnd"/>
      <w:r>
        <w:t xml:space="preserve"> </w:t>
      </w:r>
      <w:proofErr w:type="spellStart"/>
      <w:r>
        <w:t>tol</w:t>
      </w:r>
      <w:proofErr w:type="spellEnd"/>
      <w:r>
        <w:t xml:space="preserve">, </w:t>
      </w:r>
      <w:proofErr w:type="spellStart"/>
      <w:r>
        <w:t>kol</w:t>
      </w:r>
      <w:proofErr w:type="spellEnd"/>
      <w:r>
        <w:t xml:space="preserve"> </w:t>
      </w:r>
      <w:proofErr w:type="spellStart"/>
      <w:r>
        <w:t>dalyvauja</w:t>
      </w:r>
      <w:proofErr w:type="spellEnd"/>
      <w:r>
        <w:t xml:space="preserve"> </w:t>
      </w:r>
      <w:proofErr w:type="spellStart"/>
      <w:r>
        <w:t>visi</w:t>
      </w:r>
      <w:proofErr w:type="spellEnd"/>
      <w:r>
        <w:t xml:space="preserve"> </w:t>
      </w:r>
      <w:proofErr w:type="spellStart"/>
      <w:r>
        <w:t>žaidėjai</w:t>
      </w:r>
      <w:proofErr w:type="spellEnd"/>
      <w:r>
        <w:t xml:space="preserve"> </w:t>
      </w:r>
      <w:proofErr w:type="spellStart"/>
      <w:r>
        <w:t>arba</w:t>
      </w:r>
      <w:proofErr w:type="spellEnd"/>
      <w:r>
        <w:t xml:space="preserve"> </w:t>
      </w:r>
      <w:proofErr w:type="spellStart"/>
      <w:r>
        <w:t>kol</w:t>
      </w:r>
      <w:proofErr w:type="spellEnd"/>
      <w:r>
        <w:t xml:space="preserve"> </w:t>
      </w:r>
      <w:proofErr w:type="spellStart"/>
      <w:r>
        <w:t>pasiekiamas</w:t>
      </w:r>
      <w:proofErr w:type="spellEnd"/>
      <w:r>
        <w:t xml:space="preserve"> </w:t>
      </w:r>
      <w:proofErr w:type="spellStart"/>
      <w:r>
        <w:t>iš</w:t>
      </w:r>
      <w:proofErr w:type="spellEnd"/>
      <w:r>
        <w:t xml:space="preserve"> </w:t>
      </w:r>
      <w:proofErr w:type="spellStart"/>
      <w:r>
        <w:t>anksto</w:t>
      </w:r>
      <w:proofErr w:type="spellEnd"/>
      <w:r>
        <w:t xml:space="preserve"> </w:t>
      </w:r>
      <w:proofErr w:type="spellStart"/>
      <w:r>
        <w:t>nustatytas</w:t>
      </w:r>
      <w:proofErr w:type="spellEnd"/>
      <w:r>
        <w:t xml:space="preserve"> </w:t>
      </w:r>
      <w:proofErr w:type="spellStart"/>
      <w:r>
        <w:t>raundų</w:t>
      </w:r>
      <w:proofErr w:type="spellEnd"/>
      <w:r>
        <w:t xml:space="preserve"> </w:t>
      </w:r>
      <w:proofErr w:type="spellStart"/>
      <w:r>
        <w:t>skaičius</w:t>
      </w:r>
      <w:proofErr w:type="spellEnd"/>
      <w:r>
        <w:t>.</w:t>
      </w:r>
    </w:p>
    <w:p w14:paraId="53A8B8C1" w14:textId="3398AB61" w:rsidR="00DF58E7" w:rsidRDefault="00DF58E7" w:rsidP="00DF58E7">
      <w:pPr>
        <w:pStyle w:val="prastasiniatinklio"/>
      </w:pPr>
      <w:proofErr w:type="spellStart"/>
      <w:r>
        <w:lastRenderedPageBreak/>
        <w:t>Komanda</w:t>
      </w:r>
      <w:proofErr w:type="spellEnd"/>
      <w:r>
        <w:t xml:space="preserve">, </w:t>
      </w:r>
      <w:proofErr w:type="spellStart"/>
      <w:r>
        <w:t>surinkusi</w:t>
      </w:r>
      <w:proofErr w:type="spellEnd"/>
      <w:r>
        <w:t xml:space="preserve"> </w:t>
      </w:r>
      <w:proofErr w:type="spellStart"/>
      <w:r>
        <w:t>daugiausiai</w:t>
      </w:r>
      <w:proofErr w:type="spellEnd"/>
      <w:r>
        <w:t xml:space="preserve"> </w:t>
      </w:r>
      <w:proofErr w:type="spellStart"/>
      <w:r>
        <w:t>taškų</w:t>
      </w:r>
      <w:proofErr w:type="spellEnd"/>
      <w:r>
        <w:t xml:space="preserve">, </w:t>
      </w:r>
      <w:proofErr w:type="spellStart"/>
      <w:r>
        <w:t>skelbiama</w:t>
      </w:r>
      <w:proofErr w:type="spellEnd"/>
      <w:r>
        <w:t xml:space="preserve"> </w:t>
      </w:r>
      <w:proofErr w:type="spellStart"/>
      <w:r>
        <w:t>nugalėtoja</w:t>
      </w:r>
      <w:proofErr w:type="spellEnd"/>
      <w:r>
        <w:t>.</w:t>
      </w:r>
    </w:p>
    <w:p w14:paraId="149828E1" w14:textId="77777777" w:rsidR="00700ACB" w:rsidRPr="00881A62" w:rsidRDefault="00BF0CF3" w:rsidP="00700ACB">
      <w:pPr>
        <w:rPr>
          <w:b/>
        </w:rPr>
      </w:pPr>
      <w:r>
        <w:rPr>
          <w:b/>
          <w:noProof/>
        </w:rPr>
        <w:drawing>
          <wp:inline distT="0" distB="0" distL="0" distR="0" wp14:anchorId="5F3D3090" wp14:editId="497CF35B">
            <wp:extent cx="3916820" cy="2172749"/>
            <wp:effectExtent l="0" t="0" r="762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ип2.png"/>
                    <pic:cNvPicPr/>
                  </pic:nvPicPr>
                  <pic:blipFill>
                    <a:blip r:embed="rId75">
                      <a:extLst>
                        <a:ext uri="{28A0092B-C50C-407E-A947-70E740481C1C}">
                          <a14:useLocalDpi xmlns:a14="http://schemas.microsoft.com/office/drawing/2010/main" val="0"/>
                        </a:ext>
                      </a:extLst>
                    </a:blip>
                    <a:stretch>
                      <a:fillRect/>
                    </a:stretch>
                  </pic:blipFill>
                  <pic:spPr>
                    <a:xfrm>
                      <a:off x="0" y="0"/>
                      <a:ext cx="3921069" cy="2175106"/>
                    </a:xfrm>
                    <a:prstGeom prst="rect">
                      <a:avLst/>
                    </a:prstGeom>
                  </pic:spPr>
                </pic:pic>
              </a:graphicData>
            </a:graphic>
          </wp:inline>
        </w:drawing>
      </w:r>
    </w:p>
    <w:p w14:paraId="2C650546" w14:textId="77777777" w:rsidR="00FA3274" w:rsidRDefault="00FA3274" w:rsidP="00700ACB">
      <w:pPr>
        <w:rPr>
          <w:b/>
          <w:lang w:val="mk-MK"/>
        </w:rPr>
      </w:pPr>
    </w:p>
    <w:p w14:paraId="3A88177C" w14:textId="77777777" w:rsidR="00FA3274" w:rsidRDefault="00FA3274" w:rsidP="00700ACB">
      <w:pPr>
        <w:rPr>
          <w:b/>
          <w:lang w:val="mk-MK"/>
        </w:rPr>
      </w:pPr>
    </w:p>
    <w:p w14:paraId="7C9875E7" w14:textId="77777777" w:rsidR="00BF37E7" w:rsidRPr="00E47A0E" w:rsidRDefault="00BF37E7" w:rsidP="00BF37E7">
      <w:pPr>
        <w:pStyle w:val="prastasiniatinklio"/>
        <w:rPr>
          <w:b/>
          <w:bCs/>
          <w:lang w:val="mk-MK"/>
        </w:rPr>
      </w:pPr>
      <w:r w:rsidRPr="00E47A0E">
        <w:rPr>
          <w:b/>
          <w:bCs/>
          <w:lang w:val="mk-MK"/>
        </w:rPr>
        <w:t>Žaidimo pavadinimas: „ZIZIROS“</w:t>
      </w:r>
    </w:p>
    <w:p w14:paraId="7FF01A79" w14:textId="77777777" w:rsidR="00BF37E7" w:rsidRPr="00BF37E7" w:rsidRDefault="00BF37E7" w:rsidP="00BF37E7">
      <w:pPr>
        <w:pStyle w:val="prastasiniatinklio"/>
        <w:rPr>
          <w:lang w:val="mk-MK"/>
        </w:rPr>
      </w:pPr>
      <w:r w:rsidRPr="00BF37E7">
        <w:rPr>
          <w:lang w:val="mk-MK"/>
        </w:rPr>
        <w:t>Žaidėjų skaičius: mažiausiai 3, daugiausiai 10</w:t>
      </w:r>
    </w:p>
    <w:p w14:paraId="393498F5" w14:textId="77777777" w:rsidR="00BF37E7" w:rsidRPr="00BF37E7" w:rsidRDefault="00BF37E7" w:rsidP="00BF37E7">
      <w:pPr>
        <w:pStyle w:val="prastasiniatinklio"/>
        <w:rPr>
          <w:lang w:val="mk-MK"/>
        </w:rPr>
      </w:pPr>
      <w:r w:rsidRPr="00BF37E7">
        <w:rPr>
          <w:lang w:val="mk-MK"/>
        </w:rPr>
        <w:t>Reikmenys: 1 mažas rankšluostis (nebūtinas)</w:t>
      </w:r>
    </w:p>
    <w:p w14:paraId="31DCB25E" w14:textId="77777777" w:rsidR="00BF37E7" w:rsidRPr="00BF37E7" w:rsidRDefault="00BF37E7" w:rsidP="00BF37E7">
      <w:pPr>
        <w:pStyle w:val="prastasiniatinklio"/>
        <w:rPr>
          <w:lang w:val="mk-MK"/>
        </w:rPr>
      </w:pPr>
      <w:r w:rsidRPr="00BF37E7">
        <w:rPr>
          <w:lang w:val="mk-MK"/>
        </w:rPr>
        <w:t>Žaidimo taisyklės:</w:t>
      </w:r>
    </w:p>
    <w:p w14:paraId="7AB37EEF" w14:textId="77777777" w:rsidR="00BF37E7" w:rsidRPr="00BF37E7" w:rsidRDefault="00BF37E7" w:rsidP="00BF37E7">
      <w:pPr>
        <w:pStyle w:val="prastasiniatinklio"/>
        <w:rPr>
          <w:lang w:val="mk-MK"/>
        </w:rPr>
      </w:pPr>
      <w:r w:rsidRPr="00BF37E7">
        <w:rPr>
          <w:lang w:val="mk-MK"/>
        </w:rPr>
        <w:t>Žaidimo paruošimas:</w:t>
      </w:r>
    </w:p>
    <w:p w14:paraId="53199F45" w14:textId="77777777" w:rsidR="00BF37E7" w:rsidRPr="00BF37E7" w:rsidRDefault="00BF37E7" w:rsidP="00BF37E7">
      <w:pPr>
        <w:pStyle w:val="prastasiniatinklio"/>
        <w:rPr>
          <w:lang w:val="mk-MK"/>
        </w:rPr>
      </w:pPr>
      <w:r w:rsidRPr="00BF37E7">
        <w:rPr>
          <w:lang w:val="mk-MK"/>
        </w:rPr>
        <w:t>Pasirinkite vieną žaidėją, kuris bus „Ziziros“.„Ziziros“ stovi nugara į kitus žaidėjus, dešine ranka uždengia akis, kad negalėtų žvilgčioti.</w:t>
      </w:r>
    </w:p>
    <w:p w14:paraId="18FFEB11" w14:textId="77777777" w:rsidR="00BF37E7" w:rsidRPr="00BF37E7" w:rsidRDefault="00BF37E7" w:rsidP="00BF37E7">
      <w:pPr>
        <w:pStyle w:val="prastasiniatinklio"/>
        <w:rPr>
          <w:lang w:val="mk-MK"/>
        </w:rPr>
      </w:pPr>
      <w:r w:rsidRPr="00BF37E7">
        <w:rPr>
          <w:lang w:val="mk-MK"/>
        </w:rPr>
        <w:t>Kairę ranką padeda po dešine pažastimi, kairę delną atveria ir nukreipia į išorę.</w:t>
      </w:r>
    </w:p>
    <w:p w14:paraId="2CE9AC37" w14:textId="77777777" w:rsidR="00BF37E7" w:rsidRPr="00BF37E7" w:rsidRDefault="00BF37E7" w:rsidP="00BF37E7">
      <w:pPr>
        <w:pStyle w:val="prastasiniatinklio"/>
        <w:rPr>
          <w:lang w:val="mk-MK"/>
        </w:rPr>
      </w:pPr>
      <w:r w:rsidRPr="00BF37E7">
        <w:rPr>
          <w:lang w:val="mk-MK"/>
        </w:rPr>
        <w:t>Kaip žaisti:Kiti žaidėjai susidaro eilę už „Ziziros“.</w:t>
      </w:r>
    </w:p>
    <w:p w14:paraId="1B8086EF" w14:textId="77777777" w:rsidR="00BF37E7" w:rsidRPr="00BF37E7" w:rsidRDefault="00BF37E7" w:rsidP="00BF37E7">
      <w:pPr>
        <w:pStyle w:val="prastasiniatinklio"/>
        <w:rPr>
          <w:lang w:val="mk-MK"/>
        </w:rPr>
      </w:pPr>
      <w:r w:rsidRPr="00BF37E7">
        <w:rPr>
          <w:lang w:val="mk-MK"/>
        </w:rPr>
        <w:t>Vienas žaidėjas švelniai paliečia „Ziziros“ atvirą kairę delną ir greitai grįžta į savo vietą eilėje.</w:t>
      </w:r>
    </w:p>
    <w:p w14:paraId="2CC54735" w14:textId="77777777" w:rsidR="00BF37E7" w:rsidRPr="00BF37E7" w:rsidRDefault="00BF37E7" w:rsidP="00BF37E7">
      <w:pPr>
        <w:pStyle w:val="prastasiniatinklio"/>
        <w:rPr>
          <w:lang w:val="mk-MK"/>
        </w:rPr>
      </w:pPr>
      <w:r w:rsidRPr="00BF37E7">
        <w:rPr>
          <w:lang w:val="mk-MK"/>
        </w:rPr>
        <w:t>Tada visi žaidėjai skanduoja „ZZZZZZZZ“, sukdami rankas vietoje, kad suklaidintų „Ziziros“.„Ziziros“ apsisuka ir bando atspėti, kuris žaidėjas palietė jo delną.</w:t>
      </w:r>
    </w:p>
    <w:p w14:paraId="27498190" w14:textId="77777777" w:rsidR="00BF37E7" w:rsidRPr="00BF37E7" w:rsidRDefault="00BF37E7" w:rsidP="00BF37E7">
      <w:pPr>
        <w:pStyle w:val="prastasiniatinklio"/>
        <w:rPr>
          <w:lang w:val="mk-MK"/>
        </w:rPr>
      </w:pPr>
      <w:r w:rsidRPr="00BF37E7">
        <w:rPr>
          <w:lang w:val="mk-MK"/>
        </w:rPr>
        <w:t>Jei „Ziziros“ atspėja teisingai, atspėtas žaidėjas tampa naujuoju „It“.</w:t>
      </w:r>
    </w:p>
    <w:p w14:paraId="49FC4BD3" w14:textId="77777777" w:rsidR="00BF37E7" w:rsidRPr="00BF37E7" w:rsidRDefault="00BF37E7" w:rsidP="00BF37E7">
      <w:pPr>
        <w:pStyle w:val="prastasiniatinklio"/>
        <w:rPr>
          <w:lang w:val="mk-MK"/>
        </w:rPr>
      </w:pPr>
      <w:r w:rsidRPr="00BF37E7">
        <w:rPr>
          <w:lang w:val="mk-MK"/>
        </w:rPr>
        <w:t>Jei „Ziziros“ atspėja neteisingai, jis lieka „It“ kitam raundui.</w:t>
      </w:r>
    </w:p>
    <w:p w14:paraId="030406B9" w14:textId="77777777" w:rsidR="00E47A0E" w:rsidRPr="00E47A0E" w:rsidRDefault="00E47A0E" w:rsidP="00E47A0E">
      <w:pPr>
        <w:pStyle w:val="prastasiniatinklio"/>
        <w:rPr>
          <w:lang w:val="mk-MK"/>
        </w:rPr>
      </w:pPr>
      <w:r w:rsidRPr="00E47A0E">
        <w:rPr>
          <w:lang w:val="mk-MK"/>
        </w:rPr>
        <w:t>Galimas variantas:</w:t>
      </w:r>
    </w:p>
    <w:p w14:paraId="4C82AC11" w14:textId="77777777" w:rsidR="00E47A0E" w:rsidRPr="00E47A0E" w:rsidRDefault="00E47A0E" w:rsidP="00E47A0E">
      <w:pPr>
        <w:pStyle w:val="prastasiniatinklio"/>
        <w:rPr>
          <w:lang w:val="mk-MK"/>
        </w:rPr>
      </w:pPr>
      <w:r w:rsidRPr="00E47A0E">
        <w:rPr>
          <w:lang w:val="mk-MK"/>
        </w:rPr>
        <w:t>Norėdami padidinti sudėtingumą, žaidėjai gali naudoti nosinę arba mažą skudurėlį, kad smogtų „Ziziros“ delnui, taip apsunkindami užpuoliko atpažinimą.</w:t>
      </w:r>
    </w:p>
    <w:p w14:paraId="4D7401B2" w14:textId="77777777" w:rsidR="000867F6" w:rsidRDefault="000867F6" w:rsidP="00700ACB">
      <w:pPr>
        <w:rPr>
          <w:lang w:val="mk-MK"/>
        </w:rPr>
      </w:pPr>
    </w:p>
    <w:p w14:paraId="7671E29A" w14:textId="77777777" w:rsidR="00700ACB" w:rsidRDefault="00BF0CF3" w:rsidP="00700ACB">
      <w:r>
        <w:rPr>
          <w:noProof/>
        </w:rPr>
        <w:drawing>
          <wp:inline distT="0" distB="0" distL="0" distR="0" wp14:anchorId="5990CB3D" wp14:editId="22D1D38E">
            <wp:extent cx="4937760" cy="274320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ип3.png"/>
                    <pic:cNvPicPr/>
                  </pic:nvPicPr>
                  <pic:blipFill>
                    <a:blip r:embed="rId76">
                      <a:extLst>
                        <a:ext uri="{28A0092B-C50C-407E-A947-70E740481C1C}">
                          <a14:useLocalDpi xmlns:a14="http://schemas.microsoft.com/office/drawing/2010/main" val="0"/>
                        </a:ext>
                      </a:extLst>
                    </a:blip>
                    <a:stretch>
                      <a:fillRect/>
                    </a:stretch>
                  </pic:blipFill>
                  <pic:spPr>
                    <a:xfrm>
                      <a:off x="0" y="0"/>
                      <a:ext cx="4930772" cy="2739318"/>
                    </a:xfrm>
                    <a:prstGeom prst="rect">
                      <a:avLst/>
                    </a:prstGeom>
                  </pic:spPr>
                </pic:pic>
              </a:graphicData>
            </a:graphic>
          </wp:inline>
        </w:drawing>
      </w:r>
    </w:p>
    <w:p w14:paraId="0A0F1F17" w14:textId="77777777" w:rsidR="00A35398" w:rsidRDefault="00A35398" w:rsidP="00700ACB">
      <w:pPr>
        <w:rPr>
          <w:b/>
          <w:lang w:val="mk-MK"/>
        </w:rPr>
      </w:pPr>
    </w:p>
    <w:p w14:paraId="67470AF8" w14:textId="77777777" w:rsidR="002B1331" w:rsidRPr="002B1331" w:rsidRDefault="002B1331" w:rsidP="002B1331">
      <w:pPr>
        <w:pStyle w:val="prastasiniatinklio"/>
        <w:rPr>
          <w:b/>
          <w:bCs/>
          <w:lang w:val="mk-MK"/>
        </w:rPr>
      </w:pPr>
      <w:r w:rsidRPr="002B1331">
        <w:rPr>
          <w:b/>
          <w:bCs/>
          <w:lang w:val="mk-MK"/>
        </w:rPr>
        <w:t>Žaidimo pavadinimas: Aklasis žmogus</w:t>
      </w:r>
    </w:p>
    <w:p w14:paraId="2B7CBD3D" w14:textId="77777777" w:rsidR="002B1331" w:rsidRPr="002B1331" w:rsidRDefault="002B1331" w:rsidP="002B1331">
      <w:pPr>
        <w:pStyle w:val="prastasiniatinklio"/>
        <w:rPr>
          <w:lang w:val="mk-MK"/>
        </w:rPr>
      </w:pPr>
      <w:r w:rsidRPr="002B1331">
        <w:rPr>
          <w:lang w:val="mk-MK"/>
        </w:rPr>
        <w:t>Žaidėjų skaičius: mažiausiai 3, daugiausiai – neribotas</w:t>
      </w:r>
    </w:p>
    <w:p w14:paraId="6B748B46" w14:textId="77777777" w:rsidR="002B1331" w:rsidRPr="002B1331" w:rsidRDefault="002B1331" w:rsidP="002B1331">
      <w:pPr>
        <w:pStyle w:val="prastasiniatinklio"/>
        <w:rPr>
          <w:lang w:val="mk-MK"/>
        </w:rPr>
      </w:pPr>
      <w:r w:rsidRPr="002B1331">
        <w:rPr>
          <w:lang w:val="mk-MK"/>
        </w:rPr>
        <w:t>Reikalingos priemonės: 1 audinio gabalas arba skara, kad užrišti žaidėjams akis.Žaidimo eiga:</w:t>
      </w:r>
    </w:p>
    <w:p w14:paraId="710FEC85" w14:textId="77777777" w:rsidR="002B1331" w:rsidRDefault="002B1331" w:rsidP="002B1331">
      <w:pPr>
        <w:pStyle w:val="prastasiniatinklio"/>
      </w:pPr>
      <w:proofErr w:type="spellStart"/>
      <w:r>
        <w:t>Pasirinkite</w:t>
      </w:r>
      <w:proofErr w:type="spellEnd"/>
      <w:r>
        <w:t xml:space="preserve"> </w:t>
      </w:r>
      <w:proofErr w:type="spellStart"/>
      <w:r>
        <w:t>vieną</w:t>
      </w:r>
      <w:proofErr w:type="spellEnd"/>
      <w:r>
        <w:t xml:space="preserve"> </w:t>
      </w:r>
      <w:proofErr w:type="spellStart"/>
      <w:r>
        <w:t>žaidėją</w:t>
      </w:r>
      <w:proofErr w:type="spellEnd"/>
      <w:r>
        <w:t xml:space="preserve">, </w:t>
      </w:r>
      <w:proofErr w:type="spellStart"/>
      <w:r>
        <w:t>kuris</w:t>
      </w:r>
      <w:proofErr w:type="spellEnd"/>
      <w:r>
        <w:t xml:space="preserve"> bus „</w:t>
      </w:r>
      <w:proofErr w:type="spellStart"/>
      <w:r>
        <w:t>aklas</w:t>
      </w:r>
      <w:proofErr w:type="spellEnd"/>
      <w:r>
        <w:t xml:space="preserve"> </w:t>
      </w:r>
      <w:proofErr w:type="spellStart"/>
      <w:proofErr w:type="gramStart"/>
      <w:r>
        <w:t>žmogus</w:t>
      </w:r>
      <w:proofErr w:type="spellEnd"/>
      <w:r>
        <w:t>“</w:t>
      </w:r>
      <w:proofErr w:type="gramEnd"/>
      <w:r>
        <w:t>.</w:t>
      </w:r>
    </w:p>
    <w:p w14:paraId="0AF1A055" w14:textId="77777777" w:rsidR="002B1331" w:rsidRPr="002B1331" w:rsidRDefault="002B1331" w:rsidP="002B1331">
      <w:pPr>
        <w:pStyle w:val="prastasiniatinklio"/>
        <w:rPr>
          <w:lang w:val="pl-PL"/>
        </w:rPr>
      </w:pPr>
      <w:proofErr w:type="spellStart"/>
      <w:r w:rsidRPr="002B1331">
        <w:rPr>
          <w:lang w:val="pl-PL"/>
        </w:rPr>
        <w:t>Aklą</w:t>
      </w:r>
      <w:proofErr w:type="spellEnd"/>
      <w:r w:rsidRPr="002B1331">
        <w:rPr>
          <w:lang w:val="pl-PL"/>
        </w:rPr>
        <w:t xml:space="preserve"> </w:t>
      </w:r>
      <w:proofErr w:type="spellStart"/>
      <w:r w:rsidRPr="002B1331">
        <w:rPr>
          <w:lang w:val="pl-PL"/>
        </w:rPr>
        <w:t>žmogų</w:t>
      </w:r>
      <w:proofErr w:type="spellEnd"/>
      <w:r w:rsidRPr="002B1331">
        <w:rPr>
          <w:lang w:val="pl-PL"/>
        </w:rPr>
        <w:t xml:space="preserve"> </w:t>
      </w:r>
      <w:proofErr w:type="spellStart"/>
      <w:r w:rsidRPr="002B1331">
        <w:rPr>
          <w:lang w:val="pl-PL"/>
        </w:rPr>
        <w:t>saugiai</w:t>
      </w:r>
      <w:proofErr w:type="spellEnd"/>
      <w:r w:rsidRPr="002B1331">
        <w:rPr>
          <w:lang w:val="pl-PL"/>
        </w:rPr>
        <w:t xml:space="preserve"> </w:t>
      </w:r>
      <w:proofErr w:type="spellStart"/>
      <w:r w:rsidRPr="002B1331">
        <w:rPr>
          <w:lang w:val="pl-PL"/>
        </w:rPr>
        <w:t>užriškite</w:t>
      </w:r>
      <w:proofErr w:type="spellEnd"/>
      <w:r w:rsidRPr="002B1331">
        <w:rPr>
          <w:lang w:val="pl-PL"/>
        </w:rPr>
        <w:t xml:space="preserve"> </w:t>
      </w:r>
      <w:proofErr w:type="spellStart"/>
      <w:r w:rsidRPr="002B1331">
        <w:rPr>
          <w:lang w:val="pl-PL"/>
        </w:rPr>
        <w:t>skara</w:t>
      </w:r>
      <w:proofErr w:type="spellEnd"/>
      <w:r w:rsidRPr="002B1331">
        <w:rPr>
          <w:lang w:val="pl-PL"/>
        </w:rPr>
        <w:t xml:space="preserve">, </w:t>
      </w:r>
      <w:proofErr w:type="spellStart"/>
      <w:r w:rsidRPr="002B1331">
        <w:rPr>
          <w:lang w:val="pl-PL"/>
        </w:rPr>
        <w:t>kad</w:t>
      </w:r>
      <w:proofErr w:type="spellEnd"/>
      <w:r w:rsidRPr="002B1331">
        <w:rPr>
          <w:lang w:val="pl-PL"/>
        </w:rPr>
        <w:t xml:space="preserve"> </w:t>
      </w:r>
      <w:proofErr w:type="spellStart"/>
      <w:r w:rsidRPr="002B1331">
        <w:rPr>
          <w:lang w:val="pl-PL"/>
        </w:rPr>
        <w:t>jis</w:t>
      </w:r>
      <w:proofErr w:type="spellEnd"/>
      <w:r w:rsidRPr="002B1331">
        <w:rPr>
          <w:lang w:val="pl-PL"/>
        </w:rPr>
        <w:t xml:space="preserve"> </w:t>
      </w:r>
      <w:proofErr w:type="spellStart"/>
      <w:r w:rsidRPr="002B1331">
        <w:rPr>
          <w:lang w:val="pl-PL"/>
        </w:rPr>
        <w:t>nieko</w:t>
      </w:r>
      <w:proofErr w:type="spellEnd"/>
      <w:r w:rsidRPr="002B1331">
        <w:rPr>
          <w:lang w:val="pl-PL"/>
        </w:rPr>
        <w:t xml:space="preserve"> </w:t>
      </w:r>
      <w:proofErr w:type="spellStart"/>
      <w:r w:rsidRPr="002B1331">
        <w:rPr>
          <w:lang w:val="pl-PL"/>
        </w:rPr>
        <w:t>nematytų</w:t>
      </w:r>
      <w:proofErr w:type="spellEnd"/>
      <w:r w:rsidRPr="002B1331">
        <w:rPr>
          <w:lang w:val="pl-PL"/>
        </w:rPr>
        <w:t>.</w:t>
      </w:r>
    </w:p>
    <w:p w14:paraId="72A093A6" w14:textId="3D96554A" w:rsidR="002B1331" w:rsidRPr="002B1331" w:rsidRDefault="002B1331" w:rsidP="002B1331">
      <w:pPr>
        <w:pStyle w:val="prastasiniatinklio"/>
        <w:rPr>
          <w:lang w:val="pl-PL"/>
        </w:rPr>
      </w:pPr>
      <w:proofErr w:type="spellStart"/>
      <w:r w:rsidRPr="002B1331">
        <w:rPr>
          <w:lang w:val="pl-PL"/>
        </w:rPr>
        <w:t>Kiti</w:t>
      </w:r>
      <w:proofErr w:type="spellEnd"/>
      <w:r w:rsidRPr="002B1331">
        <w:rPr>
          <w:lang w:val="pl-PL"/>
        </w:rPr>
        <w:t xml:space="preserve"> </w:t>
      </w:r>
      <w:proofErr w:type="spellStart"/>
      <w:r w:rsidRPr="002B1331">
        <w:rPr>
          <w:lang w:val="pl-PL"/>
        </w:rPr>
        <w:t>žaidėjai</w:t>
      </w:r>
      <w:proofErr w:type="spellEnd"/>
      <w:r w:rsidRPr="002B1331">
        <w:rPr>
          <w:lang w:val="pl-PL"/>
        </w:rPr>
        <w:t xml:space="preserve"> </w:t>
      </w:r>
      <w:proofErr w:type="spellStart"/>
      <w:r w:rsidRPr="002B1331">
        <w:rPr>
          <w:lang w:val="pl-PL"/>
        </w:rPr>
        <w:t>susidaro</w:t>
      </w:r>
      <w:proofErr w:type="spellEnd"/>
      <w:r w:rsidRPr="002B1331">
        <w:rPr>
          <w:lang w:val="pl-PL"/>
        </w:rPr>
        <w:t xml:space="preserve"> ratą </w:t>
      </w:r>
      <w:proofErr w:type="spellStart"/>
      <w:r w:rsidRPr="002B1331">
        <w:rPr>
          <w:lang w:val="pl-PL"/>
        </w:rPr>
        <w:t>aplink</w:t>
      </w:r>
      <w:proofErr w:type="spellEnd"/>
      <w:r w:rsidRPr="002B1331">
        <w:rPr>
          <w:lang w:val="pl-PL"/>
        </w:rPr>
        <w:t xml:space="preserve"> </w:t>
      </w:r>
      <w:proofErr w:type="spellStart"/>
      <w:r w:rsidRPr="002B1331">
        <w:rPr>
          <w:lang w:val="pl-PL"/>
        </w:rPr>
        <w:t>aklą</w:t>
      </w:r>
      <w:proofErr w:type="spellEnd"/>
      <w:r w:rsidRPr="002B1331">
        <w:rPr>
          <w:lang w:val="pl-PL"/>
        </w:rPr>
        <w:t xml:space="preserve"> </w:t>
      </w:r>
      <w:proofErr w:type="spellStart"/>
      <w:r w:rsidRPr="002B1331">
        <w:rPr>
          <w:lang w:val="pl-PL"/>
        </w:rPr>
        <w:t>žmogų</w:t>
      </w:r>
      <w:proofErr w:type="spellEnd"/>
      <w:r w:rsidRPr="002B1331">
        <w:rPr>
          <w:lang w:val="pl-PL"/>
        </w:rPr>
        <w:t>.</w:t>
      </w:r>
      <w:r>
        <w:rPr>
          <w:lang w:val="pl-PL"/>
        </w:rPr>
        <w:t xml:space="preserve"> </w:t>
      </w:r>
      <w:proofErr w:type="spellStart"/>
      <w:r w:rsidRPr="002B1331">
        <w:rPr>
          <w:lang w:val="pl-PL"/>
        </w:rPr>
        <w:t>Kaip</w:t>
      </w:r>
      <w:proofErr w:type="spellEnd"/>
      <w:r w:rsidRPr="002B1331">
        <w:rPr>
          <w:lang w:val="pl-PL"/>
        </w:rPr>
        <w:t xml:space="preserve"> </w:t>
      </w:r>
      <w:proofErr w:type="spellStart"/>
      <w:r w:rsidRPr="002B1331">
        <w:rPr>
          <w:lang w:val="pl-PL"/>
        </w:rPr>
        <w:t>žaisti</w:t>
      </w:r>
      <w:proofErr w:type="spellEnd"/>
      <w:r w:rsidRPr="002B1331">
        <w:rPr>
          <w:lang w:val="pl-PL"/>
        </w:rPr>
        <w:t>:</w:t>
      </w:r>
    </w:p>
    <w:p w14:paraId="154D3F0B" w14:textId="77777777" w:rsidR="002B1331" w:rsidRPr="002B1331" w:rsidRDefault="002B1331" w:rsidP="002B1331">
      <w:pPr>
        <w:pStyle w:val="prastasiniatinklio"/>
        <w:rPr>
          <w:lang w:val="pl-PL"/>
        </w:rPr>
      </w:pPr>
      <w:proofErr w:type="spellStart"/>
      <w:r w:rsidRPr="002B1331">
        <w:rPr>
          <w:lang w:val="pl-PL"/>
        </w:rPr>
        <w:t>Žaidimas</w:t>
      </w:r>
      <w:proofErr w:type="spellEnd"/>
      <w:r w:rsidRPr="002B1331">
        <w:rPr>
          <w:lang w:val="pl-PL"/>
        </w:rPr>
        <w:t xml:space="preserve"> </w:t>
      </w:r>
      <w:proofErr w:type="spellStart"/>
      <w:r w:rsidRPr="002B1331">
        <w:rPr>
          <w:lang w:val="pl-PL"/>
        </w:rPr>
        <w:t>prasideda</w:t>
      </w:r>
      <w:proofErr w:type="spellEnd"/>
      <w:r w:rsidRPr="002B1331">
        <w:rPr>
          <w:lang w:val="pl-PL"/>
        </w:rPr>
        <w:t xml:space="preserve"> </w:t>
      </w:r>
      <w:proofErr w:type="spellStart"/>
      <w:r w:rsidRPr="002B1331">
        <w:rPr>
          <w:lang w:val="pl-PL"/>
        </w:rPr>
        <w:t>keletą</w:t>
      </w:r>
      <w:proofErr w:type="spellEnd"/>
      <w:r w:rsidRPr="002B1331">
        <w:rPr>
          <w:lang w:val="pl-PL"/>
        </w:rPr>
        <w:t xml:space="preserve"> </w:t>
      </w:r>
      <w:proofErr w:type="spellStart"/>
      <w:r w:rsidRPr="002B1331">
        <w:rPr>
          <w:lang w:val="pl-PL"/>
        </w:rPr>
        <w:t>kartų</w:t>
      </w:r>
      <w:proofErr w:type="spellEnd"/>
      <w:r w:rsidRPr="002B1331">
        <w:rPr>
          <w:lang w:val="pl-PL"/>
        </w:rPr>
        <w:t xml:space="preserve"> </w:t>
      </w:r>
      <w:proofErr w:type="spellStart"/>
      <w:r w:rsidRPr="002B1331">
        <w:rPr>
          <w:lang w:val="pl-PL"/>
        </w:rPr>
        <w:t>pasukant</w:t>
      </w:r>
      <w:proofErr w:type="spellEnd"/>
      <w:r w:rsidRPr="002B1331">
        <w:rPr>
          <w:lang w:val="pl-PL"/>
        </w:rPr>
        <w:t xml:space="preserve"> „</w:t>
      </w:r>
      <w:proofErr w:type="spellStart"/>
      <w:proofErr w:type="gramStart"/>
      <w:r w:rsidRPr="002B1331">
        <w:rPr>
          <w:lang w:val="pl-PL"/>
        </w:rPr>
        <w:t>akląjį</w:t>
      </w:r>
      <w:proofErr w:type="spellEnd"/>
      <w:r w:rsidRPr="002B1331">
        <w:rPr>
          <w:lang w:val="pl-PL"/>
        </w:rPr>
        <w:t xml:space="preserve">“ </w:t>
      </w:r>
      <w:proofErr w:type="spellStart"/>
      <w:r w:rsidRPr="002B1331">
        <w:rPr>
          <w:lang w:val="pl-PL"/>
        </w:rPr>
        <w:t>aplink</w:t>
      </w:r>
      <w:proofErr w:type="spellEnd"/>
      <w:proofErr w:type="gramEnd"/>
      <w:r w:rsidRPr="002B1331">
        <w:rPr>
          <w:lang w:val="pl-PL"/>
        </w:rPr>
        <w:t xml:space="preserve"> </w:t>
      </w:r>
      <w:proofErr w:type="spellStart"/>
      <w:r w:rsidRPr="002B1331">
        <w:rPr>
          <w:lang w:val="pl-PL"/>
        </w:rPr>
        <w:t>savo</w:t>
      </w:r>
      <w:proofErr w:type="spellEnd"/>
      <w:r w:rsidRPr="002B1331">
        <w:rPr>
          <w:lang w:val="pl-PL"/>
        </w:rPr>
        <w:t xml:space="preserve"> </w:t>
      </w:r>
      <w:proofErr w:type="spellStart"/>
      <w:r w:rsidRPr="002B1331">
        <w:rPr>
          <w:lang w:val="pl-PL"/>
        </w:rPr>
        <w:t>ašį</w:t>
      </w:r>
      <w:proofErr w:type="spellEnd"/>
      <w:r w:rsidRPr="002B1331">
        <w:rPr>
          <w:lang w:val="pl-PL"/>
        </w:rPr>
        <w:t xml:space="preserve">, </w:t>
      </w:r>
      <w:proofErr w:type="spellStart"/>
      <w:r w:rsidRPr="002B1331">
        <w:rPr>
          <w:lang w:val="pl-PL"/>
        </w:rPr>
        <w:t>kad</w:t>
      </w:r>
      <w:proofErr w:type="spellEnd"/>
      <w:r w:rsidRPr="002B1331">
        <w:rPr>
          <w:lang w:val="pl-PL"/>
        </w:rPr>
        <w:t xml:space="preserve"> </w:t>
      </w:r>
      <w:proofErr w:type="spellStart"/>
      <w:r w:rsidRPr="002B1331">
        <w:rPr>
          <w:lang w:val="pl-PL"/>
        </w:rPr>
        <w:t>jis</w:t>
      </w:r>
      <w:proofErr w:type="spellEnd"/>
      <w:r w:rsidRPr="002B1331">
        <w:rPr>
          <w:lang w:val="pl-PL"/>
        </w:rPr>
        <w:t xml:space="preserve"> </w:t>
      </w:r>
      <w:proofErr w:type="spellStart"/>
      <w:r w:rsidRPr="002B1331">
        <w:rPr>
          <w:lang w:val="pl-PL"/>
        </w:rPr>
        <w:t>prarastų</w:t>
      </w:r>
      <w:proofErr w:type="spellEnd"/>
      <w:r w:rsidRPr="002B1331">
        <w:rPr>
          <w:lang w:val="pl-PL"/>
        </w:rPr>
        <w:t xml:space="preserve"> </w:t>
      </w:r>
      <w:proofErr w:type="spellStart"/>
      <w:r w:rsidRPr="002B1331">
        <w:rPr>
          <w:lang w:val="pl-PL"/>
        </w:rPr>
        <w:t>orientaciją</w:t>
      </w:r>
      <w:proofErr w:type="spellEnd"/>
      <w:r w:rsidRPr="002B1331">
        <w:rPr>
          <w:lang w:val="pl-PL"/>
        </w:rPr>
        <w:t>.</w:t>
      </w:r>
    </w:p>
    <w:p w14:paraId="4F7846A9" w14:textId="77777777" w:rsidR="002B1331" w:rsidRPr="002B1331" w:rsidRDefault="002B1331" w:rsidP="002B1331">
      <w:pPr>
        <w:pStyle w:val="prastasiniatinklio"/>
        <w:rPr>
          <w:lang w:val="pl-PL"/>
        </w:rPr>
      </w:pPr>
      <w:proofErr w:type="spellStart"/>
      <w:r w:rsidRPr="002B1331">
        <w:rPr>
          <w:lang w:val="pl-PL"/>
        </w:rPr>
        <w:t>Kiti</w:t>
      </w:r>
      <w:proofErr w:type="spellEnd"/>
      <w:r w:rsidRPr="002B1331">
        <w:rPr>
          <w:lang w:val="pl-PL"/>
        </w:rPr>
        <w:t xml:space="preserve"> </w:t>
      </w:r>
      <w:proofErr w:type="spellStart"/>
      <w:r w:rsidRPr="002B1331">
        <w:rPr>
          <w:lang w:val="pl-PL"/>
        </w:rPr>
        <w:t>žaidėjai</w:t>
      </w:r>
      <w:proofErr w:type="spellEnd"/>
      <w:r w:rsidRPr="002B1331">
        <w:rPr>
          <w:lang w:val="pl-PL"/>
        </w:rPr>
        <w:t xml:space="preserve"> </w:t>
      </w:r>
      <w:proofErr w:type="spellStart"/>
      <w:r w:rsidRPr="002B1331">
        <w:rPr>
          <w:lang w:val="pl-PL"/>
        </w:rPr>
        <w:t>juda</w:t>
      </w:r>
      <w:proofErr w:type="spellEnd"/>
      <w:r w:rsidRPr="002B1331">
        <w:rPr>
          <w:lang w:val="pl-PL"/>
        </w:rPr>
        <w:t xml:space="preserve"> </w:t>
      </w:r>
      <w:proofErr w:type="spellStart"/>
      <w:r w:rsidRPr="002B1331">
        <w:rPr>
          <w:lang w:val="pl-PL"/>
        </w:rPr>
        <w:t>aplink</w:t>
      </w:r>
      <w:proofErr w:type="spellEnd"/>
      <w:r w:rsidRPr="002B1331">
        <w:rPr>
          <w:lang w:val="pl-PL"/>
        </w:rPr>
        <w:t xml:space="preserve"> „</w:t>
      </w:r>
      <w:proofErr w:type="spellStart"/>
      <w:proofErr w:type="gramStart"/>
      <w:r w:rsidRPr="002B1331">
        <w:rPr>
          <w:lang w:val="pl-PL"/>
        </w:rPr>
        <w:t>akląjį</w:t>
      </w:r>
      <w:proofErr w:type="spellEnd"/>
      <w:r w:rsidRPr="002B1331">
        <w:rPr>
          <w:lang w:val="pl-PL"/>
        </w:rPr>
        <w:t>“</w:t>
      </w:r>
      <w:proofErr w:type="gramEnd"/>
      <w:r w:rsidRPr="002B1331">
        <w:rPr>
          <w:lang w:val="pl-PL"/>
        </w:rPr>
        <w:t xml:space="preserve">, </w:t>
      </w:r>
      <w:proofErr w:type="spellStart"/>
      <w:r w:rsidRPr="002B1331">
        <w:rPr>
          <w:lang w:val="pl-PL"/>
        </w:rPr>
        <w:t>ploja</w:t>
      </w:r>
      <w:proofErr w:type="spellEnd"/>
      <w:r w:rsidRPr="002B1331">
        <w:rPr>
          <w:lang w:val="pl-PL"/>
        </w:rPr>
        <w:t xml:space="preserve"> </w:t>
      </w:r>
      <w:proofErr w:type="spellStart"/>
      <w:r w:rsidRPr="002B1331">
        <w:rPr>
          <w:lang w:val="pl-PL"/>
        </w:rPr>
        <w:t>rankomis</w:t>
      </w:r>
      <w:proofErr w:type="spellEnd"/>
      <w:r w:rsidRPr="002B1331">
        <w:rPr>
          <w:lang w:val="pl-PL"/>
        </w:rPr>
        <w:t xml:space="preserve"> arba </w:t>
      </w:r>
      <w:proofErr w:type="spellStart"/>
      <w:r w:rsidRPr="002B1331">
        <w:rPr>
          <w:lang w:val="pl-PL"/>
        </w:rPr>
        <w:t>šaukia</w:t>
      </w:r>
      <w:proofErr w:type="spellEnd"/>
      <w:r w:rsidRPr="002B1331">
        <w:rPr>
          <w:lang w:val="pl-PL"/>
        </w:rPr>
        <w:t xml:space="preserve">, </w:t>
      </w:r>
      <w:proofErr w:type="spellStart"/>
      <w:r w:rsidRPr="002B1331">
        <w:rPr>
          <w:lang w:val="pl-PL"/>
        </w:rPr>
        <w:t>kad</w:t>
      </w:r>
      <w:proofErr w:type="spellEnd"/>
      <w:r w:rsidRPr="002B1331">
        <w:rPr>
          <w:lang w:val="pl-PL"/>
        </w:rPr>
        <w:t xml:space="preserve"> dar </w:t>
      </w:r>
      <w:proofErr w:type="spellStart"/>
      <w:r w:rsidRPr="002B1331">
        <w:rPr>
          <w:lang w:val="pl-PL"/>
        </w:rPr>
        <w:t>labiau</w:t>
      </w:r>
      <w:proofErr w:type="spellEnd"/>
      <w:r w:rsidRPr="002B1331">
        <w:rPr>
          <w:lang w:val="pl-PL"/>
        </w:rPr>
        <w:t xml:space="preserve"> </w:t>
      </w:r>
      <w:proofErr w:type="spellStart"/>
      <w:r w:rsidRPr="002B1331">
        <w:rPr>
          <w:lang w:val="pl-PL"/>
        </w:rPr>
        <w:t>jį</w:t>
      </w:r>
      <w:proofErr w:type="spellEnd"/>
      <w:r w:rsidRPr="002B1331">
        <w:rPr>
          <w:lang w:val="pl-PL"/>
        </w:rPr>
        <w:t xml:space="preserve"> </w:t>
      </w:r>
      <w:proofErr w:type="spellStart"/>
      <w:r w:rsidRPr="002B1331">
        <w:rPr>
          <w:lang w:val="pl-PL"/>
        </w:rPr>
        <w:t>supainioti.Aklasis</w:t>
      </w:r>
      <w:proofErr w:type="spellEnd"/>
      <w:r w:rsidRPr="002B1331">
        <w:rPr>
          <w:lang w:val="pl-PL"/>
        </w:rPr>
        <w:t xml:space="preserve"> </w:t>
      </w:r>
      <w:proofErr w:type="spellStart"/>
      <w:r w:rsidRPr="002B1331">
        <w:rPr>
          <w:lang w:val="pl-PL"/>
        </w:rPr>
        <w:t>turi</w:t>
      </w:r>
      <w:proofErr w:type="spellEnd"/>
      <w:r w:rsidRPr="002B1331">
        <w:rPr>
          <w:lang w:val="pl-PL"/>
        </w:rPr>
        <w:t xml:space="preserve"> </w:t>
      </w:r>
      <w:proofErr w:type="spellStart"/>
      <w:r w:rsidRPr="002B1331">
        <w:rPr>
          <w:lang w:val="pl-PL"/>
        </w:rPr>
        <w:t>bandyti</w:t>
      </w:r>
      <w:proofErr w:type="spellEnd"/>
      <w:r w:rsidRPr="002B1331">
        <w:rPr>
          <w:lang w:val="pl-PL"/>
        </w:rPr>
        <w:t xml:space="preserve"> </w:t>
      </w:r>
      <w:proofErr w:type="spellStart"/>
      <w:r w:rsidRPr="002B1331">
        <w:rPr>
          <w:lang w:val="pl-PL"/>
        </w:rPr>
        <w:t>palieskti</w:t>
      </w:r>
      <w:proofErr w:type="spellEnd"/>
      <w:r w:rsidRPr="002B1331">
        <w:rPr>
          <w:lang w:val="pl-PL"/>
        </w:rPr>
        <w:t xml:space="preserve"> </w:t>
      </w:r>
      <w:proofErr w:type="spellStart"/>
      <w:r w:rsidRPr="002B1331">
        <w:rPr>
          <w:lang w:val="pl-PL"/>
        </w:rPr>
        <w:t>vieną</w:t>
      </w:r>
      <w:proofErr w:type="spellEnd"/>
      <w:r w:rsidRPr="002B1331">
        <w:rPr>
          <w:lang w:val="pl-PL"/>
        </w:rPr>
        <w:t xml:space="preserve"> </w:t>
      </w:r>
      <w:proofErr w:type="spellStart"/>
      <w:r w:rsidRPr="002B1331">
        <w:rPr>
          <w:lang w:val="pl-PL"/>
        </w:rPr>
        <w:t>iš</w:t>
      </w:r>
      <w:proofErr w:type="spellEnd"/>
      <w:r w:rsidRPr="002B1331">
        <w:rPr>
          <w:lang w:val="pl-PL"/>
        </w:rPr>
        <w:t xml:space="preserve"> </w:t>
      </w:r>
      <w:proofErr w:type="spellStart"/>
      <w:r w:rsidRPr="002B1331">
        <w:rPr>
          <w:lang w:val="pl-PL"/>
        </w:rPr>
        <w:t>žaidėjų</w:t>
      </w:r>
      <w:proofErr w:type="spellEnd"/>
      <w:r w:rsidRPr="002B1331">
        <w:rPr>
          <w:lang w:val="pl-PL"/>
        </w:rPr>
        <w:t xml:space="preserve">, </w:t>
      </w:r>
      <w:proofErr w:type="spellStart"/>
      <w:r w:rsidRPr="002B1331">
        <w:rPr>
          <w:lang w:val="pl-PL"/>
        </w:rPr>
        <w:t>likdamas</w:t>
      </w:r>
      <w:proofErr w:type="spellEnd"/>
      <w:r w:rsidRPr="002B1331">
        <w:rPr>
          <w:lang w:val="pl-PL"/>
        </w:rPr>
        <w:t xml:space="preserve"> </w:t>
      </w:r>
      <w:proofErr w:type="spellStart"/>
      <w:r w:rsidRPr="002B1331">
        <w:rPr>
          <w:lang w:val="pl-PL"/>
        </w:rPr>
        <w:t>užrištomis</w:t>
      </w:r>
      <w:proofErr w:type="spellEnd"/>
      <w:r w:rsidRPr="002B1331">
        <w:rPr>
          <w:lang w:val="pl-PL"/>
        </w:rPr>
        <w:t xml:space="preserve"> </w:t>
      </w:r>
      <w:proofErr w:type="spellStart"/>
      <w:r w:rsidRPr="002B1331">
        <w:rPr>
          <w:lang w:val="pl-PL"/>
        </w:rPr>
        <w:t>akimis</w:t>
      </w:r>
      <w:proofErr w:type="spellEnd"/>
      <w:r w:rsidRPr="002B1331">
        <w:rPr>
          <w:lang w:val="pl-PL"/>
        </w:rPr>
        <w:t>.</w:t>
      </w:r>
    </w:p>
    <w:p w14:paraId="543BAE0A" w14:textId="77777777" w:rsidR="002B1331" w:rsidRPr="002B1331" w:rsidRDefault="002B1331" w:rsidP="002B1331">
      <w:pPr>
        <w:pStyle w:val="prastasiniatinklio"/>
        <w:rPr>
          <w:lang w:val="pl-PL"/>
        </w:rPr>
      </w:pPr>
      <w:r w:rsidRPr="002B1331">
        <w:rPr>
          <w:lang w:val="pl-PL"/>
        </w:rPr>
        <w:t xml:space="preserve">Kai </w:t>
      </w:r>
      <w:proofErr w:type="spellStart"/>
      <w:r w:rsidRPr="002B1331">
        <w:rPr>
          <w:lang w:val="pl-PL"/>
        </w:rPr>
        <w:t>aklasis</w:t>
      </w:r>
      <w:proofErr w:type="spellEnd"/>
      <w:r w:rsidRPr="002B1331">
        <w:rPr>
          <w:lang w:val="pl-PL"/>
        </w:rPr>
        <w:t xml:space="preserve"> </w:t>
      </w:r>
      <w:proofErr w:type="spellStart"/>
      <w:r w:rsidRPr="002B1331">
        <w:rPr>
          <w:lang w:val="pl-PL"/>
        </w:rPr>
        <w:t>sėkmingai</w:t>
      </w:r>
      <w:proofErr w:type="spellEnd"/>
      <w:r w:rsidRPr="002B1331">
        <w:rPr>
          <w:lang w:val="pl-PL"/>
        </w:rPr>
        <w:t xml:space="preserve"> </w:t>
      </w:r>
      <w:proofErr w:type="spellStart"/>
      <w:r w:rsidRPr="002B1331">
        <w:rPr>
          <w:lang w:val="pl-PL"/>
        </w:rPr>
        <w:t>palieskia</w:t>
      </w:r>
      <w:proofErr w:type="spellEnd"/>
      <w:r w:rsidRPr="002B1331">
        <w:rPr>
          <w:lang w:val="pl-PL"/>
        </w:rPr>
        <w:t xml:space="preserve"> </w:t>
      </w:r>
      <w:proofErr w:type="spellStart"/>
      <w:r w:rsidRPr="002B1331">
        <w:rPr>
          <w:lang w:val="pl-PL"/>
        </w:rPr>
        <w:t>ką</w:t>
      </w:r>
      <w:proofErr w:type="spellEnd"/>
      <w:r w:rsidRPr="002B1331">
        <w:rPr>
          <w:lang w:val="pl-PL"/>
        </w:rPr>
        <w:t xml:space="preserve"> </w:t>
      </w:r>
      <w:proofErr w:type="spellStart"/>
      <w:r w:rsidRPr="002B1331">
        <w:rPr>
          <w:lang w:val="pl-PL"/>
        </w:rPr>
        <w:t>nors</w:t>
      </w:r>
      <w:proofErr w:type="spellEnd"/>
      <w:r w:rsidRPr="002B1331">
        <w:rPr>
          <w:lang w:val="pl-PL"/>
        </w:rPr>
        <w:t xml:space="preserve">, </w:t>
      </w:r>
      <w:proofErr w:type="spellStart"/>
      <w:r w:rsidRPr="002B1331">
        <w:rPr>
          <w:lang w:val="pl-PL"/>
        </w:rPr>
        <w:t>jis</w:t>
      </w:r>
      <w:proofErr w:type="spellEnd"/>
      <w:r w:rsidRPr="002B1331">
        <w:rPr>
          <w:lang w:val="pl-PL"/>
        </w:rPr>
        <w:t xml:space="preserve"> </w:t>
      </w:r>
      <w:proofErr w:type="spellStart"/>
      <w:r w:rsidRPr="002B1331">
        <w:rPr>
          <w:lang w:val="pl-PL"/>
        </w:rPr>
        <w:t>turi</w:t>
      </w:r>
      <w:proofErr w:type="spellEnd"/>
      <w:r w:rsidRPr="002B1331">
        <w:rPr>
          <w:lang w:val="pl-PL"/>
        </w:rPr>
        <w:t xml:space="preserve"> </w:t>
      </w:r>
      <w:proofErr w:type="spellStart"/>
      <w:r w:rsidRPr="002B1331">
        <w:rPr>
          <w:lang w:val="pl-PL"/>
        </w:rPr>
        <w:t>atspėti</w:t>
      </w:r>
      <w:proofErr w:type="spellEnd"/>
      <w:r w:rsidRPr="002B1331">
        <w:rPr>
          <w:lang w:val="pl-PL"/>
        </w:rPr>
        <w:t xml:space="preserve">, </w:t>
      </w:r>
      <w:proofErr w:type="spellStart"/>
      <w:r w:rsidRPr="002B1331">
        <w:rPr>
          <w:lang w:val="pl-PL"/>
        </w:rPr>
        <w:t>ką</w:t>
      </w:r>
      <w:proofErr w:type="spellEnd"/>
      <w:r w:rsidRPr="002B1331">
        <w:rPr>
          <w:lang w:val="pl-PL"/>
        </w:rPr>
        <w:t xml:space="preserve"> </w:t>
      </w:r>
      <w:proofErr w:type="spellStart"/>
      <w:r w:rsidRPr="002B1331">
        <w:rPr>
          <w:lang w:val="pl-PL"/>
        </w:rPr>
        <w:t>palieskė</w:t>
      </w:r>
      <w:proofErr w:type="spellEnd"/>
      <w:r w:rsidRPr="002B1331">
        <w:rPr>
          <w:lang w:val="pl-PL"/>
        </w:rPr>
        <w:t xml:space="preserve">, </w:t>
      </w:r>
      <w:proofErr w:type="spellStart"/>
      <w:r w:rsidRPr="002B1331">
        <w:rPr>
          <w:lang w:val="pl-PL"/>
        </w:rPr>
        <w:t>remdamasis</w:t>
      </w:r>
      <w:proofErr w:type="spellEnd"/>
      <w:r w:rsidRPr="002B1331">
        <w:rPr>
          <w:lang w:val="pl-PL"/>
        </w:rPr>
        <w:t xml:space="preserve"> </w:t>
      </w:r>
      <w:proofErr w:type="spellStart"/>
      <w:r w:rsidRPr="002B1331">
        <w:rPr>
          <w:lang w:val="pl-PL"/>
        </w:rPr>
        <w:t>lytėjimu</w:t>
      </w:r>
      <w:proofErr w:type="spellEnd"/>
      <w:r w:rsidRPr="002B1331">
        <w:rPr>
          <w:lang w:val="pl-PL"/>
        </w:rPr>
        <w:t xml:space="preserve">, </w:t>
      </w:r>
      <w:proofErr w:type="spellStart"/>
      <w:r w:rsidRPr="002B1331">
        <w:rPr>
          <w:lang w:val="pl-PL"/>
        </w:rPr>
        <w:t>balsu</w:t>
      </w:r>
      <w:proofErr w:type="spellEnd"/>
      <w:r w:rsidRPr="002B1331">
        <w:rPr>
          <w:lang w:val="pl-PL"/>
        </w:rPr>
        <w:t xml:space="preserve"> ar </w:t>
      </w:r>
      <w:proofErr w:type="spellStart"/>
      <w:r w:rsidRPr="002B1331">
        <w:rPr>
          <w:lang w:val="pl-PL"/>
        </w:rPr>
        <w:t>kitais</w:t>
      </w:r>
      <w:proofErr w:type="spellEnd"/>
      <w:r w:rsidRPr="002B1331">
        <w:rPr>
          <w:lang w:val="pl-PL"/>
        </w:rPr>
        <w:t xml:space="preserve"> </w:t>
      </w:r>
      <w:proofErr w:type="spellStart"/>
      <w:r w:rsidRPr="002B1331">
        <w:rPr>
          <w:lang w:val="pl-PL"/>
        </w:rPr>
        <w:t>užuominomis</w:t>
      </w:r>
      <w:proofErr w:type="spellEnd"/>
      <w:r w:rsidRPr="002B1331">
        <w:rPr>
          <w:lang w:val="pl-PL"/>
        </w:rPr>
        <w:t>.</w:t>
      </w:r>
    </w:p>
    <w:p w14:paraId="10909E03" w14:textId="77777777" w:rsidR="002B1331" w:rsidRPr="002B1331" w:rsidRDefault="002B1331" w:rsidP="002B1331">
      <w:pPr>
        <w:pStyle w:val="prastasiniatinklio"/>
        <w:rPr>
          <w:lang w:val="pl-PL"/>
        </w:rPr>
      </w:pPr>
      <w:proofErr w:type="spellStart"/>
      <w:r w:rsidRPr="002B1331">
        <w:rPr>
          <w:lang w:val="pl-PL"/>
        </w:rPr>
        <w:t>Jei</w:t>
      </w:r>
      <w:proofErr w:type="spellEnd"/>
      <w:r w:rsidRPr="002B1331">
        <w:rPr>
          <w:lang w:val="pl-PL"/>
        </w:rPr>
        <w:t xml:space="preserve"> </w:t>
      </w:r>
      <w:proofErr w:type="spellStart"/>
      <w:r w:rsidRPr="002B1331">
        <w:rPr>
          <w:lang w:val="pl-PL"/>
        </w:rPr>
        <w:t>spėjimas</w:t>
      </w:r>
      <w:proofErr w:type="spellEnd"/>
      <w:r w:rsidRPr="002B1331">
        <w:rPr>
          <w:lang w:val="pl-PL"/>
        </w:rPr>
        <w:t xml:space="preserve"> </w:t>
      </w:r>
      <w:proofErr w:type="spellStart"/>
      <w:r w:rsidRPr="002B1331">
        <w:rPr>
          <w:lang w:val="pl-PL"/>
        </w:rPr>
        <w:t>teisingas</w:t>
      </w:r>
      <w:proofErr w:type="spellEnd"/>
      <w:r w:rsidRPr="002B1331">
        <w:rPr>
          <w:lang w:val="pl-PL"/>
        </w:rPr>
        <w:t xml:space="preserve">, </w:t>
      </w:r>
      <w:proofErr w:type="spellStart"/>
      <w:r w:rsidRPr="002B1331">
        <w:rPr>
          <w:lang w:val="pl-PL"/>
        </w:rPr>
        <w:t>palieskintas</w:t>
      </w:r>
      <w:proofErr w:type="spellEnd"/>
      <w:r w:rsidRPr="002B1331">
        <w:rPr>
          <w:lang w:val="pl-PL"/>
        </w:rPr>
        <w:t xml:space="preserve"> </w:t>
      </w:r>
      <w:proofErr w:type="spellStart"/>
      <w:r w:rsidRPr="002B1331">
        <w:rPr>
          <w:lang w:val="pl-PL"/>
        </w:rPr>
        <w:t>žaidėjas</w:t>
      </w:r>
      <w:proofErr w:type="spellEnd"/>
      <w:r w:rsidRPr="002B1331">
        <w:rPr>
          <w:lang w:val="pl-PL"/>
        </w:rPr>
        <w:t xml:space="preserve"> </w:t>
      </w:r>
      <w:proofErr w:type="spellStart"/>
      <w:r w:rsidRPr="002B1331">
        <w:rPr>
          <w:lang w:val="pl-PL"/>
        </w:rPr>
        <w:t>tampa</w:t>
      </w:r>
      <w:proofErr w:type="spellEnd"/>
      <w:r w:rsidRPr="002B1331">
        <w:rPr>
          <w:lang w:val="pl-PL"/>
        </w:rPr>
        <w:t xml:space="preserve"> </w:t>
      </w:r>
      <w:proofErr w:type="spellStart"/>
      <w:r w:rsidRPr="002B1331">
        <w:rPr>
          <w:lang w:val="pl-PL"/>
        </w:rPr>
        <w:t>naujuoju</w:t>
      </w:r>
      <w:proofErr w:type="spellEnd"/>
      <w:r w:rsidRPr="002B1331">
        <w:rPr>
          <w:lang w:val="pl-PL"/>
        </w:rPr>
        <w:t xml:space="preserve"> </w:t>
      </w:r>
      <w:proofErr w:type="spellStart"/>
      <w:r w:rsidRPr="002B1331">
        <w:rPr>
          <w:lang w:val="pl-PL"/>
        </w:rPr>
        <w:t>akluoju</w:t>
      </w:r>
      <w:proofErr w:type="spellEnd"/>
      <w:r w:rsidRPr="002B1331">
        <w:rPr>
          <w:lang w:val="pl-PL"/>
        </w:rPr>
        <w:t>.</w:t>
      </w:r>
    </w:p>
    <w:p w14:paraId="170A8D8B" w14:textId="79D65D9B" w:rsidR="002B1331" w:rsidRDefault="002B1331" w:rsidP="002B1331">
      <w:pPr>
        <w:pStyle w:val="prastasiniatinklio"/>
        <w:rPr>
          <w:lang w:val="pl-PL"/>
        </w:rPr>
      </w:pPr>
      <w:proofErr w:type="spellStart"/>
      <w:r w:rsidRPr="002B1331">
        <w:rPr>
          <w:lang w:val="pl-PL"/>
        </w:rPr>
        <w:t>Jei</w:t>
      </w:r>
      <w:proofErr w:type="spellEnd"/>
      <w:r w:rsidRPr="002B1331">
        <w:rPr>
          <w:lang w:val="pl-PL"/>
        </w:rPr>
        <w:t xml:space="preserve"> </w:t>
      </w:r>
      <w:proofErr w:type="spellStart"/>
      <w:r w:rsidRPr="002B1331">
        <w:rPr>
          <w:lang w:val="pl-PL"/>
        </w:rPr>
        <w:t>spėjimas</w:t>
      </w:r>
      <w:proofErr w:type="spellEnd"/>
      <w:r w:rsidRPr="002B1331">
        <w:rPr>
          <w:lang w:val="pl-PL"/>
        </w:rPr>
        <w:t xml:space="preserve"> </w:t>
      </w:r>
      <w:proofErr w:type="spellStart"/>
      <w:r w:rsidRPr="002B1331">
        <w:rPr>
          <w:lang w:val="pl-PL"/>
        </w:rPr>
        <w:t>neteisingas</w:t>
      </w:r>
      <w:proofErr w:type="spellEnd"/>
      <w:r w:rsidRPr="002B1331">
        <w:rPr>
          <w:lang w:val="pl-PL"/>
        </w:rPr>
        <w:t xml:space="preserve">, </w:t>
      </w:r>
      <w:proofErr w:type="spellStart"/>
      <w:r w:rsidRPr="002B1331">
        <w:rPr>
          <w:lang w:val="pl-PL"/>
        </w:rPr>
        <w:t>žaidimas</w:t>
      </w:r>
      <w:proofErr w:type="spellEnd"/>
      <w:r w:rsidRPr="002B1331">
        <w:rPr>
          <w:lang w:val="pl-PL"/>
        </w:rPr>
        <w:t xml:space="preserve"> </w:t>
      </w:r>
      <w:proofErr w:type="spellStart"/>
      <w:r w:rsidRPr="002B1331">
        <w:rPr>
          <w:lang w:val="pl-PL"/>
        </w:rPr>
        <w:t>tęsiasi</w:t>
      </w:r>
      <w:proofErr w:type="spellEnd"/>
      <w:r w:rsidRPr="002B1331">
        <w:rPr>
          <w:lang w:val="pl-PL"/>
        </w:rPr>
        <w:t xml:space="preserve"> </w:t>
      </w:r>
      <w:proofErr w:type="spellStart"/>
      <w:r w:rsidRPr="002B1331">
        <w:rPr>
          <w:lang w:val="pl-PL"/>
        </w:rPr>
        <w:t>su</w:t>
      </w:r>
      <w:proofErr w:type="spellEnd"/>
      <w:r w:rsidRPr="002B1331">
        <w:rPr>
          <w:lang w:val="pl-PL"/>
        </w:rPr>
        <w:t xml:space="preserve"> </w:t>
      </w:r>
      <w:proofErr w:type="spellStart"/>
      <w:r w:rsidRPr="002B1331">
        <w:rPr>
          <w:lang w:val="pl-PL"/>
        </w:rPr>
        <w:t>tuo</w:t>
      </w:r>
      <w:proofErr w:type="spellEnd"/>
      <w:r w:rsidRPr="002B1331">
        <w:rPr>
          <w:lang w:val="pl-PL"/>
        </w:rPr>
        <w:t xml:space="preserve"> </w:t>
      </w:r>
      <w:proofErr w:type="spellStart"/>
      <w:r w:rsidRPr="002B1331">
        <w:rPr>
          <w:lang w:val="pl-PL"/>
        </w:rPr>
        <w:t>pačiu</w:t>
      </w:r>
      <w:proofErr w:type="spellEnd"/>
      <w:r w:rsidRPr="002B1331">
        <w:rPr>
          <w:lang w:val="pl-PL"/>
        </w:rPr>
        <w:t xml:space="preserve"> „</w:t>
      </w:r>
      <w:proofErr w:type="spellStart"/>
      <w:r w:rsidRPr="002B1331">
        <w:rPr>
          <w:lang w:val="pl-PL"/>
        </w:rPr>
        <w:t>akluoju</w:t>
      </w:r>
      <w:proofErr w:type="spellEnd"/>
      <w:r w:rsidRPr="002B1331">
        <w:rPr>
          <w:lang w:val="pl-PL"/>
        </w:rPr>
        <w:t xml:space="preserve"> </w:t>
      </w:r>
      <w:proofErr w:type="spellStart"/>
      <w:proofErr w:type="gramStart"/>
      <w:r w:rsidRPr="002B1331">
        <w:rPr>
          <w:lang w:val="pl-PL"/>
        </w:rPr>
        <w:t>žmogumi</w:t>
      </w:r>
      <w:proofErr w:type="spellEnd"/>
      <w:r w:rsidRPr="002B1331">
        <w:rPr>
          <w:lang w:val="pl-PL"/>
        </w:rPr>
        <w:t>“</w:t>
      </w:r>
      <w:proofErr w:type="gramEnd"/>
      <w:r w:rsidRPr="002B1331">
        <w:rPr>
          <w:lang w:val="pl-PL"/>
        </w:rPr>
        <w:t>.</w:t>
      </w:r>
    </w:p>
    <w:p w14:paraId="3DBF8992" w14:textId="77777777" w:rsidR="002B1331" w:rsidRPr="002B1331" w:rsidRDefault="002B1331" w:rsidP="002B1331">
      <w:pPr>
        <w:pStyle w:val="prastasiniatinklio"/>
        <w:rPr>
          <w:lang w:val="pl-PL"/>
        </w:rPr>
      </w:pPr>
      <w:proofErr w:type="spellStart"/>
      <w:r w:rsidRPr="002B1331">
        <w:rPr>
          <w:lang w:val="pl-PL"/>
        </w:rPr>
        <w:t>Papildomi</w:t>
      </w:r>
      <w:proofErr w:type="spellEnd"/>
      <w:r w:rsidRPr="002B1331">
        <w:rPr>
          <w:lang w:val="pl-PL"/>
        </w:rPr>
        <w:t xml:space="preserve"> </w:t>
      </w:r>
      <w:proofErr w:type="spellStart"/>
      <w:r w:rsidRPr="002B1331">
        <w:rPr>
          <w:lang w:val="pl-PL"/>
        </w:rPr>
        <w:t>variantai</w:t>
      </w:r>
      <w:proofErr w:type="spellEnd"/>
      <w:r w:rsidRPr="002B1331">
        <w:rPr>
          <w:lang w:val="pl-PL"/>
        </w:rPr>
        <w:t>:</w:t>
      </w:r>
    </w:p>
    <w:p w14:paraId="2FD1F6ED" w14:textId="780D7802" w:rsidR="002B1331" w:rsidRPr="002B1331" w:rsidRDefault="002B1331" w:rsidP="002B1331">
      <w:pPr>
        <w:pStyle w:val="prastasiniatinklio"/>
        <w:rPr>
          <w:lang w:val="pl-PL"/>
        </w:rPr>
      </w:pPr>
      <w:proofErr w:type="spellStart"/>
      <w:r w:rsidRPr="002B1331">
        <w:rPr>
          <w:lang w:val="pl-PL"/>
        </w:rPr>
        <w:t>Žaidėjai</w:t>
      </w:r>
      <w:proofErr w:type="spellEnd"/>
      <w:r w:rsidRPr="002B1331">
        <w:rPr>
          <w:lang w:val="pl-PL"/>
        </w:rPr>
        <w:t xml:space="preserve"> gali </w:t>
      </w:r>
      <w:proofErr w:type="spellStart"/>
      <w:r w:rsidRPr="002B1331">
        <w:rPr>
          <w:lang w:val="pl-PL"/>
        </w:rPr>
        <w:t>lengvai</w:t>
      </w:r>
      <w:proofErr w:type="spellEnd"/>
      <w:r w:rsidRPr="002B1331">
        <w:rPr>
          <w:lang w:val="pl-PL"/>
        </w:rPr>
        <w:t xml:space="preserve"> </w:t>
      </w:r>
      <w:proofErr w:type="spellStart"/>
      <w:r w:rsidRPr="002B1331">
        <w:rPr>
          <w:lang w:val="pl-PL"/>
        </w:rPr>
        <w:t>paliesti</w:t>
      </w:r>
      <w:proofErr w:type="spellEnd"/>
      <w:r w:rsidRPr="002B1331">
        <w:rPr>
          <w:lang w:val="pl-PL"/>
        </w:rPr>
        <w:t xml:space="preserve"> „</w:t>
      </w:r>
      <w:proofErr w:type="spellStart"/>
      <w:r w:rsidRPr="002B1331">
        <w:rPr>
          <w:lang w:val="pl-PL"/>
        </w:rPr>
        <w:t>aklą</w:t>
      </w:r>
      <w:proofErr w:type="spellEnd"/>
      <w:r w:rsidRPr="002B1331">
        <w:rPr>
          <w:lang w:val="pl-PL"/>
        </w:rPr>
        <w:t xml:space="preserve"> </w:t>
      </w:r>
      <w:proofErr w:type="spellStart"/>
      <w:proofErr w:type="gramStart"/>
      <w:r w:rsidRPr="002B1331">
        <w:rPr>
          <w:lang w:val="pl-PL"/>
        </w:rPr>
        <w:t>musę</w:t>
      </w:r>
      <w:proofErr w:type="spellEnd"/>
      <w:r w:rsidRPr="002B1331">
        <w:rPr>
          <w:lang w:val="pl-PL"/>
        </w:rPr>
        <w:t>“ be</w:t>
      </w:r>
      <w:proofErr w:type="gramEnd"/>
      <w:r w:rsidRPr="002B1331">
        <w:rPr>
          <w:lang w:val="pl-PL"/>
        </w:rPr>
        <w:t xml:space="preserve"> </w:t>
      </w:r>
      <w:proofErr w:type="spellStart"/>
      <w:r w:rsidRPr="002B1331">
        <w:rPr>
          <w:lang w:val="pl-PL"/>
        </w:rPr>
        <w:t>žymėjimo</w:t>
      </w:r>
      <w:proofErr w:type="spellEnd"/>
      <w:r w:rsidRPr="002B1331">
        <w:rPr>
          <w:lang w:val="pl-PL"/>
        </w:rPr>
        <w:t xml:space="preserve">, </w:t>
      </w:r>
      <w:proofErr w:type="spellStart"/>
      <w:r w:rsidRPr="002B1331">
        <w:rPr>
          <w:lang w:val="pl-PL"/>
        </w:rPr>
        <w:t>taip</w:t>
      </w:r>
      <w:proofErr w:type="spellEnd"/>
      <w:r w:rsidRPr="002B1331">
        <w:rPr>
          <w:lang w:val="pl-PL"/>
        </w:rPr>
        <w:t xml:space="preserve"> </w:t>
      </w:r>
      <w:proofErr w:type="spellStart"/>
      <w:r w:rsidRPr="002B1331">
        <w:rPr>
          <w:lang w:val="pl-PL"/>
        </w:rPr>
        <w:t>pridėdami</w:t>
      </w:r>
      <w:proofErr w:type="spellEnd"/>
      <w:r w:rsidRPr="002B1331">
        <w:rPr>
          <w:lang w:val="pl-PL"/>
        </w:rPr>
        <w:t xml:space="preserve"> </w:t>
      </w:r>
      <w:proofErr w:type="spellStart"/>
      <w:r w:rsidRPr="002B1331">
        <w:rPr>
          <w:lang w:val="pl-PL"/>
        </w:rPr>
        <w:t>papildomą</w:t>
      </w:r>
      <w:proofErr w:type="spellEnd"/>
      <w:r w:rsidRPr="002B1331">
        <w:rPr>
          <w:lang w:val="pl-PL"/>
        </w:rPr>
        <w:t xml:space="preserve"> </w:t>
      </w:r>
      <w:proofErr w:type="spellStart"/>
      <w:r w:rsidRPr="002B1331">
        <w:rPr>
          <w:lang w:val="pl-PL"/>
        </w:rPr>
        <w:t>iššūkį</w:t>
      </w:r>
      <w:proofErr w:type="spellEnd"/>
      <w:r w:rsidRPr="002B1331">
        <w:rPr>
          <w:lang w:val="pl-PL"/>
        </w:rPr>
        <w:t xml:space="preserve">. </w:t>
      </w:r>
      <w:proofErr w:type="spellStart"/>
      <w:r w:rsidRPr="002B1331">
        <w:rPr>
          <w:lang w:val="pl-PL"/>
        </w:rPr>
        <w:t>Norėdami</w:t>
      </w:r>
      <w:proofErr w:type="spellEnd"/>
      <w:r w:rsidRPr="002B1331">
        <w:rPr>
          <w:lang w:val="pl-PL"/>
        </w:rPr>
        <w:t xml:space="preserve"> </w:t>
      </w:r>
      <w:proofErr w:type="spellStart"/>
      <w:r w:rsidRPr="002B1331">
        <w:rPr>
          <w:lang w:val="pl-PL"/>
        </w:rPr>
        <w:t>padidinti</w:t>
      </w:r>
      <w:proofErr w:type="spellEnd"/>
      <w:r w:rsidRPr="002B1331">
        <w:rPr>
          <w:lang w:val="pl-PL"/>
        </w:rPr>
        <w:t xml:space="preserve"> </w:t>
      </w:r>
      <w:proofErr w:type="spellStart"/>
      <w:r w:rsidRPr="002B1331">
        <w:rPr>
          <w:lang w:val="pl-PL"/>
        </w:rPr>
        <w:t>sudėtingumą</w:t>
      </w:r>
      <w:proofErr w:type="spellEnd"/>
      <w:r w:rsidRPr="002B1331">
        <w:rPr>
          <w:lang w:val="pl-PL"/>
        </w:rPr>
        <w:t xml:space="preserve">, </w:t>
      </w:r>
      <w:proofErr w:type="spellStart"/>
      <w:r w:rsidRPr="002B1331">
        <w:rPr>
          <w:lang w:val="pl-PL"/>
        </w:rPr>
        <w:t>sumažinkite</w:t>
      </w:r>
      <w:proofErr w:type="spellEnd"/>
      <w:r w:rsidRPr="002B1331">
        <w:rPr>
          <w:lang w:val="pl-PL"/>
        </w:rPr>
        <w:t xml:space="preserve"> </w:t>
      </w:r>
      <w:proofErr w:type="spellStart"/>
      <w:r w:rsidRPr="002B1331">
        <w:rPr>
          <w:lang w:val="pl-PL"/>
        </w:rPr>
        <w:t>erdvę</w:t>
      </w:r>
      <w:proofErr w:type="spellEnd"/>
      <w:r w:rsidRPr="002B1331">
        <w:rPr>
          <w:lang w:val="pl-PL"/>
        </w:rPr>
        <w:t xml:space="preserve">, </w:t>
      </w:r>
      <w:proofErr w:type="spellStart"/>
      <w:r w:rsidRPr="002B1331">
        <w:rPr>
          <w:lang w:val="pl-PL"/>
        </w:rPr>
        <w:t>kurioje</w:t>
      </w:r>
      <w:proofErr w:type="spellEnd"/>
      <w:r w:rsidRPr="002B1331">
        <w:rPr>
          <w:lang w:val="pl-PL"/>
        </w:rPr>
        <w:t xml:space="preserve"> </w:t>
      </w:r>
      <w:proofErr w:type="spellStart"/>
      <w:r w:rsidRPr="002B1331">
        <w:rPr>
          <w:lang w:val="pl-PL"/>
        </w:rPr>
        <w:t>žaidėjai</w:t>
      </w:r>
      <w:proofErr w:type="spellEnd"/>
      <w:r w:rsidRPr="002B1331">
        <w:rPr>
          <w:lang w:val="pl-PL"/>
        </w:rPr>
        <w:t xml:space="preserve"> gali </w:t>
      </w:r>
      <w:proofErr w:type="spellStart"/>
      <w:r w:rsidRPr="002B1331">
        <w:rPr>
          <w:lang w:val="pl-PL"/>
        </w:rPr>
        <w:t>judėti</w:t>
      </w:r>
      <w:proofErr w:type="spellEnd"/>
      <w:r w:rsidRPr="002B1331">
        <w:rPr>
          <w:lang w:val="pl-PL"/>
        </w:rPr>
        <w:t>.</w:t>
      </w:r>
    </w:p>
    <w:p w14:paraId="62CB7578" w14:textId="77777777" w:rsidR="008D4AB4" w:rsidRDefault="00700ACB" w:rsidP="008D4AB4">
      <w:pPr>
        <w:rPr>
          <w:lang w:val="mk-MK"/>
        </w:rPr>
      </w:pPr>
      <w:r>
        <w:rPr>
          <w:noProof/>
        </w:rPr>
        <w:lastRenderedPageBreak/>
        <w:drawing>
          <wp:inline distT="0" distB="0" distL="0" distR="0" wp14:anchorId="66ADB3BE" wp14:editId="30D572F7">
            <wp:extent cx="2919114" cy="2818628"/>
            <wp:effectExtent l="0" t="0" r="0" b="127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ип4.png"/>
                    <pic:cNvPicPr/>
                  </pic:nvPicPr>
                  <pic:blipFill>
                    <a:blip r:embed="rId77">
                      <a:extLst>
                        <a:ext uri="{28A0092B-C50C-407E-A947-70E740481C1C}">
                          <a14:useLocalDpi xmlns:a14="http://schemas.microsoft.com/office/drawing/2010/main" val="0"/>
                        </a:ext>
                      </a:extLst>
                    </a:blip>
                    <a:stretch>
                      <a:fillRect/>
                    </a:stretch>
                  </pic:blipFill>
                  <pic:spPr>
                    <a:xfrm>
                      <a:off x="0" y="0"/>
                      <a:ext cx="2918276" cy="2817819"/>
                    </a:xfrm>
                    <a:prstGeom prst="rect">
                      <a:avLst/>
                    </a:prstGeom>
                  </pic:spPr>
                </pic:pic>
              </a:graphicData>
            </a:graphic>
          </wp:inline>
        </w:drawing>
      </w:r>
    </w:p>
    <w:p w14:paraId="32665CA7" w14:textId="77777777" w:rsidR="008D4AB4" w:rsidRDefault="008D4AB4" w:rsidP="008D4AB4">
      <w:pPr>
        <w:rPr>
          <w:lang w:val="mk-MK"/>
        </w:rPr>
      </w:pPr>
    </w:p>
    <w:p w14:paraId="1BFD4744" w14:textId="77777777" w:rsidR="00C5420E" w:rsidRDefault="00C5420E">
      <w:pPr>
        <w:rPr>
          <w:lang w:val="mk-MK"/>
        </w:rPr>
      </w:pPr>
    </w:p>
    <w:p w14:paraId="5EA3B1F3" w14:textId="77777777" w:rsidR="00A93FD3" w:rsidRDefault="00A93FD3">
      <w:pPr>
        <w:rPr>
          <w:lang w:val="mk-MK"/>
        </w:rPr>
      </w:pPr>
    </w:p>
    <w:p w14:paraId="48EEA499" w14:textId="77777777" w:rsidR="00A93FD3" w:rsidRDefault="00A93FD3">
      <w:pPr>
        <w:rPr>
          <w:lang w:val="mk-MK"/>
        </w:rPr>
      </w:pPr>
    </w:p>
    <w:p w14:paraId="062D5BF3" w14:textId="77777777" w:rsidR="00A93FD3" w:rsidRDefault="00A93FD3">
      <w:pPr>
        <w:rPr>
          <w:lang w:val="mk-MK"/>
        </w:rPr>
      </w:pPr>
    </w:p>
    <w:p w14:paraId="152D2F01" w14:textId="77777777" w:rsidR="00A93FD3" w:rsidRDefault="00A93FD3">
      <w:pPr>
        <w:rPr>
          <w:lang w:val="mk-MK"/>
        </w:rPr>
      </w:pPr>
    </w:p>
    <w:p w14:paraId="0170F5E9" w14:textId="77777777" w:rsidR="00A93FD3" w:rsidRDefault="00A93FD3">
      <w:pPr>
        <w:rPr>
          <w:lang w:val="mk-MK"/>
        </w:rPr>
      </w:pPr>
    </w:p>
    <w:p w14:paraId="65969620" w14:textId="77777777" w:rsidR="00A93FD3" w:rsidRDefault="00A93FD3">
      <w:pPr>
        <w:rPr>
          <w:lang w:val="mk-MK"/>
        </w:rPr>
      </w:pPr>
    </w:p>
    <w:p w14:paraId="5D0A4974" w14:textId="77777777" w:rsidR="00A93FD3" w:rsidRDefault="00A93FD3">
      <w:pPr>
        <w:rPr>
          <w:lang w:val="mk-MK"/>
        </w:rPr>
      </w:pPr>
    </w:p>
    <w:p w14:paraId="6EB0C7CC" w14:textId="77777777" w:rsidR="00A93FD3" w:rsidRDefault="00A93FD3">
      <w:pPr>
        <w:rPr>
          <w:lang w:val="mk-MK"/>
        </w:rPr>
      </w:pPr>
    </w:p>
    <w:p w14:paraId="0EEDC317" w14:textId="77777777" w:rsidR="00A93FD3" w:rsidRDefault="00A93FD3">
      <w:pPr>
        <w:rPr>
          <w:lang w:val="mk-MK"/>
        </w:rPr>
      </w:pPr>
    </w:p>
    <w:p w14:paraId="52620513" w14:textId="77777777" w:rsidR="00A93FD3" w:rsidRDefault="00A93FD3">
      <w:pPr>
        <w:rPr>
          <w:lang w:val="mk-MK"/>
        </w:rPr>
      </w:pPr>
    </w:p>
    <w:p w14:paraId="15697AD4" w14:textId="77777777" w:rsidR="00A93FD3" w:rsidRDefault="00A93FD3">
      <w:pPr>
        <w:rPr>
          <w:lang w:val="mk-MK"/>
        </w:rPr>
      </w:pPr>
    </w:p>
    <w:p w14:paraId="0A99D117" w14:textId="77777777" w:rsidR="00A93FD3" w:rsidRDefault="00A93FD3">
      <w:pPr>
        <w:rPr>
          <w:lang w:val="mk-MK"/>
        </w:rPr>
      </w:pPr>
    </w:p>
    <w:p w14:paraId="49F70A10" w14:textId="77777777" w:rsidR="00A93FD3" w:rsidRDefault="00A93FD3">
      <w:pPr>
        <w:rPr>
          <w:lang w:val="mk-MK"/>
        </w:rPr>
      </w:pPr>
    </w:p>
    <w:p w14:paraId="2549F62F" w14:textId="77777777" w:rsidR="00A93FD3" w:rsidRDefault="00A93FD3">
      <w:pPr>
        <w:rPr>
          <w:lang w:val="mk-MK"/>
        </w:rPr>
      </w:pPr>
    </w:p>
    <w:p w14:paraId="217631E8" w14:textId="77777777" w:rsidR="00A93FD3" w:rsidRDefault="00A93FD3">
      <w:pPr>
        <w:rPr>
          <w:lang w:val="mk-MK"/>
        </w:rPr>
      </w:pPr>
    </w:p>
    <w:p w14:paraId="4E655A09" w14:textId="77777777" w:rsidR="00A93FD3" w:rsidRDefault="00A93FD3">
      <w:pPr>
        <w:rPr>
          <w:lang w:val="mk-MK"/>
        </w:rPr>
      </w:pPr>
    </w:p>
    <w:p w14:paraId="213BF36C" w14:textId="77777777" w:rsidR="00A93FD3" w:rsidRDefault="00A93FD3">
      <w:pPr>
        <w:rPr>
          <w:lang w:val="mk-MK"/>
        </w:rPr>
      </w:pPr>
    </w:p>
    <w:p w14:paraId="13F63C25" w14:textId="77777777" w:rsidR="00A93FD3" w:rsidRDefault="00A93FD3">
      <w:pPr>
        <w:rPr>
          <w:lang w:val="mk-MK"/>
        </w:rPr>
      </w:pPr>
    </w:p>
    <w:p w14:paraId="686E1CF9" w14:textId="77777777" w:rsidR="00A93FD3" w:rsidRDefault="00A93FD3">
      <w:pPr>
        <w:rPr>
          <w:lang w:val="mk-MK"/>
        </w:rPr>
      </w:pPr>
    </w:p>
    <w:p w14:paraId="635A6BE0" w14:textId="77777777" w:rsidR="00A93FD3" w:rsidRDefault="00A93FD3">
      <w:pPr>
        <w:rPr>
          <w:lang w:val="mk-MK"/>
        </w:rPr>
      </w:pPr>
    </w:p>
    <w:p w14:paraId="1EE94E0A" w14:textId="77777777" w:rsidR="00A93FD3" w:rsidRDefault="00A93FD3">
      <w:pPr>
        <w:rPr>
          <w:lang w:val="mk-MK"/>
        </w:rPr>
      </w:pPr>
    </w:p>
    <w:p w14:paraId="68F9C818" w14:textId="77777777" w:rsidR="008B22C4" w:rsidRPr="008B22C4" w:rsidRDefault="008B22C4" w:rsidP="008B22C4">
      <w:pPr>
        <w:pStyle w:val="prastasiniatinklio"/>
        <w:jc w:val="center"/>
        <w:rPr>
          <w:color w:val="1F497D" w:themeColor="text2"/>
          <w:sz w:val="44"/>
          <w:szCs w:val="44"/>
        </w:rPr>
      </w:pPr>
      <w:proofErr w:type="spellStart"/>
      <w:r w:rsidRPr="008B22C4">
        <w:rPr>
          <w:b/>
          <w:bCs/>
          <w:color w:val="1F497D" w:themeColor="text2"/>
          <w:sz w:val="44"/>
          <w:szCs w:val="44"/>
        </w:rPr>
        <w:t>Partnerių</w:t>
      </w:r>
      <w:proofErr w:type="spellEnd"/>
      <w:r w:rsidRPr="008B22C4">
        <w:rPr>
          <w:b/>
          <w:bCs/>
          <w:color w:val="1F497D" w:themeColor="text2"/>
          <w:sz w:val="44"/>
          <w:szCs w:val="44"/>
        </w:rPr>
        <w:t xml:space="preserve"> </w:t>
      </w:r>
      <w:proofErr w:type="spellStart"/>
      <w:r w:rsidRPr="008B22C4">
        <w:rPr>
          <w:b/>
          <w:bCs/>
          <w:color w:val="1F497D" w:themeColor="text2"/>
          <w:sz w:val="44"/>
          <w:szCs w:val="44"/>
        </w:rPr>
        <w:t>šalių</w:t>
      </w:r>
      <w:proofErr w:type="spellEnd"/>
      <w:r w:rsidRPr="008B22C4">
        <w:rPr>
          <w:b/>
          <w:bCs/>
          <w:color w:val="1F497D" w:themeColor="text2"/>
          <w:sz w:val="44"/>
          <w:szCs w:val="44"/>
        </w:rPr>
        <w:t xml:space="preserve"> </w:t>
      </w:r>
      <w:proofErr w:type="spellStart"/>
      <w:r w:rsidRPr="008B22C4">
        <w:rPr>
          <w:b/>
          <w:bCs/>
          <w:color w:val="1F497D" w:themeColor="text2"/>
          <w:sz w:val="44"/>
          <w:szCs w:val="44"/>
        </w:rPr>
        <w:t>švietimo</w:t>
      </w:r>
      <w:proofErr w:type="spellEnd"/>
      <w:r w:rsidRPr="008B22C4">
        <w:rPr>
          <w:b/>
          <w:bCs/>
          <w:color w:val="1F497D" w:themeColor="text2"/>
          <w:sz w:val="44"/>
          <w:szCs w:val="44"/>
        </w:rPr>
        <w:t xml:space="preserve"> </w:t>
      </w:r>
      <w:proofErr w:type="spellStart"/>
      <w:r w:rsidRPr="008B22C4">
        <w:rPr>
          <w:b/>
          <w:bCs/>
          <w:color w:val="1F497D" w:themeColor="text2"/>
          <w:sz w:val="44"/>
          <w:szCs w:val="44"/>
        </w:rPr>
        <w:t>sistemos</w:t>
      </w:r>
      <w:proofErr w:type="spellEnd"/>
    </w:p>
    <w:p w14:paraId="77638B0E" w14:textId="77777777" w:rsidR="00133761" w:rsidRDefault="00133761" w:rsidP="00A93FD3">
      <w:pPr>
        <w:jc w:val="center"/>
        <w:rPr>
          <w:b/>
          <w:color w:val="1F497D" w:themeColor="text2"/>
          <w:sz w:val="72"/>
          <w:szCs w:val="72"/>
          <w:lang w:val="mk-MK"/>
        </w:rPr>
      </w:pPr>
    </w:p>
    <w:p w14:paraId="1A3FA105" w14:textId="77777777" w:rsidR="00A93FD3" w:rsidRPr="00A93FD3" w:rsidRDefault="00A93FD3">
      <w:pPr>
        <w:rPr>
          <w:color w:val="1F497D" w:themeColor="text2"/>
          <w:sz w:val="72"/>
          <w:szCs w:val="72"/>
          <w:lang w:val="mk-MK"/>
        </w:rPr>
      </w:pPr>
      <w:r>
        <w:rPr>
          <w:noProof/>
          <w:lang w:val="mk-MK"/>
        </w:rPr>
        <w:t xml:space="preserve">                                                                                  </w:t>
      </w:r>
      <w:r>
        <w:rPr>
          <w:noProof/>
        </w:rPr>
        <w:drawing>
          <wp:inline distT="0" distB="0" distL="0" distR="0" wp14:anchorId="07A839A3" wp14:editId="5BB7D5C4">
            <wp:extent cx="1785536" cy="1743412"/>
            <wp:effectExtent l="0" t="0" r="5715"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zagrajmy dobre (1).jpg"/>
                    <pic:cNvPicPr/>
                  </pic:nvPicPr>
                  <pic:blipFill>
                    <a:blip r:embed="rId9">
                      <a:extLst>
                        <a:ext uri="{28A0092B-C50C-407E-A947-70E740481C1C}">
                          <a14:useLocalDpi xmlns:a14="http://schemas.microsoft.com/office/drawing/2010/main" val="0"/>
                        </a:ext>
                      </a:extLst>
                    </a:blip>
                    <a:stretch>
                      <a:fillRect/>
                    </a:stretch>
                  </pic:blipFill>
                  <pic:spPr>
                    <a:xfrm>
                      <a:off x="0" y="0"/>
                      <a:ext cx="1771394" cy="1729604"/>
                    </a:xfrm>
                    <a:prstGeom prst="rect">
                      <a:avLst/>
                    </a:prstGeom>
                  </pic:spPr>
                </pic:pic>
              </a:graphicData>
            </a:graphic>
          </wp:inline>
        </w:drawing>
      </w:r>
    </w:p>
    <w:p w14:paraId="1610EE6C" w14:textId="77777777" w:rsidR="00C5420E" w:rsidRDefault="00C5420E">
      <w:pPr>
        <w:rPr>
          <w:lang w:val="mk-MK"/>
        </w:rPr>
      </w:pPr>
    </w:p>
    <w:p w14:paraId="22976227" w14:textId="77777777" w:rsidR="00C5420E" w:rsidRDefault="00C5420E">
      <w:pPr>
        <w:rPr>
          <w:lang w:val="mk-MK"/>
        </w:rPr>
      </w:pPr>
    </w:p>
    <w:p w14:paraId="249D3F7F" w14:textId="77777777" w:rsidR="00C5420E" w:rsidRDefault="00C5420E">
      <w:pPr>
        <w:rPr>
          <w:lang w:val="mk-MK"/>
        </w:rPr>
      </w:pPr>
    </w:p>
    <w:p w14:paraId="3F99AFFF" w14:textId="77777777" w:rsidR="00C5420E" w:rsidRDefault="00C5420E">
      <w:pPr>
        <w:rPr>
          <w:lang w:val="mk-MK"/>
        </w:rPr>
      </w:pPr>
    </w:p>
    <w:p w14:paraId="0601A0B5" w14:textId="77777777" w:rsidR="00C5420E" w:rsidRDefault="00C5420E">
      <w:pPr>
        <w:rPr>
          <w:lang w:val="mk-MK"/>
        </w:rPr>
      </w:pPr>
    </w:p>
    <w:p w14:paraId="410382FE" w14:textId="77777777" w:rsidR="003A3520" w:rsidRDefault="003A3520" w:rsidP="00A93FD3">
      <w:pPr>
        <w:jc w:val="center"/>
        <w:rPr>
          <w:b/>
          <w:lang w:val="mk-MK"/>
        </w:rPr>
      </w:pPr>
    </w:p>
    <w:p w14:paraId="2D858D02" w14:textId="77777777" w:rsidR="003A3520" w:rsidRDefault="003A3520" w:rsidP="00A93FD3">
      <w:pPr>
        <w:jc w:val="center"/>
        <w:rPr>
          <w:b/>
          <w:lang w:val="mk-MK"/>
        </w:rPr>
      </w:pPr>
    </w:p>
    <w:p w14:paraId="6ACA4322" w14:textId="77777777" w:rsidR="003A3520" w:rsidRDefault="003A3520" w:rsidP="00A93FD3">
      <w:pPr>
        <w:jc w:val="center"/>
        <w:rPr>
          <w:b/>
          <w:lang w:val="mk-MK"/>
        </w:rPr>
      </w:pPr>
    </w:p>
    <w:p w14:paraId="463D525B" w14:textId="77777777" w:rsidR="003A3520" w:rsidRDefault="003A3520" w:rsidP="00A93FD3">
      <w:pPr>
        <w:jc w:val="center"/>
        <w:rPr>
          <w:b/>
          <w:lang w:val="mk-MK"/>
        </w:rPr>
      </w:pPr>
    </w:p>
    <w:p w14:paraId="7A7B8785" w14:textId="77777777" w:rsidR="003A3520" w:rsidRDefault="003A3520" w:rsidP="00A93FD3">
      <w:pPr>
        <w:jc w:val="center"/>
        <w:rPr>
          <w:b/>
          <w:lang w:val="mk-MK"/>
        </w:rPr>
      </w:pPr>
    </w:p>
    <w:p w14:paraId="6D55D49E" w14:textId="77777777" w:rsidR="003A3520" w:rsidRDefault="003A3520" w:rsidP="00A93FD3">
      <w:pPr>
        <w:jc w:val="center"/>
        <w:rPr>
          <w:b/>
          <w:lang w:val="mk-MK"/>
        </w:rPr>
      </w:pPr>
    </w:p>
    <w:p w14:paraId="477FDB8F" w14:textId="77777777" w:rsidR="003A3520" w:rsidRDefault="003A3520" w:rsidP="00A93FD3">
      <w:pPr>
        <w:jc w:val="center"/>
        <w:rPr>
          <w:b/>
          <w:lang w:val="mk-MK"/>
        </w:rPr>
      </w:pPr>
    </w:p>
    <w:p w14:paraId="0A2B4822" w14:textId="77777777" w:rsidR="00F20DF0" w:rsidRDefault="00F20DF0" w:rsidP="00A93FD3">
      <w:pPr>
        <w:jc w:val="center"/>
        <w:rPr>
          <w:b/>
          <w:lang w:val="mk-MK"/>
        </w:rPr>
      </w:pPr>
    </w:p>
    <w:p w14:paraId="3D44D98D" w14:textId="77777777" w:rsidR="00F20DF0" w:rsidRDefault="00F20DF0" w:rsidP="00A93FD3">
      <w:pPr>
        <w:jc w:val="center"/>
        <w:rPr>
          <w:b/>
          <w:lang w:val="mk-MK"/>
        </w:rPr>
      </w:pPr>
    </w:p>
    <w:p w14:paraId="1A9B6EA1" w14:textId="77777777" w:rsidR="00F20DF0" w:rsidRPr="00F20DF0" w:rsidRDefault="00F20DF0" w:rsidP="00F20DF0">
      <w:pPr>
        <w:pStyle w:val="prastasiniatinklio"/>
        <w:jc w:val="center"/>
        <w:rPr>
          <w:b/>
          <w:bCs/>
          <w:lang w:val="mk-MK"/>
        </w:rPr>
      </w:pPr>
      <w:r w:rsidRPr="00F20DF0">
        <w:rPr>
          <w:b/>
          <w:bCs/>
          <w:lang w:val="mk-MK"/>
        </w:rPr>
        <w:lastRenderedPageBreak/>
        <w:t>Lenkijos švietimo sistema</w:t>
      </w:r>
    </w:p>
    <w:p w14:paraId="57EFD042" w14:textId="77777777" w:rsidR="00F20DF0" w:rsidRPr="00F20DF0" w:rsidRDefault="00F20DF0" w:rsidP="00F20DF0">
      <w:pPr>
        <w:pStyle w:val="prastasiniatinklio"/>
        <w:rPr>
          <w:lang w:val="mk-MK"/>
        </w:rPr>
      </w:pPr>
      <w:r w:rsidRPr="00F20DF0">
        <w:rPr>
          <w:lang w:val="mk-MK"/>
        </w:rPr>
        <w:t>Lenkijos švietimo sistema yra suskirstyta į etapus ir apima privalomąjį bei neprivalomąjį švietimą.</w:t>
      </w:r>
    </w:p>
    <w:p w14:paraId="26154F8A" w14:textId="77777777" w:rsidR="00F20DF0" w:rsidRPr="00F20DF0" w:rsidRDefault="00F20DF0" w:rsidP="00F20DF0">
      <w:pPr>
        <w:pStyle w:val="prastasiniatinklio"/>
        <w:rPr>
          <w:lang w:val="mk-MK"/>
        </w:rPr>
      </w:pPr>
      <w:r w:rsidRPr="00F20DF0">
        <w:rPr>
          <w:lang w:val="mk-MK"/>
        </w:rPr>
        <w:t>Ikimokyklinis ugdymas: skirtas 3–6 metų vaikams; šešerių metų vaikams privalomas vienerių metų ikimokyklinis ugdymas (vadinamas „zerówka“).</w:t>
      </w:r>
    </w:p>
    <w:p w14:paraId="1A9939A0" w14:textId="77777777" w:rsidR="00F20DF0" w:rsidRPr="00F20DF0" w:rsidRDefault="00F20DF0" w:rsidP="00F20DF0">
      <w:pPr>
        <w:pStyle w:val="prastasiniatinklio"/>
        <w:rPr>
          <w:lang w:val="pl-PL"/>
        </w:rPr>
      </w:pPr>
      <w:proofErr w:type="spellStart"/>
      <w:r w:rsidRPr="00F20DF0">
        <w:rPr>
          <w:lang w:val="pl-PL"/>
        </w:rPr>
        <w:t>Pradinė</w:t>
      </w:r>
      <w:proofErr w:type="spellEnd"/>
      <w:r w:rsidRPr="00F20DF0">
        <w:rPr>
          <w:lang w:val="pl-PL"/>
        </w:rPr>
        <w:t xml:space="preserve"> </w:t>
      </w:r>
      <w:proofErr w:type="spellStart"/>
      <w:r w:rsidRPr="00F20DF0">
        <w:rPr>
          <w:lang w:val="pl-PL"/>
        </w:rPr>
        <w:t>mokykla</w:t>
      </w:r>
      <w:proofErr w:type="spellEnd"/>
      <w:r w:rsidRPr="00F20DF0">
        <w:rPr>
          <w:lang w:val="pl-PL"/>
        </w:rPr>
        <w:t xml:space="preserve">: </w:t>
      </w:r>
      <w:proofErr w:type="spellStart"/>
      <w:r w:rsidRPr="00F20DF0">
        <w:rPr>
          <w:lang w:val="pl-PL"/>
        </w:rPr>
        <w:t>trunka</w:t>
      </w:r>
      <w:proofErr w:type="spellEnd"/>
      <w:r w:rsidRPr="00F20DF0">
        <w:rPr>
          <w:lang w:val="pl-PL"/>
        </w:rPr>
        <w:t xml:space="preserve"> 8 </w:t>
      </w:r>
      <w:proofErr w:type="spellStart"/>
      <w:r w:rsidRPr="00F20DF0">
        <w:rPr>
          <w:lang w:val="pl-PL"/>
        </w:rPr>
        <w:t>metus</w:t>
      </w:r>
      <w:proofErr w:type="spellEnd"/>
      <w:r w:rsidRPr="00F20DF0">
        <w:rPr>
          <w:lang w:val="pl-PL"/>
        </w:rPr>
        <w:t xml:space="preserve"> (1–8 </w:t>
      </w:r>
      <w:proofErr w:type="spellStart"/>
      <w:r w:rsidRPr="00F20DF0">
        <w:rPr>
          <w:lang w:val="pl-PL"/>
        </w:rPr>
        <w:t>klasės</w:t>
      </w:r>
      <w:proofErr w:type="spellEnd"/>
      <w:r w:rsidRPr="00F20DF0">
        <w:rPr>
          <w:lang w:val="pl-PL"/>
        </w:rPr>
        <w:t xml:space="preserve">). </w:t>
      </w:r>
      <w:proofErr w:type="spellStart"/>
      <w:r w:rsidRPr="00F20DF0">
        <w:rPr>
          <w:lang w:val="pl-PL"/>
        </w:rPr>
        <w:t>Švietimas</w:t>
      </w:r>
      <w:proofErr w:type="spellEnd"/>
      <w:r w:rsidRPr="00F20DF0">
        <w:rPr>
          <w:lang w:val="pl-PL"/>
        </w:rPr>
        <w:t xml:space="preserve"> </w:t>
      </w:r>
      <w:proofErr w:type="spellStart"/>
      <w:r w:rsidRPr="00F20DF0">
        <w:rPr>
          <w:lang w:val="pl-PL"/>
        </w:rPr>
        <w:t>yra</w:t>
      </w:r>
      <w:proofErr w:type="spellEnd"/>
      <w:r w:rsidRPr="00F20DF0">
        <w:rPr>
          <w:lang w:val="pl-PL"/>
        </w:rPr>
        <w:t xml:space="preserve"> </w:t>
      </w:r>
      <w:proofErr w:type="spellStart"/>
      <w:r w:rsidRPr="00F20DF0">
        <w:rPr>
          <w:lang w:val="pl-PL"/>
        </w:rPr>
        <w:t>privalomas</w:t>
      </w:r>
      <w:proofErr w:type="spellEnd"/>
      <w:r w:rsidRPr="00F20DF0">
        <w:rPr>
          <w:lang w:val="pl-PL"/>
        </w:rPr>
        <w:t xml:space="preserve">, o </w:t>
      </w:r>
      <w:proofErr w:type="spellStart"/>
      <w:r w:rsidRPr="00F20DF0">
        <w:rPr>
          <w:lang w:val="pl-PL"/>
        </w:rPr>
        <w:t>baigus</w:t>
      </w:r>
      <w:proofErr w:type="spellEnd"/>
      <w:r w:rsidRPr="00F20DF0">
        <w:rPr>
          <w:lang w:val="pl-PL"/>
        </w:rPr>
        <w:t xml:space="preserve"> </w:t>
      </w:r>
      <w:proofErr w:type="spellStart"/>
      <w:r w:rsidRPr="00F20DF0">
        <w:rPr>
          <w:lang w:val="pl-PL"/>
        </w:rPr>
        <w:t>pradinę</w:t>
      </w:r>
      <w:proofErr w:type="spellEnd"/>
      <w:r w:rsidRPr="00F20DF0">
        <w:rPr>
          <w:lang w:val="pl-PL"/>
        </w:rPr>
        <w:t xml:space="preserve"> </w:t>
      </w:r>
      <w:proofErr w:type="spellStart"/>
      <w:r w:rsidRPr="00F20DF0">
        <w:rPr>
          <w:lang w:val="pl-PL"/>
        </w:rPr>
        <w:t>mokyklą</w:t>
      </w:r>
      <w:proofErr w:type="spellEnd"/>
      <w:r w:rsidRPr="00F20DF0">
        <w:rPr>
          <w:lang w:val="pl-PL"/>
        </w:rPr>
        <w:t xml:space="preserve"> </w:t>
      </w:r>
      <w:proofErr w:type="spellStart"/>
      <w:r w:rsidRPr="00F20DF0">
        <w:rPr>
          <w:lang w:val="pl-PL"/>
        </w:rPr>
        <w:t>mokiniai</w:t>
      </w:r>
      <w:proofErr w:type="spellEnd"/>
      <w:r w:rsidRPr="00F20DF0">
        <w:rPr>
          <w:lang w:val="pl-PL"/>
        </w:rPr>
        <w:t xml:space="preserve"> </w:t>
      </w:r>
      <w:proofErr w:type="spellStart"/>
      <w:r w:rsidRPr="00F20DF0">
        <w:rPr>
          <w:lang w:val="pl-PL"/>
        </w:rPr>
        <w:t>laiko</w:t>
      </w:r>
      <w:proofErr w:type="spellEnd"/>
      <w:r w:rsidRPr="00F20DF0">
        <w:rPr>
          <w:lang w:val="pl-PL"/>
        </w:rPr>
        <w:t xml:space="preserve"> </w:t>
      </w:r>
      <w:proofErr w:type="spellStart"/>
      <w:r w:rsidRPr="00F20DF0">
        <w:rPr>
          <w:lang w:val="pl-PL"/>
        </w:rPr>
        <w:t>aštuntos</w:t>
      </w:r>
      <w:proofErr w:type="spellEnd"/>
      <w:r w:rsidRPr="00F20DF0">
        <w:rPr>
          <w:lang w:val="pl-PL"/>
        </w:rPr>
        <w:t xml:space="preserve"> </w:t>
      </w:r>
      <w:proofErr w:type="spellStart"/>
      <w:r w:rsidRPr="00F20DF0">
        <w:rPr>
          <w:lang w:val="pl-PL"/>
        </w:rPr>
        <w:t>klasės</w:t>
      </w:r>
      <w:proofErr w:type="spellEnd"/>
      <w:r w:rsidRPr="00F20DF0">
        <w:rPr>
          <w:lang w:val="pl-PL"/>
        </w:rPr>
        <w:t xml:space="preserve"> </w:t>
      </w:r>
      <w:proofErr w:type="spellStart"/>
      <w:r w:rsidRPr="00F20DF0">
        <w:rPr>
          <w:lang w:val="pl-PL"/>
        </w:rPr>
        <w:t>egzaminą</w:t>
      </w:r>
      <w:proofErr w:type="spellEnd"/>
      <w:r w:rsidRPr="00F20DF0">
        <w:rPr>
          <w:lang w:val="pl-PL"/>
        </w:rPr>
        <w:t>.</w:t>
      </w:r>
    </w:p>
    <w:p w14:paraId="03447676" w14:textId="77777777" w:rsidR="00F20DF0" w:rsidRPr="00F20DF0" w:rsidRDefault="00F20DF0" w:rsidP="00F20DF0">
      <w:pPr>
        <w:pStyle w:val="prastasiniatinklio"/>
        <w:rPr>
          <w:lang w:val="pl-PL"/>
        </w:rPr>
      </w:pPr>
      <w:proofErr w:type="spellStart"/>
      <w:r w:rsidRPr="00F20DF0">
        <w:rPr>
          <w:lang w:val="pl-PL"/>
        </w:rPr>
        <w:t>Vidurinis</w:t>
      </w:r>
      <w:proofErr w:type="spellEnd"/>
      <w:r w:rsidRPr="00F20DF0">
        <w:rPr>
          <w:lang w:val="pl-PL"/>
        </w:rPr>
        <w:t xml:space="preserve"> </w:t>
      </w:r>
      <w:proofErr w:type="spellStart"/>
      <w:r w:rsidRPr="00F20DF0">
        <w:rPr>
          <w:lang w:val="pl-PL"/>
        </w:rPr>
        <w:t>išsilavinimas</w:t>
      </w:r>
      <w:proofErr w:type="spellEnd"/>
      <w:r w:rsidRPr="00F20DF0">
        <w:rPr>
          <w:lang w:val="pl-PL"/>
        </w:rPr>
        <w:t xml:space="preserve"> (</w:t>
      </w:r>
      <w:proofErr w:type="spellStart"/>
      <w:r w:rsidRPr="00F20DF0">
        <w:rPr>
          <w:lang w:val="pl-PL"/>
        </w:rPr>
        <w:t>dažniausiai</w:t>
      </w:r>
      <w:proofErr w:type="spellEnd"/>
      <w:r w:rsidRPr="00F20DF0">
        <w:rPr>
          <w:lang w:val="pl-PL"/>
        </w:rPr>
        <w:t xml:space="preserve"> </w:t>
      </w:r>
      <w:proofErr w:type="spellStart"/>
      <w:r w:rsidRPr="00F20DF0">
        <w:rPr>
          <w:lang w:val="pl-PL"/>
        </w:rPr>
        <w:t>pasirenkami</w:t>
      </w:r>
      <w:proofErr w:type="spellEnd"/>
      <w:r w:rsidRPr="00F20DF0">
        <w:rPr>
          <w:lang w:val="pl-PL"/>
        </w:rPr>
        <w:t xml:space="preserve"> </w:t>
      </w:r>
      <w:proofErr w:type="spellStart"/>
      <w:r w:rsidRPr="00F20DF0">
        <w:rPr>
          <w:lang w:val="pl-PL"/>
        </w:rPr>
        <w:t>keliai</w:t>
      </w:r>
      <w:proofErr w:type="spellEnd"/>
      <w:r w:rsidRPr="00F20DF0">
        <w:rPr>
          <w:lang w:val="pl-PL"/>
        </w:rPr>
        <w:t xml:space="preserve">): </w:t>
      </w:r>
      <w:proofErr w:type="spellStart"/>
      <w:r w:rsidRPr="00F20DF0">
        <w:rPr>
          <w:lang w:val="pl-PL"/>
        </w:rPr>
        <w:t>bendroji</w:t>
      </w:r>
      <w:proofErr w:type="spellEnd"/>
      <w:r w:rsidRPr="00F20DF0">
        <w:rPr>
          <w:lang w:val="pl-PL"/>
        </w:rPr>
        <w:t xml:space="preserve"> </w:t>
      </w:r>
      <w:proofErr w:type="spellStart"/>
      <w:r w:rsidRPr="00F20DF0">
        <w:rPr>
          <w:lang w:val="pl-PL"/>
        </w:rPr>
        <w:t>vidurinė</w:t>
      </w:r>
      <w:proofErr w:type="spellEnd"/>
      <w:r w:rsidRPr="00F20DF0">
        <w:rPr>
          <w:lang w:val="pl-PL"/>
        </w:rPr>
        <w:t xml:space="preserve"> </w:t>
      </w:r>
      <w:proofErr w:type="spellStart"/>
      <w:r w:rsidRPr="00F20DF0">
        <w:rPr>
          <w:lang w:val="pl-PL"/>
        </w:rPr>
        <w:t>mokykla</w:t>
      </w:r>
      <w:proofErr w:type="spellEnd"/>
      <w:r w:rsidRPr="00F20DF0">
        <w:rPr>
          <w:lang w:val="pl-PL"/>
        </w:rPr>
        <w:t xml:space="preserve"> – 4 </w:t>
      </w:r>
      <w:proofErr w:type="spellStart"/>
      <w:r w:rsidRPr="00F20DF0">
        <w:rPr>
          <w:lang w:val="pl-PL"/>
        </w:rPr>
        <w:t>metai</w:t>
      </w:r>
      <w:proofErr w:type="spellEnd"/>
      <w:r w:rsidRPr="00F20DF0">
        <w:rPr>
          <w:lang w:val="pl-PL"/>
        </w:rPr>
        <w:t xml:space="preserve">, </w:t>
      </w:r>
      <w:proofErr w:type="spellStart"/>
      <w:r w:rsidRPr="00F20DF0">
        <w:rPr>
          <w:lang w:val="pl-PL"/>
        </w:rPr>
        <w:t>technikos</w:t>
      </w:r>
      <w:proofErr w:type="spellEnd"/>
      <w:r w:rsidRPr="00F20DF0">
        <w:rPr>
          <w:lang w:val="pl-PL"/>
        </w:rPr>
        <w:t xml:space="preserve"> </w:t>
      </w:r>
      <w:proofErr w:type="spellStart"/>
      <w:r w:rsidRPr="00F20DF0">
        <w:rPr>
          <w:lang w:val="pl-PL"/>
        </w:rPr>
        <w:t>vidurinė</w:t>
      </w:r>
      <w:proofErr w:type="spellEnd"/>
      <w:r w:rsidRPr="00F20DF0">
        <w:rPr>
          <w:lang w:val="pl-PL"/>
        </w:rPr>
        <w:t xml:space="preserve"> </w:t>
      </w:r>
      <w:proofErr w:type="spellStart"/>
      <w:r w:rsidRPr="00F20DF0">
        <w:rPr>
          <w:lang w:val="pl-PL"/>
        </w:rPr>
        <w:t>mokykla</w:t>
      </w:r>
      <w:proofErr w:type="spellEnd"/>
      <w:r w:rsidRPr="00F20DF0">
        <w:rPr>
          <w:lang w:val="pl-PL"/>
        </w:rPr>
        <w:t xml:space="preserve"> – 5 </w:t>
      </w:r>
      <w:proofErr w:type="spellStart"/>
      <w:r w:rsidRPr="00F20DF0">
        <w:rPr>
          <w:lang w:val="pl-PL"/>
        </w:rPr>
        <w:t>metai</w:t>
      </w:r>
      <w:proofErr w:type="spellEnd"/>
      <w:r w:rsidRPr="00F20DF0">
        <w:rPr>
          <w:lang w:val="pl-PL"/>
        </w:rPr>
        <w:t xml:space="preserve">, </w:t>
      </w:r>
      <w:proofErr w:type="spellStart"/>
      <w:r w:rsidRPr="00F20DF0">
        <w:rPr>
          <w:lang w:val="pl-PL"/>
        </w:rPr>
        <w:t>žemesnioji</w:t>
      </w:r>
      <w:proofErr w:type="spellEnd"/>
      <w:r w:rsidRPr="00F20DF0">
        <w:rPr>
          <w:lang w:val="pl-PL"/>
        </w:rPr>
        <w:t xml:space="preserve"> </w:t>
      </w:r>
      <w:proofErr w:type="spellStart"/>
      <w:r w:rsidRPr="00F20DF0">
        <w:rPr>
          <w:lang w:val="pl-PL"/>
        </w:rPr>
        <w:t>profesinė</w:t>
      </w:r>
      <w:proofErr w:type="spellEnd"/>
      <w:r w:rsidRPr="00F20DF0">
        <w:rPr>
          <w:lang w:val="pl-PL"/>
        </w:rPr>
        <w:t xml:space="preserve"> </w:t>
      </w:r>
      <w:proofErr w:type="spellStart"/>
      <w:r w:rsidRPr="00F20DF0">
        <w:rPr>
          <w:lang w:val="pl-PL"/>
        </w:rPr>
        <w:t>mokykla</w:t>
      </w:r>
      <w:proofErr w:type="spellEnd"/>
      <w:r w:rsidRPr="00F20DF0">
        <w:rPr>
          <w:lang w:val="pl-PL"/>
        </w:rPr>
        <w:t xml:space="preserve"> – 3 </w:t>
      </w:r>
      <w:proofErr w:type="spellStart"/>
      <w:r w:rsidRPr="00F20DF0">
        <w:rPr>
          <w:lang w:val="pl-PL"/>
        </w:rPr>
        <w:t>metai</w:t>
      </w:r>
      <w:proofErr w:type="spellEnd"/>
      <w:r w:rsidRPr="00F20DF0">
        <w:rPr>
          <w:lang w:val="pl-PL"/>
        </w:rPr>
        <w:t xml:space="preserve"> (</w:t>
      </w:r>
      <w:proofErr w:type="spellStart"/>
      <w:r w:rsidRPr="00F20DF0">
        <w:rPr>
          <w:lang w:val="pl-PL"/>
        </w:rPr>
        <w:t>su</w:t>
      </w:r>
      <w:proofErr w:type="spellEnd"/>
      <w:r w:rsidRPr="00F20DF0">
        <w:rPr>
          <w:lang w:val="pl-PL"/>
        </w:rPr>
        <w:t xml:space="preserve"> </w:t>
      </w:r>
      <w:proofErr w:type="spellStart"/>
      <w:r w:rsidRPr="00F20DF0">
        <w:rPr>
          <w:lang w:val="pl-PL"/>
        </w:rPr>
        <w:t>galimybe</w:t>
      </w:r>
      <w:proofErr w:type="spellEnd"/>
      <w:r w:rsidRPr="00F20DF0">
        <w:rPr>
          <w:lang w:val="pl-PL"/>
        </w:rPr>
        <w:t xml:space="preserve"> </w:t>
      </w:r>
      <w:proofErr w:type="spellStart"/>
      <w:r w:rsidRPr="00F20DF0">
        <w:rPr>
          <w:lang w:val="pl-PL"/>
        </w:rPr>
        <w:t>tęsti</w:t>
      </w:r>
      <w:proofErr w:type="spellEnd"/>
      <w:r w:rsidRPr="00F20DF0">
        <w:rPr>
          <w:lang w:val="pl-PL"/>
        </w:rPr>
        <w:t xml:space="preserve"> </w:t>
      </w:r>
      <w:proofErr w:type="spellStart"/>
      <w:r w:rsidRPr="00F20DF0">
        <w:rPr>
          <w:lang w:val="pl-PL"/>
        </w:rPr>
        <w:t>mokslą</w:t>
      </w:r>
      <w:proofErr w:type="spellEnd"/>
      <w:r w:rsidRPr="00F20DF0">
        <w:rPr>
          <w:lang w:val="pl-PL"/>
        </w:rPr>
        <w:t xml:space="preserve"> </w:t>
      </w:r>
      <w:proofErr w:type="spellStart"/>
      <w:r w:rsidRPr="00F20DF0">
        <w:rPr>
          <w:lang w:val="pl-PL"/>
        </w:rPr>
        <w:t>aukštesnėje</w:t>
      </w:r>
      <w:proofErr w:type="spellEnd"/>
      <w:r w:rsidRPr="00F20DF0">
        <w:rPr>
          <w:lang w:val="pl-PL"/>
        </w:rPr>
        <w:t xml:space="preserve"> </w:t>
      </w:r>
      <w:proofErr w:type="spellStart"/>
      <w:r w:rsidRPr="00F20DF0">
        <w:rPr>
          <w:lang w:val="pl-PL"/>
        </w:rPr>
        <w:t>profesinėje</w:t>
      </w:r>
      <w:proofErr w:type="spellEnd"/>
      <w:r w:rsidRPr="00F20DF0">
        <w:rPr>
          <w:lang w:val="pl-PL"/>
        </w:rPr>
        <w:t xml:space="preserve"> </w:t>
      </w:r>
      <w:proofErr w:type="spellStart"/>
      <w:r w:rsidRPr="00F20DF0">
        <w:rPr>
          <w:lang w:val="pl-PL"/>
        </w:rPr>
        <w:t>mokykloje</w:t>
      </w:r>
      <w:proofErr w:type="spellEnd"/>
      <w:r w:rsidRPr="00F20DF0">
        <w:rPr>
          <w:lang w:val="pl-PL"/>
        </w:rPr>
        <w:t xml:space="preserve">). </w:t>
      </w:r>
      <w:proofErr w:type="spellStart"/>
      <w:r w:rsidRPr="00F20DF0">
        <w:rPr>
          <w:lang w:val="pl-PL"/>
        </w:rPr>
        <w:t>Baigę</w:t>
      </w:r>
      <w:proofErr w:type="spellEnd"/>
      <w:r w:rsidRPr="00F20DF0">
        <w:rPr>
          <w:lang w:val="pl-PL"/>
        </w:rPr>
        <w:t xml:space="preserve"> </w:t>
      </w:r>
      <w:proofErr w:type="spellStart"/>
      <w:r w:rsidRPr="00F20DF0">
        <w:rPr>
          <w:lang w:val="pl-PL"/>
        </w:rPr>
        <w:t>vidurinę</w:t>
      </w:r>
      <w:proofErr w:type="spellEnd"/>
      <w:r w:rsidRPr="00F20DF0">
        <w:rPr>
          <w:lang w:val="pl-PL"/>
        </w:rPr>
        <w:t xml:space="preserve"> </w:t>
      </w:r>
      <w:proofErr w:type="spellStart"/>
      <w:r w:rsidRPr="00F20DF0">
        <w:rPr>
          <w:lang w:val="pl-PL"/>
        </w:rPr>
        <w:t>mokyklą</w:t>
      </w:r>
      <w:proofErr w:type="spellEnd"/>
      <w:r w:rsidRPr="00F20DF0">
        <w:rPr>
          <w:lang w:val="pl-PL"/>
        </w:rPr>
        <w:t xml:space="preserve"> </w:t>
      </w:r>
      <w:proofErr w:type="spellStart"/>
      <w:r w:rsidRPr="00F20DF0">
        <w:rPr>
          <w:lang w:val="pl-PL"/>
        </w:rPr>
        <w:t>ir</w:t>
      </w:r>
      <w:proofErr w:type="spellEnd"/>
      <w:r w:rsidRPr="00F20DF0">
        <w:rPr>
          <w:lang w:val="pl-PL"/>
        </w:rPr>
        <w:t xml:space="preserve"> </w:t>
      </w:r>
      <w:proofErr w:type="spellStart"/>
      <w:r w:rsidRPr="00F20DF0">
        <w:rPr>
          <w:lang w:val="pl-PL"/>
        </w:rPr>
        <w:t>techninę</w:t>
      </w:r>
      <w:proofErr w:type="spellEnd"/>
      <w:r w:rsidRPr="00F20DF0">
        <w:rPr>
          <w:lang w:val="pl-PL"/>
        </w:rPr>
        <w:t xml:space="preserve"> </w:t>
      </w:r>
      <w:proofErr w:type="spellStart"/>
      <w:r w:rsidRPr="00F20DF0">
        <w:rPr>
          <w:lang w:val="pl-PL"/>
        </w:rPr>
        <w:t>mokyklą</w:t>
      </w:r>
      <w:proofErr w:type="spellEnd"/>
      <w:r w:rsidRPr="00F20DF0">
        <w:rPr>
          <w:lang w:val="pl-PL"/>
        </w:rPr>
        <w:t xml:space="preserve">, </w:t>
      </w:r>
      <w:proofErr w:type="spellStart"/>
      <w:r w:rsidRPr="00F20DF0">
        <w:rPr>
          <w:lang w:val="pl-PL"/>
        </w:rPr>
        <w:t>mokiniai</w:t>
      </w:r>
      <w:proofErr w:type="spellEnd"/>
      <w:r w:rsidRPr="00F20DF0">
        <w:rPr>
          <w:lang w:val="pl-PL"/>
        </w:rPr>
        <w:t xml:space="preserve"> gali </w:t>
      </w:r>
      <w:proofErr w:type="spellStart"/>
      <w:r w:rsidRPr="00F20DF0">
        <w:rPr>
          <w:lang w:val="pl-PL"/>
        </w:rPr>
        <w:t>laikyti</w:t>
      </w:r>
      <w:proofErr w:type="spellEnd"/>
      <w:r w:rsidRPr="00F20DF0">
        <w:rPr>
          <w:lang w:val="pl-PL"/>
        </w:rPr>
        <w:t xml:space="preserve"> </w:t>
      </w:r>
      <w:proofErr w:type="spellStart"/>
      <w:r w:rsidRPr="00F20DF0">
        <w:rPr>
          <w:lang w:val="pl-PL"/>
        </w:rPr>
        <w:t>vidurinės</w:t>
      </w:r>
      <w:proofErr w:type="spellEnd"/>
      <w:r w:rsidRPr="00F20DF0">
        <w:rPr>
          <w:lang w:val="pl-PL"/>
        </w:rPr>
        <w:t xml:space="preserve"> </w:t>
      </w:r>
      <w:proofErr w:type="spellStart"/>
      <w:r w:rsidRPr="00F20DF0">
        <w:rPr>
          <w:lang w:val="pl-PL"/>
        </w:rPr>
        <w:t>mokyklos</w:t>
      </w:r>
      <w:proofErr w:type="spellEnd"/>
      <w:r w:rsidRPr="00F20DF0">
        <w:rPr>
          <w:lang w:val="pl-PL"/>
        </w:rPr>
        <w:t xml:space="preserve"> </w:t>
      </w:r>
      <w:proofErr w:type="spellStart"/>
      <w:r w:rsidRPr="00F20DF0">
        <w:rPr>
          <w:lang w:val="pl-PL"/>
        </w:rPr>
        <w:t>baigiamąjį</w:t>
      </w:r>
      <w:proofErr w:type="spellEnd"/>
      <w:r w:rsidRPr="00F20DF0">
        <w:rPr>
          <w:lang w:val="pl-PL"/>
        </w:rPr>
        <w:t xml:space="preserve"> </w:t>
      </w:r>
      <w:proofErr w:type="spellStart"/>
      <w:r w:rsidRPr="00F20DF0">
        <w:rPr>
          <w:lang w:val="pl-PL"/>
        </w:rPr>
        <w:t>egzaminą</w:t>
      </w:r>
      <w:proofErr w:type="spellEnd"/>
      <w:r w:rsidRPr="00F20DF0">
        <w:rPr>
          <w:lang w:val="pl-PL"/>
        </w:rPr>
        <w:t xml:space="preserve">, o </w:t>
      </w:r>
      <w:proofErr w:type="spellStart"/>
      <w:r w:rsidRPr="00F20DF0">
        <w:rPr>
          <w:lang w:val="pl-PL"/>
        </w:rPr>
        <w:t>techninėse</w:t>
      </w:r>
      <w:proofErr w:type="spellEnd"/>
      <w:r w:rsidRPr="00F20DF0">
        <w:rPr>
          <w:lang w:val="pl-PL"/>
        </w:rPr>
        <w:t xml:space="preserve"> </w:t>
      </w:r>
      <w:proofErr w:type="spellStart"/>
      <w:r w:rsidRPr="00F20DF0">
        <w:rPr>
          <w:lang w:val="pl-PL"/>
        </w:rPr>
        <w:t>ir</w:t>
      </w:r>
      <w:proofErr w:type="spellEnd"/>
      <w:r w:rsidRPr="00F20DF0">
        <w:rPr>
          <w:lang w:val="pl-PL"/>
        </w:rPr>
        <w:t xml:space="preserve"> </w:t>
      </w:r>
      <w:proofErr w:type="spellStart"/>
      <w:r w:rsidRPr="00F20DF0">
        <w:rPr>
          <w:lang w:val="pl-PL"/>
        </w:rPr>
        <w:t>profesinėse</w:t>
      </w:r>
      <w:proofErr w:type="spellEnd"/>
      <w:r w:rsidRPr="00F20DF0">
        <w:rPr>
          <w:lang w:val="pl-PL"/>
        </w:rPr>
        <w:t xml:space="preserve"> </w:t>
      </w:r>
      <w:proofErr w:type="spellStart"/>
      <w:r w:rsidRPr="00F20DF0">
        <w:rPr>
          <w:lang w:val="pl-PL"/>
        </w:rPr>
        <w:t>mokyklose</w:t>
      </w:r>
      <w:proofErr w:type="spellEnd"/>
      <w:r w:rsidRPr="00F20DF0">
        <w:rPr>
          <w:lang w:val="pl-PL"/>
        </w:rPr>
        <w:t xml:space="preserve"> </w:t>
      </w:r>
      <w:proofErr w:type="spellStart"/>
      <w:r w:rsidRPr="00F20DF0">
        <w:rPr>
          <w:lang w:val="pl-PL"/>
        </w:rPr>
        <w:t>jie</w:t>
      </w:r>
      <w:proofErr w:type="spellEnd"/>
      <w:r w:rsidRPr="00F20DF0">
        <w:rPr>
          <w:lang w:val="pl-PL"/>
        </w:rPr>
        <w:t xml:space="preserve"> </w:t>
      </w:r>
      <w:proofErr w:type="spellStart"/>
      <w:r w:rsidRPr="00F20DF0">
        <w:rPr>
          <w:lang w:val="pl-PL"/>
        </w:rPr>
        <w:t>taip</w:t>
      </w:r>
      <w:proofErr w:type="spellEnd"/>
      <w:r w:rsidRPr="00F20DF0">
        <w:rPr>
          <w:lang w:val="pl-PL"/>
        </w:rPr>
        <w:t xml:space="preserve"> pat gali </w:t>
      </w:r>
      <w:proofErr w:type="spellStart"/>
      <w:r w:rsidRPr="00F20DF0">
        <w:rPr>
          <w:lang w:val="pl-PL"/>
        </w:rPr>
        <w:t>laikyti</w:t>
      </w:r>
      <w:proofErr w:type="spellEnd"/>
      <w:r w:rsidRPr="00F20DF0">
        <w:rPr>
          <w:lang w:val="pl-PL"/>
        </w:rPr>
        <w:t xml:space="preserve"> </w:t>
      </w:r>
      <w:proofErr w:type="spellStart"/>
      <w:r w:rsidRPr="00F20DF0">
        <w:rPr>
          <w:lang w:val="pl-PL"/>
        </w:rPr>
        <w:t>profesinius</w:t>
      </w:r>
      <w:proofErr w:type="spellEnd"/>
      <w:r w:rsidRPr="00F20DF0">
        <w:rPr>
          <w:lang w:val="pl-PL"/>
        </w:rPr>
        <w:t xml:space="preserve"> </w:t>
      </w:r>
      <w:proofErr w:type="spellStart"/>
      <w:r w:rsidRPr="00F20DF0">
        <w:rPr>
          <w:lang w:val="pl-PL"/>
        </w:rPr>
        <w:t>egzaminus</w:t>
      </w:r>
      <w:proofErr w:type="spellEnd"/>
      <w:r w:rsidRPr="00F20DF0">
        <w:rPr>
          <w:lang w:val="pl-PL"/>
        </w:rPr>
        <w:t>.</w:t>
      </w:r>
    </w:p>
    <w:p w14:paraId="74813D58" w14:textId="77777777" w:rsidR="00F20DF0" w:rsidRPr="00F20DF0" w:rsidRDefault="00F20DF0" w:rsidP="00F20DF0">
      <w:pPr>
        <w:pStyle w:val="prastasiniatinklio"/>
        <w:rPr>
          <w:lang w:val="pl-PL"/>
        </w:rPr>
      </w:pPr>
      <w:proofErr w:type="spellStart"/>
      <w:r w:rsidRPr="00F20DF0">
        <w:rPr>
          <w:lang w:val="pl-PL"/>
        </w:rPr>
        <w:t>Aukštasis</w:t>
      </w:r>
      <w:proofErr w:type="spellEnd"/>
      <w:r w:rsidRPr="00F20DF0">
        <w:rPr>
          <w:lang w:val="pl-PL"/>
        </w:rPr>
        <w:t xml:space="preserve"> </w:t>
      </w:r>
      <w:proofErr w:type="spellStart"/>
      <w:r w:rsidRPr="00F20DF0">
        <w:rPr>
          <w:lang w:val="pl-PL"/>
        </w:rPr>
        <w:t>išsilavinimas</w:t>
      </w:r>
      <w:proofErr w:type="spellEnd"/>
      <w:r w:rsidRPr="00F20DF0">
        <w:rPr>
          <w:lang w:val="pl-PL"/>
        </w:rPr>
        <w:t xml:space="preserve">: </w:t>
      </w:r>
      <w:proofErr w:type="spellStart"/>
      <w:r w:rsidRPr="00F20DF0">
        <w:rPr>
          <w:lang w:val="pl-PL"/>
        </w:rPr>
        <w:t>bakalauro</w:t>
      </w:r>
      <w:proofErr w:type="spellEnd"/>
      <w:r w:rsidRPr="00F20DF0">
        <w:rPr>
          <w:lang w:val="pl-PL"/>
        </w:rPr>
        <w:t xml:space="preserve"> </w:t>
      </w:r>
      <w:proofErr w:type="spellStart"/>
      <w:r w:rsidRPr="00F20DF0">
        <w:rPr>
          <w:lang w:val="pl-PL"/>
        </w:rPr>
        <w:t>studijos</w:t>
      </w:r>
      <w:proofErr w:type="spellEnd"/>
      <w:r w:rsidRPr="00F20DF0">
        <w:rPr>
          <w:lang w:val="pl-PL"/>
        </w:rPr>
        <w:t xml:space="preserve"> (</w:t>
      </w:r>
      <w:proofErr w:type="spellStart"/>
      <w:r w:rsidRPr="00F20DF0">
        <w:rPr>
          <w:lang w:val="pl-PL"/>
        </w:rPr>
        <w:t>bakalauro</w:t>
      </w:r>
      <w:proofErr w:type="spellEnd"/>
      <w:r w:rsidRPr="00F20DF0">
        <w:rPr>
          <w:lang w:val="pl-PL"/>
        </w:rPr>
        <w:t xml:space="preserve"> </w:t>
      </w:r>
      <w:proofErr w:type="spellStart"/>
      <w:r w:rsidRPr="00F20DF0">
        <w:rPr>
          <w:lang w:val="pl-PL"/>
        </w:rPr>
        <w:t>laipsnis</w:t>
      </w:r>
      <w:proofErr w:type="spellEnd"/>
      <w:r w:rsidRPr="00F20DF0">
        <w:rPr>
          <w:lang w:val="pl-PL"/>
        </w:rPr>
        <w:t>/</w:t>
      </w:r>
      <w:proofErr w:type="spellStart"/>
      <w:r w:rsidRPr="00F20DF0">
        <w:rPr>
          <w:lang w:val="pl-PL"/>
        </w:rPr>
        <w:t>inžinerija</w:t>
      </w:r>
      <w:proofErr w:type="spellEnd"/>
      <w:r w:rsidRPr="00F20DF0">
        <w:rPr>
          <w:lang w:val="pl-PL"/>
        </w:rPr>
        <w:t xml:space="preserve">), </w:t>
      </w:r>
      <w:proofErr w:type="spellStart"/>
      <w:r w:rsidRPr="00F20DF0">
        <w:rPr>
          <w:lang w:val="pl-PL"/>
        </w:rPr>
        <w:t>magistro</w:t>
      </w:r>
      <w:proofErr w:type="spellEnd"/>
      <w:r w:rsidRPr="00F20DF0">
        <w:rPr>
          <w:lang w:val="pl-PL"/>
        </w:rPr>
        <w:t xml:space="preserve"> </w:t>
      </w:r>
      <w:proofErr w:type="spellStart"/>
      <w:r w:rsidRPr="00F20DF0">
        <w:rPr>
          <w:lang w:val="pl-PL"/>
        </w:rPr>
        <w:t>studijos</w:t>
      </w:r>
      <w:proofErr w:type="spellEnd"/>
      <w:r w:rsidRPr="00F20DF0">
        <w:rPr>
          <w:lang w:val="pl-PL"/>
        </w:rPr>
        <w:t xml:space="preserve"> (</w:t>
      </w:r>
      <w:proofErr w:type="spellStart"/>
      <w:r w:rsidRPr="00F20DF0">
        <w:rPr>
          <w:lang w:val="pl-PL"/>
        </w:rPr>
        <w:t>magistro</w:t>
      </w:r>
      <w:proofErr w:type="spellEnd"/>
      <w:r w:rsidRPr="00F20DF0">
        <w:rPr>
          <w:lang w:val="pl-PL"/>
        </w:rPr>
        <w:t xml:space="preserve"> </w:t>
      </w:r>
      <w:proofErr w:type="spellStart"/>
      <w:r w:rsidRPr="00F20DF0">
        <w:rPr>
          <w:lang w:val="pl-PL"/>
        </w:rPr>
        <w:t>laipsnis</w:t>
      </w:r>
      <w:proofErr w:type="spellEnd"/>
      <w:r w:rsidRPr="00F20DF0">
        <w:rPr>
          <w:lang w:val="pl-PL"/>
        </w:rPr>
        <w:t xml:space="preserve">), </w:t>
      </w:r>
      <w:proofErr w:type="spellStart"/>
      <w:r w:rsidRPr="00F20DF0">
        <w:rPr>
          <w:lang w:val="pl-PL"/>
        </w:rPr>
        <w:t>vienodos</w:t>
      </w:r>
      <w:proofErr w:type="spellEnd"/>
      <w:r w:rsidRPr="00F20DF0">
        <w:rPr>
          <w:lang w:val="pl-PL"/>
        </w:rPr>
        <w:t xml:space="preserve"> </w:t>
      </w:r>
      <w:proofErr w:type="spellStart"/>
      <w:r w:rsidRPr="00F20DF0">
        <w:rPr>
          <w:lang w:val="pl-PL"/>
        </w:rPr>
        <w:t>magistro</w:t>
      </w:r>
      <w:proofErr w:type="spellEnd"/>
      <w:r w:rsidRPr="00F20DF0">
        <w:rPr>
          <w:lang w:val="pl-PL"/>
        </w:rPr>
        <w:t xml:space="preserve"> </w:t>
      </w:r>
      <w:proofErr w:type="spellStart"/>
      <w:r w:rsidRPr="00F20DF0">
        <w:rPr>
          <w:lang w:val="pl-PL"/>
        </w:rPr>
        <w:t>studijos</w:t>
      </w:r>
      <w:proofErr w:type="spellEnd"/>
      <w:r w:rsidRPr="00F20DF0">
        <w:rPr>
          <w:lang w:val="pl-PL"/>
        </w:rPr>
        <w:t xml:space="preserve"> ir </w:t>
      </w:r>
      <w:proofErr w:type="spellStart"/>
      <w:r w:rsidRPr="00F20DF0">
        <w:rPr>
          <w:lang w:val="pl-PL"/>
        </w:rPr>
        <w:t>doktorantūros</w:t>
      </w:r>
      <w:proofErr w:type="spellEnd"/>
      <w:r w:rsidRPr="00F20DF0">
        <w:rPr>
          <w:lang w:val="pl-PL"/>
        </w:rPr>
        <w:t xml:space="preserve"> </w:t>
      </w:r>
      <w:proofErr w:type="spellStart"/>
      <w:r w:rsidRPr="00F20DF0">
        <w:rPr>
          <w:lang w:val="pl-PL"/>
        </w:rPr>
        <w:t>studijos</w:t>
      </w:r>
      <w:proofErr w:type="spellEnd"/>
      <w:r w:rsidRPr="00F20DF0">
        <w:rPr>
          <w:lang w:val="pl-PL"/>
        </w:rPr>
        <w:t xml:space="preserve">. </w:t>
      </w:r>
      <w:proofErr w:type="spellStart"/>
      <w:r w:rsidRPr="00F20DF0">
        <w:rPr>
          <w:lang w:val="pl-PL"/>
        </w:rPr>
        <w:t>Švietimas</w:t>
      </w:r>
      <w:proofErr w:type="spellEnd"/>
      <w:r w:rsidRPr="00F20DF0">
        <w:rPr>
          <w:lang w:val="pl-PL"/>
        </w:rPr>
        <w:t xml:space="preserve"> </w:t>
      </w:r>
      <w:proofErr w:type="spellStart"/>
      <w:r w:rsidRPr="00F20DF0">
        <w:rPr>
          <w:lang w:val="pl-PL"/>
        </w:rPr>
        <w:t>valstybinėse</w:t>
      </w:r>
      <w:proofErr w:type="spellEnd"/>
      <w:r w:rsidRPr="00F20DF0">
        <w:rPr>
          <w:lang w:val="pl-PL"/>
        </w:rPr>
        <w:t xml:space="preserve"> </w:t>
      </w:r>
      <w:proofErr w:type="spellStart"/>
      <w:r w:rsidRPr="00F20DF0">
        <w:rPr>
          <w:lang w:val="pl-PL"/>
        </w:rPr>
        <w:t>mokyklose</w:t>
      </w:r>
      <w:proofErr w:type="spellEnd"/>
      <w:r w:rsidRPr="00F20DF0">
        <w:rPr>
          <w:lang w:val="pl-PL"/>
        </w:rPr>
        <w:t xml:space="preserve"> </w:t>
      </w:r>
      <w:proofErr w:type="spellStart"/>
      <w:r w:rsidRPr="00F20DF0">
        <w:rPr>
          <w:lang w:val="pl-PL"/>
        </w:rPr>
        <w:t>yra</w:t>
      </w:r>
      <w:proofErr w:type="spellEnd"/>
      <w:r w:rsidRPr="00F20DF0">
        <w:rPr>
          <w:lang w:val="pl-PL"/>
        </w:rPr>
        <w:t xml:space="preserve"> </w:t>
      </w:r>
      <w:proofErr w:type="spellStart"/>
      <w:r w:rsidRPr="00F20DF0">
        <w:rPr>
          <w:lang w:val="pl-PL"/>
        </w:rPr>
        <w:t>viešas</w:t>
      </w:r>
      <w:proofErr w:type="spellEnd"/>
      <w:r w:rsidRPr="00F20DF0">
        <w:rPr>
          <w:lang w:val="pl-PL"/>
        </w:rPr>
        <w:t xml:space="preserve"> </w:t>
      </w:r>
      <w:proofErr w:type="spellStart"/>
      <w:r w:rsidRPr="00F20DF0">
        <w:rPr>
          <w:lang w:val="pl-PL"/>
        </w:rPr>
        <w:t>ir</w:t>
      </w:r>
      <w:proofErr w:type="spellEnd"/>
      <w:r w:rsidRPr="00F20DF0">
        <w:rPr>
          <w:lang w:val="pl-PL"/>
        </w:rPr>
        <w:t xml:space="preserve"> </w:t>
      </w:r>
      <w:proofErr w:type="spellStart"/>
      <w:r w:rsidRPr="00F20DF0">
        <w:rPr>
          <w:lang w:val="pl-PL"/>
        </w:rPr>
        <w:t>nemokamas</w:t>
      </w:r>
      <w:proofErr w:type="spellEnd"/>
      <w:r w:rsidRPr="00F20DF0">
        <w:rPr>
          <w:lang w:val="pl-PL"/>
        </w:rPr>
        <w:t xml:space="preserve">, o </w:t>
      </w:r>
      <w:proofErr w:type="spellStart"/>
      <w:r w:rsidRPr="00F20DF0">
        <w:rPr>
          <w:lang w:val="pl-PL"/>
        </w:rPr>
        <w:t>pedagoginę</w:t>
      </w:r>
      <w:proofErr w:type="spellEnd"/>
      <w:r w:rsidRPr="00F20DF0">
        <w:rPr>
          <w:lang w:val="pl-PL"/>
        </w:rPr>
        <w:t xml:space="preserve"> </w:t>
      </w:r>
      <w:proofErr w:type="spellStart"/>
      <w:r w:rsidRPr="00F20DF0">
        <w:rPr>
          <w:lang w:val="pl-PL"/>
        </w:rPr>
        <w:t>priežiūrą</w:t>
      </w:r>
      <w:proofErr w:type="spellEnd"/>
      <w:r w:rsidRPr="00F20DF0">
        <w:rPr>
          <w:lang w:val="pl-PL"/>
        </w:rPr>
        <w:t xml:space="preserve"> </w:t>
      </w:r>
      <w:proofErr w:type="spellStart"/>
      <w:r w:rsidRPr="00F20DF0">
        <w:rPr>
          <w:lang w:val="pl-PL"/>
        </w:rPr>
        <w:t>atlieka</w:t>
      </w:r>
      <w:proofErr w:type="spellEnd"/>
      <w:r w:rsidRPr="00F20DF0">
        <w:rPr>
          <w:lang w:val="pl-PL"/>
        </w:rPr>
        <w:t xml:space="preserve">, be kita ko, </w:t>
      </w:r>
      <w:proofErr w:type="spellStart"/>
      <w:r w:rsidRPr="00F20DF0">
        <w:rPr>
          <w:lang w:val="pl-PL"/>
        </w:rPr>
        <w:t>švietimo</w:t>
      </w:r>
      <w:proofErr w:type="spellEnd"/>
      <w:r w:rsidRPr="00F20DF0">
        <w:rPr>
          <w:lang w:val="pl-PL"/>
        </w:rPr>
        <w:t xml:space="preserve"> </w:t>
      </w:r>
      <w:proofErr w:type="spellStart"/>
      <w:r w:rsidRPr="00F20DF0">
        <w:rPr>
          <w:lang w:val="pl-PL"/>
        </w:rPr>
        <w:t>ministras</w:t>
      </w:r>
      <w:proofErr w:type="spellEnd"/>
      <w:r w:rsidRPr="00F20DF0">
        <w:rPr>
          <w:lang w:val="pl-PL"/>
        </w:rPr>
        <w:t xml:space="preserve"> </w:t>
      </w:r>
      <w:proofErr w:type="spellStart"/>
      <w:r w:rsidRPr="00F20DF0">
        <w:rPr>
          <w:lang w:val="pl-PL"/>
        </w:rPr>
        <w:t>ir</w:t>
      </w:r>
      <w:proofErr w:type="spellEnd"/>
      <w:r w:rsidRPr="00F20DF0">
        <w:rPr>
          <w:lang w:val="pl-PL"/>
        </w:rPr>
        <w:t xml:space="preserve"> </w:t>
      </w:r>
      <w:proofErr w:type="spellStart"/>
      <w:r w:rsidRPr="00F20DF0">
        <w:rPr>
          <w:lang w:val="pl-PL"/>
        </w:rPr>
        <w:t>mokyklų</w:t>
      </w:r>
      <w:proofErr w:type="spellEnd"/>
      <w:r w:rsidRPr="00F20DF0">
        <w:rPr>
          <w:lang w:val="pl-PL"/>
        </w:rPr>
        <w:t xml:space="preserve"> </w:t>
      </w:r>
      <w:proofErr w:type="spellStart"/>
      <w:r w:rsidRPr="00F20DF0">
        <w:rPr>
          <w:lang w:val="pl-PL"/>
        </w:rPr>
        <w:t>inspektoriai</w:t>
      </w:r>
      <w:proofErr w:type="spellEnd"/>
      <w:r w:rsidRPr="00F20DF0">
        <w:rPr>
          <w:lang w:val="pl-PL"/>
        </w:rPr>
        <w:t>.</w:t>
      </w:r>
    </w:p>
    <w:p w14:paraId="6A07A4BF" w14:textId="77777777" w:rsidR="00F20DF0" w:rsidRPr="00F20DF0" w:rsidRDefault="00F20DF0" w:rsidP="00F20DF0">
      <w:pPr>
        <w:pStyle w:val="prastasiniatinklio"/>
        <w:jc w:val="center"/>
        <w:rPr>
          <w:b/>
          <w:bCs/>
          <w:lang w:val="pl-PL"/>
        </w:rPr>
      </w:pPr>
      <w:proofErr w:type="spellStart"/>
      <w:r w:rsidRPr="00F20DF0">
        <w:rPr>
          <w:b/>
          <w:bCs/>
          <w:lang w:val="pl-PL"/>
        </w:rPr>
        <w:t>Švietimo</w:t>
      </w:r>
      <w:proofErr w:type="spellEnd"/>
      <w:r w:rsidRPr="00F20DF0">
        <w:rPr>
          <w:b/>
          <w:bCs/>
          <w:lang w:val="pl-PL"/>
        </w:rPr>
        <w:t xml:space="preserve"> </w:t>
      </w:r>
      <w:proofErr w:type="spellStart"/>
      <w:r w:rsidRPr="00F20DF0">
        <w:rPr>
          <w:b/>
          <w:bCs/>
          <w:lang w:val="pl-PL"/>
        </w:rPr>
        <w:t>sistema</w:t>
      </w:r>
      <w:proofErr w:type="spellEnd"/>
      <w:r w:rsidRPr="00F20DF0">
        <w:rPr>
          <w:b/>
          <w:bCs/>
          <w:lang w:val="pl-PL"/>
        </w:rPr>
        <w:t xml:space="preserve"> </w:t>
      </w:r>
      <w:proofErr w:type="spellStart"/>
      <w:r w:rsidRPr="00F20DF0">
        <w:rPr>
          <w:b/>
          <w:bCs/>
          <w:lang w:val="pl-PL"/>
        </w:rPr>
        <w:t>Šiaurės</w:t>
      </w:r>
      <w:proofErr w:type="spellEnd"/>
      <w:r w:rsidRPr="00F20DF0">
        <w:rPr>
          <w:b/>
          <w:bCs/>
          <w:lang w:val="pl-PL"/>
        </w:rPr>
        <w:t xml:space="preserve"> </w:t>
      </w:r>
      <w:proofErr w:type="spellStart"/>
      <w:r w:rsidRPr="00F20DF0">
        <w:rPr>
          <w:b/>
          <w:bCs/>
          <w:lang w:val="pl-PL"/>
        </w:rPr>
        <w:t>Makedonijoje</w:t>
      </w:r>
      <w:proofErr w:type="spellEnd"/>
    </w:p>
    <w:p w14:paraId="4248170B" w14:textId="77777777" w:rsidR="00F20DF0" w:rsidRPr="00F20DF0" w:rsidRDefault="00F20DF0" w:rsidP="00F20DF0">
      <w:pPr>
        <w:pStyle w:val="prastasiniatinklio"/>
        <w:rPr>
          <w:lang w:val="pl-PL"/>
        </w:rPr>
      </w:pPr>
      <w:proofErr w:type="spellStart"/>
      <w:r w:rsidRPr="00F20DF0">
        <w:rPr>
          <w:lang w:val="pl-PL"/>
        </w:rPr>
        <w:t>Švietimo</w:t>
      </w:r>
      <w:proofErr w:type="spellEnd"/>
      <w:r w:rsidRPr="00F20DF0">
        <w:rPr>
          <w:lang w:val="pl-PL"/>
        </w:rPr>
        <w:t xml:space="preserve"> </w:t>
      </w:r>
      <w:proofErr w:type="spellStart"/>
      <w:r w:rsidRPr="00F20DF0">
        <w:rPr>
          <w:lang w:val="pl-PL"/>
        </w:rPr>
        <w:t>sistema</w:t>
      </w:r>
      <w:proofErr w:type="spellEnd"/>
      <w:r w:rsidRPr="00F20DF0">
        <w:rPr>
          <w:lang w:val="pl-PL"/>
        </w:rPr>
        <w:t xml:space="preserve"> </w:t>
      </w:r>
      <w:proofErr w:type="spellStart"/>
      <w:r w:rsidRPr="00F20DF0">
        <w:rPr>
          <w:lang w:val="pl-PL"/>
        </w:rPr>
        <w:t>Šiaurės</w:t>
      </w:r>
      <w:proofErr w:type="spellEnd"/>
      <w:r w:rsidRPr="00F20DF0">
        <w:rPr>
          <w:lang w:val="pl-PL"/>
        </w:rPr>
        <w:t xml:space="preserve"> </w:t>
      </w:r>
      <w:proofErr w:type="spellStart"/>
      <w:r w:rsidRPr="00F20DF0">
        <w:rPr>
          <w:lang w:val="pl-PL"/>
        </w:rPr>
        <w:t>Makedonijoje</w:t>
      </w:r>
      <w:proofErr w:type="spellEnd"/>
      <w:r w:rsidRPr="00F20DF0">
        <w:rPr>
          <w:lang w:val="pl-PL"/>
        </w:rPr>
        <w:t xml:space="preserve"> </w:t>
      </w:r>
      <w:proofErr w:type="spellStart"/>
      <w:r w:rsidRPr="00F20DF0">
        <w:rPr>
          <w:lang w:val="pl-PL"/>
        </w:rPr>
        <w:t>yra</w:t>
      </w:r>
      <w:proofErr w:type="spellEnd"/>
      <w:r w:rsidRPr="00F20DF0">
        <w:rPr>
          <w:lang w:val="pl-PL"/>
        </w:rPr>
        <w:t xml:space="preserve"> </w:t>
      </w:r>
      <w:proofErr w:type="spellStart"/>
      <w:r w:rsidRPr="00F20DF0">
        <w:rPr>
          <w:lang w:val="pl-PL"/>
        </w:rPr>
        <w:t>suskirstyta</w:t>
      </w:r>
      <w:proofErr w:type="spellEnd"/>
      <w:r w:rsidRPr="00F20DF0">
        <w:rPr>
          <w:lang w:val="pl-PL"/>
        </w:rPr>
        <w:t xml:space="preserve"> į </w:t>
      </w:r>
      <w:proofErr w:type="spellStart"/>
      <w:r w:rsidRPr="00F20DF0">
        <w:rPr>
          <w:lang w:val="pl-PL"/>
        </w:rPr>
        <w:t>tris</w:t>
      </w:r>
      <w:proofErr w:type="spellEnd"/>
      <w:r w:rsidRPr="00F20DF0">
        <w:rPr>
          <w:lang w:val="pl-PL"/>
        </w:rPr>
        <w:t xml:space="preserve"> </w:t>
      </w:r>
      <w:proofErr w:type="spellStart"/>
      <w:r w:rsidRPr="00F20DF0">
        <w:rPr>
          <w:lang w:val="pl-PL"/>
        </w:rPr>
        <w:t>struktūriškai</w:t>
      </w:r>
      <w:proofErr w:type="spellEnd"/>
      <w:r w:rsidRPr="00F20DF0">
        <w:rPr>
          <w:lang w:val="pl-PL"/>
        </w:rPr>
        <w:t xml:space="preserve"> </w:t>
      </w:r>
      <w:proofErr w:type="spellStart"/>
      <w:r w:rsidRPr="00F20DF0">
        <w:rPr>
          <w:lang w:val="pl-PL"/>
        </w:rPr>
        <w:t>suskirstytus</w:t>
      </w:r>
      <w:proofErr w:type="spellEnd"/>
      <w:r w:rsidRPr="00F20DF0">
        <w:rPr>
          <w:lang w:val="pl-PL"/>
        </w:rPr>
        <w:t xml:space="preserve"> </w:t>
      </w:r>
      <w:proofErr w:type="spellStart"/>
      <w:r w:rsidRPr="00F20DF0">
        <w:rPr>
          <w:lang w:val="pl-PL"/>
        </w:rPr>
        <w:t>lygius</w:t>
      </w:r>
      <w:proofErr w:type="spellEnd"/>
      <w:r w:rsidRPr="00F20DF0">
        <w:rPr>
          <w:lang w:val="pl-PL"/>
        </w:rPr>
        <w:t xml:space="preserve"> (</w:t>
      </w:r>
      <w:proofErr w:type="spellStart"/>
      <w:r w:rsidRPr="00F20DF0">
        <w:rPr>
          <w:lang w:val="pl-PL"/>
        </w:rPr>
        <w:t>pradinis</w:t>
      </w:r>
      <w:proofErr w:type="spellEnd"/>
      <w:r w:rsidRPr="00F20DF0">
        <w:rPr>
          <w:lang w:val="pl-PL"/>
        </w:rPr>
        <w:t xml:space="preserve">, </w:t>
      </w:r>
      <w:proofErr w:type="spellStart"/>
      <w:r w:rsidRPr="00F20DF0">
        <w:rPr>
          <w:lang w:val="pl-PL"/>
        </w:rPr>
        <w:t>vidurinis</w:t>
      </w:r>
      <w:proofErr w:type="spellEnd"/>
      <w:r w:rsidRPr="00F20DF0">
        <w:rPr>
          <w:lang w:val="pl-PL"/>
        </w:rPr>
        <w:t xml:space="preserve"> </w:t>
      </w:r>
      <w:proofErr w:type="spellStart"/>
      <w:r w:rsidRPr="00F20DF0">
        <w:rPr>
          <w:lang w:val="pl-PL"/>
        </w:rPr>
        <w:t>ir</w:t>
      </w:r>
      <w:proofErr w:type="spellEnd"/>
      <w:r w:rsidRPr="00F20DF0">
        <w:rPr>
          <w:lang w:val="pl-PL"/>
        </w:rPr>
        <w:t xml:space="preserve"> </w:t>
      </w:r>
      <w:proofErr w:type="spellStart"/>
      <w:r w:rsidRPr="00F20DF0">
        <w:rPr>
          <w:lang w:val="pl-PL"/>
        </w:rPr>
        <w:t>aukštasis</w:t>
      </w:r>
      <w:proofErr w:type="spellEnd"/>
      <w:r w:rsidRPr="00F20DF0">
        <w:rPr>
          <w:lang w:val="pl-PL"/>
        </w:rPr>
        <w:t xml:space="preserve"> </w:t>
      </w:r>
      <w:proofErr w:type="spellStart"/>
      <w:r w:rsidRPr="00F20DF0">
        <w:rPr>
          <w:lang w:val="pl-PL"/>
        </w:rPr>
        <w:t>išsilavinimas</w:t>
      </w:r>
      <w:proofErr w:type="spellEnd"/>
      <w:r w:rsidRPr="00F20DF0">
        <w:rPr>
          <w:lang w:val="pl-PL"/>
        </w:rPr>
        <w:t xml:space="preserve">) </w:t>
      </w:r>
      <w:proofErr w:type="spellStart"/>
      <w:r w:rsidRPr="00F20DF0">
        <w:rPr>
          <w:lang w:val="pl-PL"/>
        </w:rPr>
        <w:t>ir</w:t>
      </w:r>
      <w:proofErr w:type="spellEnd"/>
      <w:r w:rsidRPr="00F20DF0">
        <w:rPr>
          <w:lang w:val="pl-PL"/>
        </w:rPr>
        <w:t xml:space="preserve"> ją </w:t>
      </w:r>
      <w:proofErr w:type="spellStart"/>
      <w:r w:rsidRPr="00F20DF0">
        <w:rPr>
          <w:lang w:val="pl-PL"/>
        </w:rPr>
        <w:t>reguliuoja</w:t>
      </w:r>
      <w:proofErr w:type="spellEnd"/>
      <w:r w:rsidRPr="00F20DF0">
        <w:rPr>
          <w:lang w:val="pl-PL"/>
        </w:rPr>
        <w:t xml:space="preserve"> </w:t>
      </w:r>
      <w:proofErr w:type="spellStart"/>
      <w:r w:rsidRPr="00F20DF0">
        <w:rPr>
          <w:lang w:val="pl-PL"/>
        </w:rPr>
        <w:t>Švietimo</w:t>
      </w:r>
      <w:proofErr w:type="spellEnd"/>
      <w:r w:rsidRPr="00F20DF0">
        <w:rPr>
          <w:lang w:val="pl-PL"/>
        </w:rPr>
        <w:t xml:space="preserve"> </w:t>
      </w:r>
      <w:proofErr w:type="spellStart"/>
      <w:r w:rsidRPr="00F20DF0">
        <w:rPr>
          <w:lang w:val="pl-PL"/>
        </w:rPr>
        <w:t>ir</w:t>
      </w:r>
      <w:proofErr w:type="spellEnd"/>
      <w:r w:rsidRPr="00F20DF0">
        <w:rPr>
          <w:lang w:val="pl-PL"/>
        </w:rPr>
        <w:t xml:space="preserve"> </w:t>
      </w:r>
      <w:proofErr w:type="spellStart"/>
      <w:r w:rsidRPr="00F20DF0">
        <w:rPr>
          <w:lang w:val="pl-PL"/>
        </w:rPr>
        <w:t>mokslo</w:t>
      </w:r>
      <w:proofErr w:type="spellEnd"/>
      <w:r w:rsidRPr="00F20DF0">
        <w:rPr>
          <w:lang w:val="pl-PL"/>
        </w:rPr>
        <w:t xml:space="preserve"> </w:t>
      </w:r>
      <w:proofErr w:type="spellStart"/>
      <w:r w:rsidRPr="00F20DF0">
        <w:rPr>
          <w:lang w:val="pl-PL"/>
        </w:rPr>
        <w:t>ministerija</w:t>
      </w:r>
      <w:proofErr w:type="spellEnd"/>
      <w:r w:rsidRPr="00F20DF0">
        <w:rPr>
          <w:lang w:val="pl-PL"/>
        </w:rPr>
        <w:t>.</w:t>
      </w:r>
    </w:p>
    <w:p w14:paraId="62A8CACC" w14:textId="77777777" w:rsidR="00F20DF0" w:rsidRDefault="00F20DF0" w:rsidP="00F20DF0">
      <w:pPr>
        <w:pStyle w:val="prastasiniatinklio"/>
      </w:pPr>
      <w:proofErr w:type="spellStart"/>
      <w:r>
        <w:t>Pradinis</w:t>
      </w:r>
      <w:proofErr w:type="spellEnd"/>
      <w:r>
        <w:t xml:space="preserve"> </w:t>
      </w:r>
      <w:proofErr w:type="spellStart"/>
      <w:r>
        <w:t>išsilavinimas</w:t>
      </w:r>
      <w:proofErr w:type="spellEnd"/>
      <w:r>
        <w:t xml:space="preserve"> </w:t>
      </w:r>
      <w:proofErr w:type="spellStart"/>
      <w:r>
        <w:t>yra</w:t>
      </w:r>
      <w:proofErr w:type="spellEnd"/>
      <w:r>
        <w:t xml:space="preserve"> </w:t>
      </w:r>
      <w:proofErr w:type="spellStart"/>
      <w:r>
        <w:t>privalomas</w:t>
      </w:r>
      <w:proofErr w:type="spellEnd"/>
      <w:r>
        <w:t xml:space="preserve"> 6–15 </w:t>
      </w:r>
      <w:proofErr w:type="spellStart"/>
      <w:r>
        <w:t>metų</w:t>
      </w:r>
      <w:proofErr w:type="spellEnd"/>
      <w:r>
        <w:t xml:space="preserve"> </w:t>
      </w:r>
      <w:proofErr w:type="spellStart"/>
      <w:r>
        <w:t>vaikams</w:t>
      </w:r>
      <w:proofErr w:type="spellEnd"/>
      <w:r>
        <w:t xml:space="preserve"> </w:t>
      </w:r>
      <w:proofErr w:type="spellStart"/>
      <w:r>
        <w:t>ir</w:t>
      </w:r>
      <w:proofErr w:type="spellEnd"/>
      <w:r>
        <w:t xml:space="preserve"> </w:t>
      </w:r>
      <w:proofErr w:type="spellStart"/>
      <w:r>
        <w:t>trunka</w:t>
      </w:r>
      <w:proofErr w:type="spellEnd"/>
      <w:r>
        <w:t xml:space="preserve"> </w:t>
      </w:r>
      <w:proofErr w:type="spellStart"/>
      <w:r>
        <w:t>devynerius</w:t>
      </w:r>
      <w:proofErr w:type="spellEnd"/>
      <w:r>
        <w:t xml:space="preserve"> </w:t>
      </w:r>
      <w:proofErr w:type="spellStart"/>
      <w:r>
        <w:t>metus</w:t>
      </w:r>
      <w:proofErr w:type="spellEnd"/>
      <w:r>
        <w:t>.</w:t>
      </w:r>
    </w:p>
    <w:p w14:paraId="0078F118" w14:textId="77777777" w:rsidR="00F20DF0" w:rsidRDefault="00F20DF0" w:rsidP="00F20DF0">
      <w:pPr>
        <w:pStyle w:val="prastasiniatinklio"/>
      </w:pPr>
      <w:proofErr w:type="spellStart"/>
      <w:r>
        <w:t>Jis</w:t>
      </w:r>
      <w:proofErr w:type="spellEnd"/>
      <w:r>
        <w:t xml:space="preserve"> </w:t>
      </w:r>
      <w:proofErr w:type="spellStart"/>
      <w:r>
        <w:t>suskirstytas</w:t>
      </w:r>
      <w:proofErr w:type="spellEnd"/>
      <w:r>
        <w:t xml:space="preserve"> į tris </w:t>
      </w:r>
      <w:proofErr w:type="spellStart"/>
      <w:r>
        <w:t>ciklus</w:t>
      </w:r>
      <w:proofErr w:type="spellEnd"/>
      <w:r>
        <w:t xml:space="preserve"> (1–3, 4–6 </w:t>
      </w:r>
      <w:proofErr w:type="spellStart"/>
      <w:r>
        <w:t>ir</w:t>
      </w:r>
      <w:proofErr w:type="spellEnd"/>
      <w:r>
        <w:t xml:space="preserve"> 7–9 </w:t>
      </w:r>
      <w:proofErr w:type="spellStart"/>
      <w:r>
        <w:t>klasės</w:t>
      </w:r>
      <w:proofErr w:type="spellEnd"/>
      <w:r>
        <w:t xml:space="preserve">). </w:t>
      </w:r>
      <w:proofErr w:type="spellStart"/>
      <w:r>
        <w:t>Pradinis</w:t>
      </w:r>
      <w:proofErr w:type="spellEnd"/>
      <w:r>
        <w:t xml:space="preserve"> </w:t>
      </w:r>
      <w:proofErr w:type="spellStart"/>
      <w:r>
        <w:t>išsilavinimas</w:t>
      </w:r>
      <w:proofErr w:type="spellEnd"/>
      <w:r>
        <w:t xml:space="preserve"> </w:t>
      </w:r>
      <w:proofErr w:type="spellStart"/>
      <w:r>
        <w:t>yra</w:t>
      </w:r>
      <w:proofErr w:type="spellEnd"/>
      <w:r>
        <w:t xml:space="preserve"> </w:t>
      </w:r>
      <w:proofErr w:type="spellStart"/>
      <w:r>
        <w:t>nemokamas</w:t>
      </w:r>
      <w:proofErr w:type="spellEnd"/>
      <w:r>
        <w:t xml:space="preserve"> </w:t>
      </w:r>
      <w:proofErr w:type="spellStart"/>
      <w:r>
        <w:t>ir</w:t>
      </w:r>
      <w:proofErr w:type="spellEnd"/>
      <w:r>
        <w:t xml:space="preserve"> </w:t>
      </w:r>
      <w:proofErr w:type="spellStart"/>
      <w:r>
        <w:t>teikiamas</w:t>
      </w:r>
      <w:proofErr w:type="spellEnd"/>
      <w:r>
        <w:t xml:space="preserve"> </w:t>
      </w:r>
      <w:proofErr w:type="spellStart"/>
      <w:r>
        <w:t>keliomis</w:t>
      </w:r>
      <w:proofErr w:type="spellEnd"/>
      <w:r>
        <w:t xml:space="preserve"> </w:t>
      </w:r>
      <w:proofErr w:type="spellStart"/>
      <w:r>
        <w:t>kalbomis</w:t>
      </w:r>
      <w:proofErr w:type="spellEnd"/>
      <w:r>
        <w:t xml:space="preserve">, </w:t>
      </w:r>
      <w:proofErr w:type="spellStart"/>
      <w:r>
        <w:t>atspindint</w:t>
      </w:r>
      <w:proofErr w:type="spellEnd"/>
      <w:r>
        <w:t xml:space="preserve"> </w:t>
      </w:r>
      <w:proofErr w:type="spellStart"/>
      <w:r>
        <w:t>šalies</w:t>
      </w:r>
      <w:proofErr w:type="spellEnd"/>
      <w:r>
        <w:t xml:space="preserve"> </w:t>
      </w:r>
      <w:proofErr w:type="spellStart"/>
      <w:r>
        <w:t>daugiakultūriškumą</w:t>
      </w:r>
      <w:proofErr w:type="spellEnd"/>
      <w:r>
        <w:t>.</w:t>
      </w:r>
    </w:p>
    <w:p w14:paraId="3AC5D84C" w14:textId="77777777" w:rsidR="00F20DF0" w:rsidRDefault="00F20DF0" w:rsidP="00F20DF0">
      <w:pPr>
        <w:pStyle w:val="prastasiniatinklio"/>
      </w:pPr>
      <w:proofErr w:type="spellStart"/>
      <w:r>
        <w:t>Vidurinis</w:t>
      </w:r>
      <w:proofErr w:type="spellEnd"/>
      <w:r>
        <w:t xml:space="preserve"> </w:t>
      </w:r>
      <w:proofErr w:type="spellStart"/>
      <w:r>
        <w:t>išsilavinimas</w:t>
      </w:r>
      <w:proofErr w:type="spellEnd"/>
      <w:r>
        <w:t xml:space="preserve"> </w:t>
      </w:r>
      <w:proofErr w:type="spellStart"/>
      <w:r>
        <w:t>taip</w:t>
      </w:r>
      <w:proofErr w:type="spellEnd"/>
      <w:r>
        <w:t xml:space="preserve"> pat </w:t>
      </w:r>
      <w:proofErr w:type="spellStart"/>
      <w:r>
        <w:t>yra</w:t>
      </w:r>
      <w:proofErr w:type="spellEnd"/>
      <w:r>
        <w:t xml:space="preserve"> </w:t>
      </w:r>
      <w:proofErr w:type="spellStart"/>
      <w:r>
        <w:t>privalomas</w:t>
      </w:r>
      <w:proofErr w:type="spellEnd"/>
      <w:r>
        <w:t xml:space="preserve">, </w:t>
      </w:r>
      <w:proofErr w:type="spellStart"/>
      <w:r>
        <w:t>nemokamas</w:t>
      </w:r>
      <w:proofErr w:type="spellEnd"/>
      <w:r>
        <w:t xml:space="preserve"> </w:t>
      </w:r>
      <w:proofErr w:type="spellStart"/>
      <w:r>
        <w:t>ir</w:t>
      </w:r>
      <w:proofErr w:type="spellEnd"/>
      <w:r>
        <w:t xml:space="preserve"> </w:t>
      </w:r>
      <w:proofErr w:type="spellStart"/>
      <w:r>
        <w:t>trunka</w:t>
      </w:r>
      <w:proofErr w:type="spellEnd"/>
      <w:r>
        <w:t xml:space="preserve"> </w:t>
      </w:r>
      <w:proofErr w:type="spellStart"/>
      <w:r>
        <w:t>trejus</w:t>
      </w:r>
      <w:proofErr w:type="spellEnd"/>
      <w:r>
        <w:t xml:space="preserve"> </w:t>
      </w:r>
      <w:proofErr w:type="spellStart"/>
      <w:r>
        <w:t>arba</w:t>
      </w:r>
      <w:proofErr w:type="spellEnd"/>
      <w:r>
        <w:t xml:space="preserve"> </w:t>
      </w:r>
      <w:proofErr w:type="spellStart"/>
      <w:r>
        <w:t>ketverius</w:t>
      </w:r>
      <w:proofErr w:type="spellEnd"/>
      <w:r>
        <w:t xml:space="preserve"> </w:t>
      </w:r>
      <w:proofErr w:type="spellStart"/>
      <w:r>
        <w:t>metus</w:t>
      </w:r>
      <w:proofErr w:type="spellEnd"/>
      <w:r>
        <w:t xml:space="preserve">. </w:t>
      </w:r>
      <w:proofErr w:type="spellStart"/>
      <w:r>
        <w:t>Vidurinis</w:t>
      </w:r>
      <w:proofErr w:type="spellEnd"/>
      <w:r>
        <w:t xml:space="preserve"> </w:t>
      </w:r>
      <w:proofErr w:type="spellStart"/>
      <w:r>
        <w:t>išsilavinimas</w:t>
      </w:r>
      <w:proofErr w:type="spellEnd"/>
      <w:r>
        <w:t xml:space="preserve"> </w:t>
      </w:r>
      <w:proofErr w:type="spellStart"/>
      <w:r>
        <w:t>įgyjamas</w:t>
      </w:r>
      <w:proofErr w:type="spellEnd"/>
      <w:r>
        <w:t xml:space="preserve"> </w:t>
      </w:r>
      <w:proofErr w:type="spellStart"/>
      <w:r>
        <w:t>gimnazijose</w:t>
      </w:r>
      <w:proofErr w:type="spellEnd"/>
      <w:r>
        <w:t xml:space="preserve"> (</w:t>
      </w:r>
      <w:proofErr w:type="spellStart"/>
      <w:r>
        <w:t>bendrasis</w:t>
      </w:r>
      <w:proofErr w:type="spellEnd"/>
      <w:r>
        <w:t xml:space="preserve"> </w:t>
      </w:r>
      <w:proofErr w:type="spellStart"/>
      <w:r>
        <w:t>išsilavinimas</w:t>
      </w:r>
      <w:proofErr w:type="spellEnd"/>
      <w:r>
        <w:t xml:space="preserve">), </w:t>
      </w:r>
      <w:proofErr w:type="spellStart"/>
      <w:r>
        <w:t>profesinėse</w:t>
      </w:r>
      <w:proofErr w:type="spellEnd"/>
      <w:r>
        <w:t xml:space="preserve"> </w:t>
      </w:r>
      <w:proofErr w:type="spellStart"/>
      <w:r>
        <w:t>ir</w:t>
      </w:r>
      <w:proofErr w:type="spellEnd"/>
      <w:r>
        <w:t xml:space="preserve"> </w:t>
      </w:r>
      <w:proofErr w:type="spellStart"/>
      <w:r>
        <w:t>technikos</w:t>
      </w:r>
      <w:proofErr w:type="spellEnd"/>
      <w:r>
        <w:t xml:space="preserve"> </w:t>
      </w:r>
      <w:proofErr w:type="spellStart"/>
      <w:r>
        <w:t>mokyklose</w:t>
      </w:r>
      <w:proofErr w:type="spellEnd"/>
      <w:r>
        <w:t xml:space="preserve"> </w:t>
      </w:r>
      <w:proofErr w:type="spellStart"/>
      <w:r>
        <w:t>bei</w:t>
      </w:r>
      <w:proofErr w:type="spellEnd"/>
      <w:r>
        <w:t xml:space="preserve"> </w:t>
      </w:r>
      <w:proofErr w:type="spellStart"/>
      <w:r>
        <w:t>meno</w:t>
      </w:r>
      <w:proofErr w:type="spellEnd"/>
      <w:r>
        <w:t xml:space="preserve"> </w:t>
      </w:r>
      <w:proofErr w:type="spellStart"/>
      <w:r>
        <w:t>mokyklose</w:t>
      </w:r>
      <w:proofErr w:type="spellEnd"/>
      <w:r>
        <w:t xml:space="preserve">, </w:t>
      </w:r>
      <w:proofErr w:type="spellStart"/>
      <w:r>
        <w:t>kurios</w:t>
      </w:r>
      <w:proofErr w:type="spellEnd"/>
      <w:r>
        <w:t xml:space="preserve"> </w:t>
      </w:r>
      <w:proofErr w:type="spellStart"/>
      <w:r>
        <w:t>leidžia</w:t>
      </w:r>
      <w:proofErr w:type="spellEnd"/>
      <w:r>
        <w:t xml:space="preserve"> </w:t>
      </w:r>
      <w:proofErr w:type="spellStart"/>
      <w:r>
        <w:t>studentams</w:t>
      </w:r>
      <w:proofErr w:type="spellEnd"/>
      <w:r>
        <w:t xml:space="preserve"> </w:t>
      </w:r>
      <w:proofErr w:type="spellStart"/>
      <w:r>
        <w:t>pasirengti</w:t>
      </w:r>
      <w:proofErr w:type="spellEnd"/>
      <w:r>
        <w:t xml:space="preserve"> </w:t>
      </w:r>
      <w:proofErr w:type="spellStart"/>
      <w:r>
        <w:t>aukštajam</w:t>
      </w:r>
      <w:proofErr w:type="spellEnd"/>
      <w:r>
        <w:t xml:space="preserve"> </w:t>
      </w:r>
      <w:proofErr w:type="spellStart"/>
      <w:r>
        <w:t>išsilavinimui</w:t>
      </w:r>
      <w:proofErr w:type="spellEnd"/>
      <w:r>
        <w:t xml:space="preserve"> </w:t>
      </w:r>
      <w:proofErr w:type="spellStart"/>
      <w:r>
        <w:t>arba</w:t>
      </w:r>
      <w:proofErr w:type="spellEnd"/>
      <w:r>
        <w:t xml:space="preserve"> </w:t>
      </w:r>
      <w:proofErr w:type="spellStart"/>
      <w:r>
        <w:t>tiesiogiai</w:t>
      </w:r>
      <w:proofErr w:type="spellEnd"/>
      <w:r>
        <w:t xml:space="preserve"> </w:t>
      </w:r>
      <w:proofErr w:type="spellStart"/>
      <w:r>
        <w:t>įsilieti</w:t>
      </w:r>
      <w:proofErr w:type="spellEnd"/>
      <w:r>
        <w:t xml:space="preserve"> į </w:t>
      </w:r>
      <w:proofErr w:type="spellStart"/>
      <w:r>
        <w:t>darbo</w:t>
      </w:r>
      <w:proofErr w:type="spellEnd"/>
      <w:r>
        <w:t xml:space="preserve"> </w:t>
      </w:r>
      <w:proofErr w:type="spellStart"/>
      <w:r>
        <w:t>rinką</w:t>
      </w:r>
      <w:proofErr w:type="spellEnd"/>
      <w:r>
        <w:t>.</w:t>
      </w:r>
    </w:p>
    <w:p w14:paraId="5307A663" w14:textId="77777777" w:rsidR="00F20DF0" w:rsidRDefault="00F20DF0" w:rsidP="00F20DF0">
      <w:pPr>
        <w:pStyle w:val="prastasiniatinklio"/>
      </w:pPr>
      <w:proofErr w:type="spellStart"/>
      <w:r>
        <w:t>Aukštasis</w:t>
      </w:r>
      <w:proofErr w:type="spellEnd"/>
      <w:r>
        <w:t xml:space="preserve"> </w:t>
      </w:r>
      <w:proofErr w:type="spellStart"/>
      <w:r>
        <w:t>išsilavinimas</w:t>
      </w:r>
      <w:proofErr w:type="spellEnd"/>
      <w:r>
        <w:t xml:space="preserve"> </w:t>
      </w:r>
      <w:proofErr w:type="spellStart"/>
      <w:r>
        <w:t>yra</w:t>
      </w:r>
      <w:proofErr w:type="spellEnd"/>
      <w:r>
        <w:t xml:space="preserve"> </w:t>
      </w:r>
      <w:proofErr w:type="spellStart"/>
      <w:r>
        <w:t>neprivalomas</w:t>
      </w:r>
      <w:proofErr w:type="spellEnd"/>
      <w:r>
        <w:t xml:space="preserve"> </w:t>
      </w:r>
      <w:proofErr w:type="spellStart"/>
      <w:r>
        <w:t>ir</w:t>
      </w:r>
      <w:proofErr w:type="spellEnd"/>
      <w:r>
        <w:t xml:space="preserve"> </w:t>
      </w:r>
      <w:proofErr w:type="spellStart"/>
      <w:r>
        <w:t>teikiamas</w:t>
      </w:r>
      <w:proofErr w:type="spellEnd"/>
      <w:r>
        <w:t xml:space="preserve"> </w:t>
      </w:r>
      <w:proofErr w:type="spellStart"/>
      <w:r>
        <w:t>universitetuose</w:t>
      </w:r>
      <w:proofErr w:type="spellEnd"/>
      <w:r>
        <w:t xml:space="preserve"> </w:t>
      </w:r>
      <w:proofErr w:type="spellStart"/>
      <w:r>
        <w:t>pagal</w:t>
      </w:r>
      <w:proofErr w:type="spellEnd"/>
      <w:r>
        <w:t xml:space="preserve"> </w:t>
      </w:r>
      <w:proofErr w:type="spellStart"/>
      <w:r>
        <w:t>Bolonijos</w:t>
      </w:r>
      <w:proofErr w:type="spellEnd"/>
      <w:r>
        <w:t xml:space="preserve"> </w:t>
      </w:r>
      <w:proofErr w:type="spellStart"/>
      <w:r>
        <w:t>procesą</w:t>
      </w:r>
      <w:proofErr w:type="spellEnd"/>
      <w:r>
        <w:t xml:space="preserve">, </w:t>
      </w:r>
      <w:proofErr w:type="spellStart"/>
      <w:r>
        <w:t>apimantį</w:t>
      </w:r>
      <w:proofErr w:type="spellEnd"/>
      <w:r>
        <w:t xml:space="preserve"> </w:t>
      </w:r>
      <w:proofErr w:type="spellStart"/>
      <w:r>
        <w:t>bakalauro</w:t>
      </w:r>
      <w:proofErr w:type="spellEnd"/>
      <w:r>
        <w:t xml:space="preserve">, </w:t>
      </w:r>
      <w:proofErr w:type="spellStart"/>
      <w:r>
        <w:t>magistro</w:t>
      </w:r>
      <w:proofErr w:type="spellEnd"/>
      <w:r>
        <w:t xml:space="preserve"> </w:t>
      </w:r>
      <w:proofErr w:type="spellStart"/>
      <w:r>
        <w:t>ir</w:t>
      </w:r>
      <w:proofErr w:type="spellEnd"/>
      <w:r>
        <w:t xml:space="preserve"> </w:t>
      </w:r>
      <w:proofErr w:type="spellStart"/>
      <w:r>
        <w:t>doktorantūros</w:t>
      </w:r>
      <w:proofErr w:type="spellEnd"/>
      <w:r>
        <w:t xml:space="preserve"> </w:t>
      </w:r>
      <w:proofErr w:type="spellStart"/>
      <w:r>
        <w:t>studijas</w:t>
      </w:r>
      <w:proofErr w:type="spellEnd"/>
      <w:r>
        <w:t>.</w:t>
      </w:r>
    </w:p>
    <w:p w14:paraId="678713E8" w14:textId="77777777" w:rsidR="00F20DF0" w:rsidRDefault="00F20DF0" w:rsidP="00F20DF0">
      <w:pPr>
        <w:pStyle w:val="prastasiniatinklio"/>
      </w:pPr>
      <w:proofErr w:type="spellStart"/>
      <w:r>
        <w:t>Pastaraisiais</w:t>
      </w:r>
      <w:proofErr w:type="spellEnd"/>
      <w:r>
        <w:t xml:space="preserve"> </w:t>
      </w:r>
      <w:proofErr w:type="spellStart"/>
      <w:r>
        <w:t>metais</w:t>
      </w:r>
      <w:proofErr w:type="spellEnd"/>
      <w:r>
        <w:t xml:space="preserve"> </w:t>
      </w:r>
      <w:proofErr w:type="spellStart"/>
      <w:r>
        <w:t>sistema</w:t>
      </w:r>
      <w:proofErr w:type="spellEnd"/>
      <w:r>
        <w:t xml:space="preserve"> </w:t>
      </w:r>
      <w:proofErr w:type="spellStart"/>
      <w:r>
        <w:t>sutelkė</w:t>
      </w:r>
      <w:proofErr w:type="spellEnd"/>
      <w:r>
        <w:t xml:space="preserve"> </w:t>
      </w:r>
      <w:proofErr w:type="spellStart"/>
      <w:r>
        <w:t>dėmesį</w:t>
      </w:r>
      <w:proofErr w:type="spellEnd"/>
      <w:r>
        <w:t xml:space="preserve"> į </w:t>
      </w:r>
      <w:proofErr w:type="spellStart"/>
      <w:r>
        <w:t>reformas</w:t>
      </w:r>
      <w:proofErr w:type="spellEnd"/>
      <w:r>
        <w:t xml:space="preserve">, </w:t>
      </w:r>
      <w:proofErr w:type="spellStart"/>
      <w:r>
        <w:t>kuriomis</w:t>
      </w:r>
      <w:proofErr w:type="spellEnd"/>
      <w:r>
        <w:t xml:space="preserve"> </w:t>
      </w:r>
      <w:proofErr w:type="spellStart"/>
      <w:r>
        <w:t>siekiama</w:t>
      </w:r>
      <w:proofErr w:type="spellEnd"/>
      <w:r>
        <w:t xml:space="preserve"> </w:t>
      </w:r>
      <w:proofErr w:type="spellStart"/>
      <w:r>
        <w:t>gerinti</w:t>
      </w:r>
      <w:proofErr w:type="spellEnd"/>
      <w:r>
        <w:t xml:space="preserve"> </w:t>
      </w:r>
      <w:proofErr w:type="spellStart"/>
      <w:r>
        <w:t>kokybę</w:t>
      </w:r>
      <w:proofErr w:type="spellEnd"/>
      <w:r>
        <w:t xml:space="preserve">, </w:t>
      </w:r>
      <w:proofErr w:type="spellStart"/>
      <w:r>
        <w:t>įtrauktį</w:t>
      </w:r>
      <w:proofErr w:type="spellEnd"/>
      <w:r>
        <w:t xml:space="preserve">, </w:t>
      </w:r>
      <w:proofErr w:type="spellStart"/>
      <w:r>
        <w:t>skaitmeninimą</w:t>
      </w:r>
      <w:proofErr w:type="spellEnd"/>
      <w:r>
        <w:t xml:space="preserve"> </w:t>
      </w:r>
      <w:proofErr w:type="spellStart"/>
      <w:r>
        <w:t>ir</w:t>
      </w:r>
      <w:proofErr w:type="spellEnd"/>
      <w:r>
        <w:t xml:space="preserve"> </w:t>
      </w:r>
      <w:proofErr w:type="spellStart"/>
      <w:r>
        <w:t>suderinamumą</w:t>
      </w:r>
      <w:proofErr w:type="spellEnd"/>
      <w:r>
        <w:t xml:space="preserve"> </w:t>
      </w:r>
      <w:proofErr w:type="spellStart"/>
      <w:r>
        <w:t>su</w:t>
      </w:r>
      <w:proofErr w:type="spellEnd"/>
      <w:r>
        <w:t xml:space="preserve"> Europos </w:t>
      </w:r>
      <w:proofErr w:type="spellStart"/>
      <w:r>
        <w:t>švietimo</w:t>
      </w:r>
      <w:proofErr w:type="spellEnd"/>
      <w:r>
        <w:t xml:space="preserve"> </w:t>
      </w:r>
      <w:proofErr w:type="spellStart"/>
      <w:r>
        <w:t>standartais</w:t>
      </w:r>
      <w:proofErr w:type="spellEnd"/>
      <w:r>
        <w:t xml:space="preserve">, o </w:t>
      </w:r>
      <w:proofErr w:type="spellStart"/>
      <w:r>
        <w:t>mokytojai</w:t>
      </w:r>
      <w:proofErr w:type="spellEnd"/>
      <w:r>
        <w:t xml:space="preserve"> </w:t>
      </w:r>
      <w:proofErr w:type="spellStart"/>
      <w:r>
        <w:t>atlieka</w:t>
      </w:r>
      <w:proofErr w:type="spellEnd"/>
      <w:r>
        <w:t xml:space="preserve"> </w:t>
      </w:r>
      <w:proofErr w:type="spellStart"/>
      <w:r>
        <w:t>svarbų</w:t>
      </w:r>
      <w:proofErr w:type="spellEnd"/>
      <w:r>
        <w:t xml:space="preserve"> </w:t>
      </w:r>
      <w:proofErr w:type="spellStart"/>
      <w:r>
        <w:t>vaidmenį</w:t>
      </w:r>
      <w:proofErr w:type="spellEnd"/>
      <w:r>
        <w:t xml:space="preserve"> </w:t>
      </w:r>
      <w:proofErr w:type="spellStart"/>
      <w:r>
        <w:t>ugdydami</w:t>
      </w:r>
      <w:proofErr w:type="spellEnd"/>
      <w:r>
        <w:t xml:space="preserve"> </w:t>
      </w:r>
      <w:proofErr w:type="spellStart"/>
      <w:r>
        <w:t>mokinių</w:t>
      </w:r>
      <w:proofErr w:type="spellEnd"/>
      <w:r>
        <w:t xml:space="preserve"> </w:t>
      </w:r>
      <w:proofErr w:type="spellStart"/>
      <w:r>
        <w:t>žinias</w:t>
      </w:r>
      <w:proofErr w:type="spellEnd"/>
      <w:r>
        <w:t xml:space="preserve">, </w:t>
      </w:r>
      <w:proofErr w:type="spellStart"/>
      <w:r>
        <w:t>vertybes</w:t>
      </w:r>
      <w:proofErr w:type="spellEnd"/>
      <w:r>
        <w:t xml:space="preserve"> </w:t>
      </w:r>
      <w:proofErr w:type="spellStart"/>
      <w:r>
        <w:t>ir</w:t>
      </w:r>
      <w:proofErr w:type="spellEnd"/>
      <w:r>
        <w:t xml:space="preserve"> </w:t>
      </w:r>
      <w:proofErr w:type="spellStart"/>
      <w:r>
        <w:t>įgūdžius</w:t>
      </w:r>
      <w:proofErr w:type="spellEnd"/>
      <w:r>
        <w:t xml:space="preserve">, </w:t>
      </w:r>
      <w:proofErr w:type="spellStart"/>
      <w:r>
        <w:t>reikalingus</w:t>
      </w:r>
      <w:proofErr w:type="spellEnd"/>
      <w:r>
        <w:t xml:space="preserve"> </w:t>
      </w:r>
      <w:proofErr w:type="spellStart"/>
      <w:r>
        <w:t>mokymuisi</w:t>
      </w:r>
      <w:proofErr w:type="spellEnd"/>
      <w:r>
        <w:t xml:space="preserve"> </w:t>
      </w:r>
      <w:proofErr w:type="spellStart"/>
      <w:r>
        <w:t>visą</w:t>
      </w:r>
      <w:proofErr w:type="spellEnd"/>
      <w:r>
        <w:t xml:space="preserve"> </w:t>
      </w:r>
      <w:proofErr w:type="spellStart"/>
      <w:r>
        <w:t>gyvenimą</w:t>
      </w:r>
      <w:proofErr w:type="spellEnd"/>
      <w:r>
        <w:t>.</w:t>
      </w:r>
    </w:p>
    <w:p w14:paraId="2CFE4DB5" w14:textId="77777777" w:rsidR="003569D8" w:rsidRPr="00F20DF0" w:rsidRDefault="003569D8" w:rsidP="00A93FD3">
      <w:pPr>
        <w:ind w:firstLine="720"/>
      </w:pPr>
    </w:p>
    <w:p w14:paraId="74988C63" w14:textId="77777777" w:rsidR="00F20DF0" w:rsidRDefault="00F20DF0" w:rsidP="00F20DF0">
      <w:pPr>
        <w:pStyle w:val="prastasiniatinklio"/>
        <w:jc w:val="center"/>
      </w:pPr>
      <w:proofErr w:type="spellStart"/>
      <w:r>
        <w:rPr>
          <w:b/>
          <w:bCs/>
        </w:rPr>
        <w:t>Švietimo</w:t>
      </w:r>
      <w:proofErr w:type="spellEnd"/>
      <w:r>
        <w:rPr>
          <w:b/>
          <w:bCs/>
        </w:rPr>
        <w:t xml:space="preserve"> </w:t>
      </w:r>
      <w:proofErr w:type="spellStart"/>
      <w:r>
        <w:rPr>
          <w:b/>
          <w:bCs/>
        </w:rPr>
        <w:t>sistema</w:t>
      </w:r>
      <w:proofErr w:type="spellEnd"/>
      <w:r>
        <w:rPr>
          <w:b/>
          <w:bCs/>
        </w:rPr>
        <w:t xml:space="preserve"> </w:t>
      </w:r>
      <w:proofErr w:type="spellStart"/>
      <w:r>
        <w:rPr>
          <w:b/>
          <w:bCs/>
        </w:rPr>
        <w:t>Maltoje</w:t>
      </w:r>
      <w:proofErr w:type="spellEnd"/>
    </w:p>
    <w:p w14:paraId="1B4EB1F2" w14:textId="77777777" w:rsidR="00F20DF0" w:rsidRDefault="00F20DF0" w:rsidP="00F20DF0">
      <w:pPr>
        <w:pStyle w:val="prastasiniatinklio"/>
      </w:pPr>
      <w:proofErr w:type="spellStart"/>
      <w:r>
        <w:t>Maltai</w:t>
      </w:r>
      <w:proofErr w:type="spellEnd"/>
      <w:r>
        <w:t xml:space="preserve"> </w:t>
      </w:r>
      <w:proofErr w:type="spellStart"/>
      <w:r>
        <w:t>švietimas</w:t>
      </w:r>
      <w:proofErr w:type="spellEnd"/>
      <w:r>
        <w:t xml:space="preserve"> </w:t>
      </w:r>
      <w:proofErr w:type="spellStart"/>
      <w:r>
        <w:t>yra</w:t>
      </w:r>
      <w:proofErr w:type="spellEnd"/>
      <w:r>
        <w:t xml:space="preserve"> </w:t>
      </w:r>
      <w:proofErr w:type="spellStart"/>
      <w:r>
        <w:t>privalomas</w:t>
      </w:r>
      <w:proofErr w:type="spellEnd"/>
      <w:r>
        <w:t xml:space="preserve"> </w:t>
      </w:r>
      <w:proofErr w:type="spellStart"/>
      <w:r>
        <w:t>iki</w:t>
      </w:r>
      <w:proofErr w:type="spellEnd"/>
      <w:r>
        <w:t xml:space="preserve"> 16 </w:t>
      </w:r>
      <w:proofErr w:type="spellStart"/>
      <w:r>
        <w:t>metų</w:t>
      </w:r>
      <w:proofErr w:type="spellEnd"/>
      <w:r>
        <w:t xml:space="preserve"> (</w:t>
      </w:r>
      <w:proofErr w:type="spellStart"/>
      <w:r>
        <w:t>nuo</w:t>
      </w:r>
      <w:proofErr w:type="spellEnd"/>
      <w:r>
        <w:t xml:space="preserve"> 5 </w:t>
      </w:r>
      <w:proofErr w:type="spellStart"/>
      <w:r>
        <w:t>iki</w:t>
      </w:r>
      <w:proofErr w:type="spellEnd"/>
      <w:r>
        <w:t xml:space="preserve"> 16 </w:t>
      </w:r>
      <w:proofErr w:type="spellStart"/>
      <w:r>
        <w:t>metų</w:t>
      </w:r>
      <w:proofErr w:type="spellEnd"/>
      <w:r>
        <w:t xml:space="preserve">), </w:t>
      </w:r>
      <w:proofErr w:type="spellStart"/>
      <w:r>
        <w:t>suskirstytas</w:t>
      </w:r>
      <w:proofErr w:type="spellEnd"/>
      <w:r>
        <w:t xml:space="preserve"> į </w:t>
      </w:r>
      <w:proofErr w:type="spellStart"/>
      <w:r>
        <w:t>pradinę</w:t>
      </w:r>
      <w:proofErr w:type="spellEnd"/>
      <w:r>
        <w:t xml:space="preserve"> </w:t>
      </w:r>
      <w:proofErr w:type="spellStart"/>
      <w:r>
        <w:t>mokyklą</w:t>
      </w:r>
      <w:proofErr w:type="spellEnd"/>
      <w:r>
        <w:t xml:space="preserve"> (5–11 </w:t>
      </w:r>
      <w:proofErr w:type="spellStart"/>
      <w:r>
        <w:t>metų</w:t>
      </w:r>
      <w:proofErr w:type="spellEnd"/>
      <w:r>
        <w:t xml:space="preserve">) </w:t>
      </w:r>
      <w:proofErr w:type="spellStart"/>
      <w:r>
        <w:t>ir</w:t>
      </w:r>
      <w:proofErr w:type="spellEnd"/>
      <w:r>
        <w:t xml:space="preserve"> </w:t>
      </w:r>
      <w:proofErr w:type="spellStart"/>
      <w:r>
        <w:t>vidurinę</w:t>
      </w:r>
      <w:proofErr w:type="spellEnd"/>
      <w:r>
        <w:t xml:space="preserve"> </w:t>
      </w:r>
      <w:proofErr w:type="spellStart"/>
      <w:r>
        <w:t>mokyklą</w:t>
      </w:r>
      <w:proofErr w:type="spellEnd"/>
      <w:r>
        <w:t xml:space="preserve"> (11–16 </w:t>
      </w:r>
      <w:proofErr w:type="spellStart"/>
      <w:r>
        <w:t>metų</w:t>
      </w:r>
      <w:proofErr w:type="spellEnd"/>
      <w:r>
        <w:t xml:space="preserve">), </w:t>
      </w:r>
      <w:proofErr w:type="spellStart"/>
      <w:r>
        <w:t>su</w:t>
      </w:r>
      <w:proofErr w:type="spellEnd"/>
      <w:r>
        <w:t xml:space="preserve"> </w:t>
      </w:r>
      <w:proofErr w:type="spellStart"/>
      <w:r>
        <w:t>neprivaloma</w:t>
      </w:r>
      <w:proofErr w:type="spellEnd"/>
      <w:r>
        <w:t xml:space="preserve"> </w:t>
      </w:r>
      <w:proofErr w:type="spellStart"/>
      <w:r>
        <w:t>parengiamąja</w:t>
      </w:r>
      <w:proofErr w:type="spellEnd"/>
      <w:r>
        <w:t xml:space="preserve"> </w:t>
      </w:r>
      <w:proofErr w:type="spellStart"/>
      <w:r>
        <w:t>pakopa</w:t>
      </w:r>
      <w:proofErr w:type="spellEnd"/>
      <w:r>
        <w:t xml:space="preserve"> (16–18 </w:t>
      </w:r>
      <w:proofErr w:type="spellStart"/>
      <w:r>
        <w:t>metų</w:t>
      </w:r>
      <w:proofErr w:type="spellEnd"/>
      <w:r>
        <w:t xml:space="preserve">) </w:t>
      </w:r>
      <w:proofErr w:type="spellStart"/>
      <w:r>
        <w:t>aukštajam</w:t>
      </w:r>
      <w:proofErr w:type="spellEnd"/>
      <w:r>
        <w:t xml:space="preserve"> </w:t>
      </w:r>
      <w:proofErr w:type="spellStart"/>
      <w:r>
        <w:t>mokslui</w:t>
      </w:r>
      <w:proofErr w:type="spellEnd"/>
      <w:r>
        <w:t xml:space="preserve">. Ji </w:t>
      </w:r>
      <w:proofErr w:type="spellStart"/>
      <w:r>
        <w:t>pasižymi</w:t>
      </w:r>
      <w:proofErr w:type="spellEnd"/>
      <w:r>
        <w:t xml:space="preserve"> </w:t>
      </w:r>
      <w:proofErr w:type="spellStart"/>
      <w:r>
        <w:t>centralizuotu</w:t>
      </w:r>
      <w:proofErr w:type="spellEnd"/>
      <w:r>
        <w:t xml:space="preserve"> </w:t>
      </w:r>
      <w:proofErr w:type="spellStart"/>
      <w:r>
        <w:t>modeliu</w:t>
      </w:r>
      <w:proofErr w:type="spellEnd"/>
      <w:r>
        <w:t xml:space="preserve">, </w:t>
      </w:r>
      <w:proofErr w:type="spellStart"/>
      <w:r>
        <w:t>stipria</w:t>
      </w:r>
      <w:proofErr w:type="spellEnd"/>
      <w:r>
        <w:t xml:space="preserve"> </w:t>
      </w:r>
      <w:proofErr w:type="spellStart"/>
      <w:r>
        <w:t>britiškos</w:t>
      </w:r>
      <w:proofErr w:type="spellEnd"/>
      <w:r>
        <w:t xml:space="preserve"> </w:t>
      </w:r>
      <w:proofErr w:type="spellStart"/>
      <w:r>
        <w:t>sistemos</w:t>
      </w:r>
      <w:proofErr w:type="spellEnd"/>
      <w:r>
        <w:t xml:space="preserve"> </w:t>
      </w:r>
      <w:proofErr w:type="spellStart"/>
      <w:r>
        <w:t>įtaka</w:t>
      </w:r>
      <w:proofErr w:type="spellEnd"/>
      <w:r>
        <w:t xml:space="preserve"> A </w:t>
      </w:r>
      <w:proofErr w:type="spellStart"/>
      <w:r>
        <w:t>lygio</w:t>
      </w:r>
      <w:proofErr w:type="spellEnd"/>
      <w:r>
        <w:t xml:space="preserve"> </w:t>
      </w:r>
      <w:proofErr w:type="spellStart"/>
      <w:r>
        <w:t>egzaminų</w:t>
      </w:r>
      <w:proofErr w:type="spellEnd"/>
      <w:r>
        <w:t xml:space="preserve"> </w:t>
      </w:r>
      <w:proofErr w:type="spellStart"/>
      <w:r>
        <w:t>ir</w:t>
      </w:r>
      <w:proofErr w:type="spellEnd"/>
      <w:r>
        <w:t xml:space="preserve"> </w:t>
      </w:r>
      <w:proofErr w:type="spellStart"/>
      <w:r>
        <w:t>dvigubų</w:t>
      </w:r>
      <w:proofErr w:type="spellEnd"/>
      <w:r>
        <w:t xml:space="preserve"> </w:t>
      </w:r>
      <w:proofErr w:type="spellStart"/>
      <w:r>
        <w:t>kvalifikacijų</w:t>
      </w:r>
      <w:proofErr w:type="spellEnd"/>
      <w:r>
        <w:t xml:space="preserve"> </w:t>
      </w:r>
      <w:proofErr w:type="spellStart"/>
      <w:r>
        <w:t>atžvilgiu</w:t>
      </w:r>
      <w:proofErr w:type="spellEnd"/>
      <w:r>
        <w:t xml:space="preserve">, </w:t>
      </w:r>
      <w:proofErr w:type="spellStart"/>
      <w:r>
        <w:t>siūlo</w:t>
      </w:r>
      <w:proofErr w:type="spellEnd"/>
      <w:r>
        <w:t xml:space="preserve"> </w:t>
      </w:r>
      <w:proofErr w:type="spellStart"/>
      <w:r>
        <w:t>nemokamą</w:t>
      </w:r>
      <w:proofErr w:type="spellEnd"/>
      <w:r>
        <w:t xml:space="preserve"> </w:t>
      </w:r>
      <w:proofErr w:type="spellStart"/>
      <w:r>
        <w:t>valstybinį</w:t>
      </w:r>
      <w:proofErr w:type="spellEnd"/>
      <w:r>
        <w:t xml:space="preserve"> </w:t>
      </w:r>
      <w:proofErr w:type="spellStart"/>
      <w:r>
        <w:t>švietimą</w:t>
      </w:r>
      <w:proofErr w:type="spellEnd"/>
      <w:r>
        <w:t xml:space="preserve"> ES </w:t>
      </w:r>
      <w:proofErr w:type="spellStart"/>
      <w:r>
        <w:t>piliečiams</w:t>
      </w:r>
      <w:proofErr w:type="spellEnd"/>
      <w:r>
        <w:t xml:space="preserve"> </w:t>
      </w:r>
      <w:proofErr w:type="spellStart"/>
      <w:r>
        <w:t>iki</w:t>
      </w:r>
      <w:proofErr w:type="spellEnd"/>
      <w:r>
        <w:t xml:space="preserve"> 16 </w:t>
      </w:r>
      <w:proofErr w:type="spellStart"/>
      <w:r>
        <w:t>metų</w:t>
      </w:r>
      <w:proofErr w:type="spellEnd"/>
      <w:r>
        <w:t>.</w:t>
      </w:r>
    </w:p>
    <w:p w14:paraId="39F10CBE" w14:textId="77777777" w:rsidR="00F20DF0" w:rsidRDefault="00F20DF0" w:rsidP="00F20DF0">
      <w:pPr>
        <w:pStyle w:val="prastasiniatinklio"/>
      </w:pPr>
    </w:p>
    <w:p w14:paraId="350D5C11" w14:textId="3D63D50C" w:rsidR="00F20DF0" w:rsidRDefault="00F20DF0" w:rsidP="00F20DF0">
      <w:pPr>
        <w:pStyle w:val="prastasiniatinklio"/>
      </w:pPr>
      <w:proofErr w:type="spellStart"/>
      <w:r>
        <w:lastRenderedPageBreak/>
        <w:t>Sistemos</w:t>
      </w:r>
      <w:proofErr w:type="spellEnd"/>
      <w:r>
        <w:t xml:space="preserve"> </w:t>
      </w:r>
      <w:proofErr w:type="spellStart"/>
      <w:r>
        <w:t>struktūra</w:t>
      </w:r>
      <w:proofErr w:type="spellEnd"/>
      <w:r>
        <w:t>:</w:t>
      </w:r>
    </w:p>
    <w:p w14:paraId="5C91D922" w14:textId="77777777" w:rsidR="00F20DF0" w:rsidRDefault="00F20DF0" w:rsidP="00F20DF0">
      <w:pPr>
        <w:pStyle w:val="prastasiniatinklio"/>
      </w:pPr>
      <w:r>
        <w:t xml:space="preserve">• </w:t>
      </w:r>
      <w:proofErr w:type="spellStart"/>
      <w:r>
        <w:t>Darželis</w:t>
      </w:r>
      <w:proofErr w:type="spellEnd"/>
      <w:r>
        <w:t xml:space="preserve">: 3–5 </w:t>
      </w:r>
      <w:proofErr w:type="spellStart"/>
      <w:r>
        <w:t>metai</w:t>
      </w:r>
      <w:proofErr w:type="spellEnd"/>
      <w:r>
        <w:t xml:space="preserve"> (</w:t>
      </w:r>
      <w:proofErr w:type="spellStart"/>
      <w:r>
        <w:t>nebūtinas</w:t>
      </w:r>
      <w:proofErr w:type="spellEnd"/>
      <w:r>
        <w:t>).</w:t>
      </w:r>
    </w:p>
    <w:p w14:paraId="6243C8D6" w14:textId="77777777" w:rsidR="00F20DF0" w:rsidRDefault="00F20DF0" w:rsidP="00F20DF0">
      <w:pPr>
        <w:pStyle w:val="prastasiniatinklio"/>
      </w:pPr>
      <w:r>
        <w:t xml:space="preserve">• </w:t>
      </w:r>
      <w:proofErr w:type="spellStart"/>
      <w:r>
        <w:t>Pradinė</w:t>
      </w:r>
      <w:proofErr w:type="spellEnd"/>
      <w:r>
        <w:t xml:space="preserve"> </w:t>
      </w:r>
      <w:proofErr w:type="spellStart"/>
      <w:r>
        <w:t>mokykla</w:t>
      </w:r>
      <w:proofErr w:type="spellEnd"/>
      <w:r>
        <w:t xml:space="preserve">: 5–11 </w:t>
      </w:r>
      <w:proofErr w:type="spellStart"/>
      <w:r>
        <w:t>metų</w:t>
      </w:r>
      <w:proofErr w:type="spellEnd"/>
      <w:r>
        <w:t xml:space="preserve"> (6 </w:t>
      </w:r>
      <w:proofErr w:type="spellStart"/>
      <w:r>
        <w:t>metai</w:t>
      </w:r>
      <w:proofErr w:type="spellEnd"/>
      <w:r>
        <w:t>).</w:t>
      </w:r>
    </w:p>
    <w:p w14:paraId="5D7CB1A0" w14:textId="77777777" w:rsidR="00F20DF0" w:rsidRDefault="00F20DF0" w:rsidP="00F20DF0">
      <w:pPr>
        <w:pStyle w:val="prastasiniatinklio"/>
      </w:pPr>
      <w:r>
        <w:t xml:space="preserve">• </w:t>
      </w:r>
      <w:proofErr w:type="spellStart"/>
      <w:r>
        <w:t>Vidurinis</w:t>
      </w:r>
      <w:proofErr w:type="spellEnd"/>
      <w:r>
        <w:t xml:space="preserve"> </w:t>
      </w:r>
      <w:proofErr w:type="spellStart"/>
      <w:r>
        <w:t>išsilavinimas</w:t>
      </w:r>
      <w:proofErr w:type="spellEnd"/>
      <w:r>
        <w:t xml:space="preserve"> (</w:t>
      </w:r>
      <w:proofErr w:type="spellStart"/>
      <w:r>
        <w:t>žemesnioji</w:t>
      </w:r>
      <w:proofErr w:type="spellEnd"/>
      <w:r>
        <w:t xml:space="preserve"> </w:t>
      </w:r>
      <w:proofErr w:type="spellStart"/>
      <w:r>
        <w:t>vidurinė</w:t>
      </w:r>
      <w:proofErr w:type="spellEnd"/>
      <w:r>
        <w:t xml:space="preserve"> </w:t>
      </w:r>
      <w:proofErr w:type="spellStart"/>
      <w:r>
        <w:t>mokykla</w:t>
      </w:r>
      <w:proofErr w:type="spellEnd"/>
      <w:r>
        <w:t xml:space="preserve">): 11–13 </w:t>
      </w:r>
      <w:proofErr w:type="spellStart"/>
      <w:r>
        <w:t>metų</w:t>
      </w:r>
      <w:proofErr w:type="spellEnd"/>
      <w:r>
        <w:t xml:space="preserve"> (2 </w:t>
      </w:r>
      <w:proofErr w:type="spellStart"/>
      <w:r>
        <w:t>metai</w:t>
      </w:r>
      <w:proofErr w:type="spellEnd"/>
      <w:proofErr w:type="gramStart"/>
      <w:r>
        <w:t>).•</w:t>
      </w:r>
      <w:proofErr w:type="gramEnd"/>
      <w:r>
        <w:t xml:space="preserve"> </w:t>
      </w:r>
      <w:proofErr w:type="spellStart"/>
      <w:r>
        <w:t>Vidurinė</w:t>
      </w:r>
      <w:proofErr w:type="spellEnd"/>
      <w:r>
        <w:t xml:space="preserve"> </w:t>
      </w:r>
      <w:proofErr w:type="spellStart"/>
      <w:r>
        <w:t>mokykla</w:t>
      </w:r>
      <w:proofErr w:type="spellEnd"/>
      <w:r>
        <w:t>/</w:t>
      </w:r>
      <w:proofErr w:type="spellStart"/>
      <w:r>
        <w:t>šeštoji</w:t>
      </w:r>
      <w:proofErr w:type="spellEnd"/>
      <w:r>
        <w:t xml:space="preserve"> </w:t>
      </w:r>
      <w:proofErr w:type="spellStart"/>
      <w:r>
        <w:t>klasė</w:t>
      </w:r>
      <w:proofErr w:type="spellEnd"/>
      <w:r>
        <w:t>/</w:t>
      </w:r>
      <w:proofErr w:type="spellStart"/>
      <w:r>
        <w:t>profesinė</w:t>
      </w:r>
      <w:proofErr w:type="spellEnd"/>
      <w:r>
        <w:t xml:space="preserve"> </w:t>
      </w:r>
      <w:proofErr w:type="spellStart"/>
      <w:r>
        <w:t>kolegija</w:t>
      </w:r>
      <w:proofErr w:type="spellEnd"/>
      <w:r>
        <w:t xml:space="preserve">: 13–16 </w:t>
      </w:r>
      <w:proofErr w:type="spellStart"/>
      <w:r>
        <w:t>metų</w:t>
      </w:r>
      <w:proofErr w:type="spellEnd"/>
      <w:r>
        <w:t xml:space="preserve"> (</w:t>
      </w:r>
      <w:proofErr w:type="spellStart"/>
      <w:r>
        <w:t>privaloma</w:t>
      </w:r>
      <w:proofErr w:type="spellEnd"/>
      <w:r>
        <w:t xml:space="preserve">), </w:t>
      </w:r>
      <w:proofErr w:type="spellStart"/>
      <w:r>
        <w:t>pasirinktinai</w:t>
      </w:r>
      <w:proofErr w:type="spellEnd"/>
      <w:r>
        <w:t xml:space="preserve"> 16–18 </w:t>
      </w:r>
      <w:proofErr w:type="spellStart"/>
      <w:r>
        <w:t>metų</w:t>
      </w:r>
      <w:proofErr w:type="spellEnd"/>
      <w:r>
        <w:t>.</w:t>
      </w:r>
    </w:p>
    <w:p w14:paraId="13B738F2" w14:textId="77777777" w:rsidR="00F20DF0" w:rsidRDefault="00F20DF0" w:rsidP="00F20DF0">
      <w:pPr>
        <w:pStyle w:val="prastasiniatinklio"/>
      </w:pPr>
      <w:r>
        <w:t xml:space="preserve">• </w:t>
      </w:r>
      <w:proofErr w:type="spellStart"/>
      <w:r>
        <w:t>Aukštasis</w:t>
      </w:r>
      <w:proofErr w:type="spellEnd"/>
      <w:r>
        <w:t xml:space="preserve"> </w:t>
      </w:r>
      <w:proofErr w:type="spellStart"/>
      <w:r>
        <w:t>išsilavinimas</w:t>
      </w:r>
      <w:proofErr w:type="spellEnd"/>
      <w:r>
        <w:t xml:space="preserve">: </w:t>
      </w:r>
      <w:proofErr w:type="spellStart"/>
      <w:r>
        <w:t>Maltos</w:t>
      </w:r>
      <w:proofErr w:type="spellEnd"/>
      <w:r>
        <w:t xml:space="preserve"> </w:t>
      </w:r>
      <w:proofErr w:type="spellStart"/>
      <w:r>
        <w:t>universitetas</w:t>
      </w:r>
      <w:proofErr w:type="spellEnd"/>
      <w:r>
        <w:t xml:space="preserve"> </w:t>
      </w:r>
      <w:proofErr w:type="spellStart"/>
      <w:r>
        <w:t>ir</w:t>
      </w:r>
      <w:proofErr w:type="spellEnd"/>
      <w:r>
        <w:t xml:space="preserve"> </w:t>
      </w:r>
      <w:proofErr w:type="spellStart"/>
      <w:r>
        <w:t>Maltos</w:t>
      </w:r>
      <w:proofErr w:type="spellEnd"/>
      <w:r>
        <w:t xml:space="preserve"> </w:t>
      </w:r>
      <w:proofErr w:type="spellStart"/>
      <w:r>
        <w:t>menų</w:t>
      </w:r>
      <w:proofErr w:type="spellEnd"/>
      <w:r>
        <w:t xml:space="preserve">, </w:t>
      </w:r>
      <w:proofErr w:type="spellStart"/>
      <w:r>
        <w:t>mokslo</w:t>
      </w:r>
      <w:proofErr w:type="spellEnd"/>
      <w:r>
        <w:t xml:space="preserve"> </w:t>
      </w:r>
      <w:proofErr w:type="spellStart"/>
      <w:r>
        <w:t>ir</w:t>
      </w:r>
      <w:proofErr w:type="spellEnd"/>
      <w:r>
        <w:t xml:space="preserve"> </w:t>
      </w:r>
      <w:proofErr w:type="spellStart"/>
      <w:r>
        <w:t>technologijų</w:t>
      </w:r>
      <w:proofErr w:type="spellEnd"/>
      <w:r>
        <w:t xml:space="preserve"> </w:t>
      </w:r>
      <w:proofErr w:type="spellStart"/>
      <w:r>
        <w:t>kolegija</w:t>
      </w:r>
      <w:proofErr w:type="spellEnd"/>
      <w:r>
        <w:t xml:space="preserve"> (MCAST).</w:t>
      </w:r>
    </w:p>
    <w:p w14:paraId="1B003C5A" w14:textId="279D7330" w:rsidR="006C0ACB" w:rsidRPr="006C0ACB" w:rsidRDefault="006C0ACB" w:rsidP="006C0ACB">
      <w:pPr>
        <w:ind w:firstLine="720"/>
        <w:jc w:val="center"/>
        <w:rPr>
          <w:b/>
          <w:bCs/>
          <w:lang w:val="mk-MK"/>
        </w:rPr>
      </w:pPr>
      <w:r w:rsidRPr="006C0ACB">
        <w:rPr>
          <w:b/>
          <w:bCs/>
          <w:lang w:val="lt-LT"/>
        </w:rPr>
        <w:t>L</w:t>
      </w:r>
      <w:r w:rsidRPr="006C0ACB">
        <w:rPr>
          <w:b/>
          <w:bCs/>
          <w:lang w:val="mk-MK"/>
        </w:rPr>
        <w:t>ietuvos švietimo sistema</w:t>
      </w:r>
    </w:p>
    <w:p w14:paraId="73181724" w14:textId="77777777" w:rsidR="006C0ACB" w:rsidRPr="006C0ACB" w:rsidRDefault="006C0ACB" w:rsidP="006C0ACB">
      <w:pPr>
        <w:ind w:firstLine="720"/>
        <w:rPr>
          <w:lang w:val="mk-MK"/>
        </w:rPr>
      </w:pPr>
      <w:r w:rsidRPr="006C0ACB">
        <w:rPr>
          <w:lang w:val="mk-MK"/>
        </w:rPr>
        <w:t>Lietuvos švietimo sistema apima formalųjį ir neformalųjį švietimą, savišvietą, kiekvieno asmens švietimą, lygių galimybių švietime užtikrinimą ir mokymosi visą gyvenimą skatinimą. Švietimas Lietuvoje grindžiamas prieinamumo, kokybės, integracijos ir individualios mokinio pažangos principais.</w:t>
      </w:r>
    </w:p>
    <w:p w14:paraId="7E3CC718" w14:textId="77777777" w:rsidR="006C0ACB" w:rsidRPr="006C0ACB" w:rsidRDefault="006C0ACB" w:rsidP="006C0ACB">
      <w:pPr>
        <w:ind w:firstLine="720"/>
        <w:rPr>
          <w:lang w:val="mk-MK"/>
        </w:rPr>
      </w:pPr>
      <w:r w:rsidRPr="006C0ACB">
        <w:rPr>
          <w:lang w:val="mk-MK"/>
        </w:rPr>
        <w:t>Švietimo sistema prasideda ikimokyklinio ugdymo įstaigose ir darželiuose, kurie padeda vaikams pasirengti mokyklai ir ugdyti socialinius, emocinius ir pažintinius įgūdžius.</w:t>
      </w:r>
    </w:p>
    <w:p w14:paraId="7CAEF035" w14:textId="77777777" w:rsidR="006C0ACB" w:rsidRPr="006C0ACB" w:rsidRDefault="006C0ACB" w:rsidP="006C0ACB">
      <w:pPr>
        <w:ind w:firstLine="720"/>
        <w:rPr>
          <w:lang w:val="mk-MK"/>
        </w:rPr>
      </w:pPr>
      <w:r w:rsidRPr="006C0ACB">
        <w:rPr>
          <w:lang w:val="mk-MK"/>
        </w:rPr>
        <w:t xml:space="preserve"> Formalusis švietimas prasideda pirmąja klase ir apima pradinį ugdymą (1–4 klasės), pagrindinį ugdymą (5–10 klasės) ir vidurinį ugdymą (11–12 klasės). Šiose pakopose mokiniai nuolat įgyja bendrųjų ir dalykinių kompetencijų, reikalingų tolesniam mokymuisi, profesinei veiklai ir aktyviam dalyvavimui visuomeniniame gyvenime.</w:t>
      </w:r>
    </w:p>
    <w:p w14:paraId="450E4497" w14:textId="1B0DBFA4" w:rsidR="008D4AB4" w:rsidRDefault="006C0ACB" w:rsidP="006C0ACB">
      <w:pPr>
        <w:ind w:firstLine="720"/>
        <w:rPr>
          <w:lang w:val="lt-LT"/>
        </w:rPr>
      </w:pPr>
      <w:r w:rsidRPr="006C0ACB">
        <w:rPr>
          <w:lang w:val="mk-MK"/>
        </w:rPr>
        <w:t>Svarbi formaliojo švietimo dalis yra mokinių pasiekimų vertinimas. Lietuvos mokyklose dažniausiai naudojama dešimties balų vertinimo skalė, pagal kurią balais vertinamos mokinių žinios, įgūdžiai ir pažanga. Žemesnėse klasėse dažnai taikomas formuojamasis vertinimas, kurio metu mokinių pasiekimai apibūdinami žodžiu, pabrėžiant jų pažangą, pastangas ir stipriąsias puses. Vyresnėse klasėse vyrauja balais pagrįstas vertinimas, tačiau taip pat skatinamas formuojamasis vertinimas, kuris padeda mokiniams suprasti savo mokymosi rezultatus ir tobulintinas sritis</w:t>
      </w:r>
      <w:r>
        <w:rPr>
          <w:lang w:val="lt-LT"/>
        </w:rPr>
        <w:t>.</w:t>
      </w:r>
    </w:p>
    <w:p w14:paraId="492D7195" w14:textId="77777777" w:rsidR="006C0ACB" w:rsidRDefault="006C0ACB" w:rsidP="006C0ACB">
      <w:pPr>
        <w:pStyle w:val="prastasiniatinklio"/>
      </w:pPr>
      <w:proofErr w:type="spellStart"/>
      <w:r>
        <w:t>Mokymo</w:t>
      </w:r>
      <w:proofErr w:type="spellEnd"/>
      <w:r>
        <w:t xml:space="preserve"> </w:t>
      </w:r>
      <w:proofErr w:type="spellStart"/>
      <w:r>
        <w:t>procesas</w:t>
      </w:r>
      <w:proofErr w:type="spellEnd"/>
      <w:r>
        <w:t xml:space="preserve"> </w:t>
      </w:r>
      <w:proofErr w:type="spellStart"/>
      <w:r>
        <w:t>organizuojamas</w:t>
      </w:r>
      <w:proofErr w:type="spellEnd"/>
      <w:r>
        <w:t xml:space="preserve"> </w:t>
      </w:r>
      <w:proofErr w:type="spellStart"/>
      <w:r>
        <w:t>pagal</w:t>
      </w:r>
      <w:proofErr w:type="spellEnd"/>
      <w:r>
        <w:t xml:space="preserve"> </w:t>
      </w:r>
      <w:proofErr w:type="spellStart"/>
      <w:r>
        <w:t>semestrų</w:t>
      </w:r>
      <w:proofErr w:type="spellEnd"/>
      <w:r>
        <w:t xml:space="preserve"> </w:t>
      </w:r>
      <w:proofErr w:type="spellStart"/>
      <w:r>
        <w:t>sistemą</w:t>
      </w:r>
      <w:proofErr w:type="spellEnd"/>
      <w:r>
        <w:t xml:space="preserve">. </w:t>
      </w:r>
      <w:proofErr w:type="spellStart"/>
      <w:r>
        <w:t>Akademiniai</w:t>
      </w:r>
      <w:proofErr w:type="spellEnd"/>
      <w:r>
        <w:t xml:space="preserve"> </w:t>
      </w:r>
      <w:proofErr w:type="spellStart"/>
      <w:r>
        <w:t>metai</w:t>
      </w:r>
      <w:proofErr w:type="spellEnd"/>
      <w:r>
        <w:t xml:space="preserve"> </w:t>
      </w:r>
      <w:proofErr w:type="spellStart"/>
      <w:r>
        <w:t>paprastai</w:t>
      </w:r>
      <w:proofErr w:type="spellEnd"/>
      <w:r>
        <w:t xml:space="preserve"> </w:t>
      </w:r>
      <w:proofErr w:type="spellStart"/>
      <w:r>
        <w:t>skirstomi</w:t>
      </w:r>
      <w:proofErr w:type="spellEnd"/>
      <w:r>
        <w:t xml:space="preserve"> į </w:t>
      </w:r>
      <w:proofErr w:type="spellStart"/>
      <w:r>
        <w:t>pirmąjį</w:t>
      </w:r>
      <w:proofErr w:type="spellEnd"/>
      <w:r>
        <w:t xml:space="preserve"> </w:t>
      </w:r>
      <w:proofErr w:type="spellStart"/>
      <w:r>
        <w:t>ir</w:t>
      </w:r>
      <w:proofErr w:type="spellEnd"/>
      <w:r>
        <w:t xml:space="preserve"> </w:t>
      </w:r>
      <w:proofErr w:type="spellStart"/>
      <w:r>
        <w:t>antrąjį</w:t>
      </w:r>
      <w:proofErr w:type="spellEnd"/>
      <w:r>
        <w:t xml:space="preserve"> </w:t>
      </w:r>
      <w:proofErr w:type="spellStart"/>
      <w:r>
        <w:t>semestrus</w:t>
      </w:r>
      <w:proofErr w:type="spellEnd"/>
      <w:r>
        <w:t xml:space="preserve">, po </w:t>
      </w:r>
      <w:proofErr w:type="spellStart"/>
      <w:r>
        <w:t>kurių</w:t>
      </w:r>
      <w:proofErr w:type="spellEnd"/>
      <w:r>
        <w:t xml:space="preserve"> </w:t>
      </w:r>
      <w:proofErr w:type="spellStart"/>
      <w:r>
        <w:t>apibendrinami</w:t>
      </w:r>
      <w:proofErr w:type="spellEnd"/>
      <w:r>
        <w:t xml:space="preserve"> </w:t>
      </w:r>
      <w:proofErr w:type="spellStart"/>
      <w:r>
        <w:t>studentų</w:t>
      </w:r>
      <w:proofErr w:type="spellEnd"/>
      <w:r>
        <w:t xml:space="preserve"> </w:t>
      </w:r>
      <w:proofErr w:type="spellStart"/>
      <w:r>
        <w:t>pasiekimai</w:t>
      </w:r>
      <w:proofErr w:type="spellEnd"/>
      <w:r>
        <w:t xml:space="preserve">. </w:t>
      </w:r>
      <w:proofErr w:type="spellStart"/>
      <w:r>
        <w:t>Semestro</w:t>
      </w:r>
      <w:proofErr w:type="spellEnd"/>
      <w:r>
        <w:t xml:space="preserve"> </w:t>
      </w:r>
      <w:proofErr w:type="spellStart"/>
      <w:r>
        <w:t>pabaigoje</w:t>
      </w:r>
      <w:proofErr w:type="spellEnd"/>
      <w:r>
        <w:t xml:space="preserve"> </w:t>
      </w:r>
      <w:proofErr w:type="spellStart"/>
      <w:r>
        <w:t>atliekami</w:t>
      </w:r>
      <w:proofErr w:type="spellEnd"/>
      <w:r>
        <w:t xml:space="preserve"> </w:t>
      </w:r>
      <w:proofErr w:type="spellStart"/>
      <w:r>
        <w:t>semestro</w:t>
      </w:r>
      <w:proofErr w:type="spellEnd"/>
      <w:r>
        <w:t xml:space="preserve"> </w:t>
      </w:r>
      <w:proofErr w:type="spellStart"/>
      <w:r>
        <w:t>vertinimai</w:t>
      </w:r>
      <w:proofErr w:type="spellEnd"/>
      <w:r>
        <w:t xml:space="preserve">, </w:t>
      </w:r>
      <w:proofErr w:type="spellStart"/>
      <w:r>
        <w:t>kurie</w:t>
      </w:r>
      <w:proofErr w:type="spellEnd"/>
      <w:r>
        <w:t xml:space="preserve"> </w:t>
      </w:r>
      <w:proofErr w:type="spellStart"/>
      <w:r>
        <w:t>parodo</w:t>
      </w:r>
      <w:proofErr w:type="spellEnd"/>
      <w:r>
        <w:t xml:space="preserve"> </w:t>
      </w:r>
      <w:proofErr w:type="spellStart"/>
      <w:r>
        <w:t>studentų</w:t>
      </w:r>
      <w:proofErr w:type="spellEnd"/>
      <w:r>
        <w:t xml:space="preserve"> </w:t>
      </w:r>
      <w:proofErr w:type="spellStart"/>
      <w:r>
        <w:t>mokymosi</w:t>
      </w:r>
      <w:proofErr w:type="spellEnd"/>
      <w:r>
        <w:t xml:space="preserve"> </w:t>
      </w:r>
      <w:proofErr w:type="spellStart"/>
      <w:r>
        <w:t>rezultatus</w:t>
      </w:r>
      <w:proofErr w:type="spellEnd"/>
      <w:r>
        <w:t xml:space="preserve"> per tam </w:t>
      </w:r>
      <w:proofErr w:type="spellStart"/>
      <w:r>
        <w:t>tikrą</w:t>
      </w:r>
      <w:proofErr w:type="spellEnd"/>
      <w:r>
        <w:t xml:space="preserve"> </w:t>
      </w:r>
      <w:proofErr w:type="spellStart"/>
      <w:r>
        <w:t>laikotarpį</w:t>
      </w:r>
      <w:proofErr w:type="spellEnd"/>
      <w:r>
        <w:t>.</w:t>
      </w:r>
    </w:p>
    <w:p w14:paraId="6F6B3772" w14:textId="77777777" w:rsidR="006C0ACB" w:rsidRDefault="006C0ACB" w:rsidP="006C0ACB">
      <w:pPr>
        <w:pStyle w:val="prastasiniatinklio"/>
      </w:pPr>
      <w:proofErr w:type="spellStart"/>
      <w:r>
        <w:t>Lietuvos</w:t>
      </w:r>
      <w:proofErr w:type="spellEnd"/>
      <w:r>
        <w:t xml:space="preserve"> </w:t>
      </w:r>
      <w:proofErr w:type="spellStart"/>
      <w:r>
        <w:t>švietimo</w:t>
      </w:r>
      <w:proofErr w:type="spellEnd"/>
      <w:r>
        <w:t xml:space="preserve"> </w:t>
      </w:r>
      <w:proofErr w:type="spellStart"/>
      <w:r>
        <w:t>sistema</w:t>
      </w:r>
      <w:proofErr w:type="spellEnd"/>
      <w:r>
        <w:t xml:space="preserve"> </w:t>
      </w:r>
      <w:proofErr w:type="spellStart"/>
      <w:r>
        <w:t>didelį</w:t>
      </w:r>
      <w:proofErr w:type="spellEnd"/>
      <w:r>
        <w:t xml:space="preserve"> </w:t>
      </w:r>
      <w:proofErr w:type="spellStart"/>
      <w:r>
        <w:t>dėmesį</w:t>
      </w:r>
      <w:proofErr w:type="spellEnd"/>
      <w:r>
        <w:t xml:space="preserve"> </w:t>
      </w:r>
      <w:proofErr w:type="spellStart"/>
      <w:r>
        <w:t>skiria</w:t>
      </w:r>
      <w:proofErr w:type="spellEnd"/>
      <w:r>
        <w:t xml:space="preserve"> </w:t>
      </w:r>
      <w:proofErr w:type="spellStart"/>
      <w:r>
        <w:t>įtraukiajam</w:t>
      </w:r>
      <w:proofErr w:type="spellEnd"/>
      <w:r>
        <w:t xml:space="preserve"> </w:t>
      </w:r>
      <w:proofErr w:type="spellStart"/>
      <w:r>
        <w:t>švietimui</w:t>
      </w:r>
      <w:proofErr w:type="spellEnd"/>
      <w:r>
        <w:t xml:space="preserve">. </w:t>
      </w:r>
      <w:proofErr w:type="spellStart"/>
      <w:r>
        <w:t>Įtraukusis</w:t>
      </w:r>
      <w:proofErr w:type="spellEnd"/>
      <w:r>
        <w:t xml:space="preserve"> </w:t>
      </w:r>
      <w:proofErr w:type="spellStart"/>
      <w:r>
        <w:t>švietimas</w:t>
      </w:r>
      <w:proofErr w:type="spellEnd"/>
      <w:r>
        <w:t xml:space="preserve"> </w:t>
      </w:r>
      <w:proofErr w:type="spellStart"/>
      <w:r>
        <w:t>reiškia</w:t>
      </w:r>
      <w:proofErr w:type="spellEnd"/>
      <w:r>
        <w:t xml:space="preserve">, </w:t>
      </w:r>
      <w:proofErr w:type="spellStart"/>
      <w:r>
        <w:t>kad</w:t>
      </w:r>
      <w:proofErr w:type="spellEnd"/>
      <w:r>
        <w:t xml:space="preserve"> </w:t>
      </w:r>
      <w:proofErr w:type="spellStart"/>
      <w:r>
        <w:t>visi</w:t>
      </w:r>
      <w:proofErr w:type="spellEnd"/>
      <w:r>
        <w:t xml:space="preserve"> </w:t>
      </w:r>
      <w:proofErr w:type="spellStart"/>
      <w:r>
        <w:t>mokiniai</w:t>
      </w:r>
      <w:proofErr w:type="spellEnd"/>
      <w:r>
        <w:t xml:space="preserve">, </w:t>
      </w:r>
      <w:proofErr w:type="spellStart"/>
      <w:r>
        <w:t>nepriklausomai</w:t>
      </w:r>
      <w:proofErr w:type="spellEnd"/>
      <w:r>
        <w:t xml:space="preserve"> </w:t>
      </w:r>
      <w:proofErr w:type="spellStart"/>
      <w:r>
        <w:t>nuo</w:t>
      </w:r>
      <w:proofErr w:type="spellEnd"/>
      <w:r>
        <w:t xml:space="preserve"> </w:t>
      </w:r>
      <w:proofErr w:type="spellStart"/>
      <w:r>
        <w:t>jų</w:t>
      </w:r>
      <w:proofErr w:type="spellEnd"/>
      <w:r>
        <w:t xml:space="preserve"> </w:t>
      </w:r>
      <w:proofErr w:type="spellStart"/>
      <w:r>
        <w:t>gebėjimų</w:t>
      </w:r>
      <w:proofErr w:type="spellEnd"/>
      <w:r>
        <w:t xml:space="preserve">, </w:t>
      </w:r>
      <w:proofErr w:type="spellStart"/>
      <w:r>
        <w:t>specialiųjų</w:t>
      </w:r>
      <w:proofErr w:type="spellEnd"/>
      <w:r>
        <w:t xml:space="preserve"> </w:t>
      </w:r>
      <w:proofErr w:type="spellStart"/>
      <w:r>
        <w:t>ugdymo</w:t>
      </w:r>
      <w:proofErr w:type="spellEnd"/>
      <w:r>
        <w:t xml:space="preserve"> </w:t>
      </w:r>
      <w:proofErr w:type="spellStart"/>
      <w:r>
        <w:t>poreikių</w:t>
      </w:r>
      <w:proofErr w:type="spellEnd"/>
      <w:r>
        <w:t xml:space="preserve">, </w:t>
      </w:r>
      <w:proofErr w:type="spellStart"/>
      <w:r>
        <w:t>kalbinės</w:t>
      </w:r>
      <w:proofErr w:type="spellEnd"/>
      <w:r>
        <w:t xml:space="preserve">, </w:t>
      </w:r>
      <w:proofErr w:type="spellStart"/>
      <w:r>
        <w:t>kultūrinės</w:t>
      </w:r>
      <w:proofErr w:type="spellEnd"/>
      <w:r>
        <w:t xml:space="preserve"> </w:t>
      </w:r>
      <w:proofErr w:type="spellStart"/>
      <w:r>
        <w:t>ar</w:t>
      </w:r>
      <w:proofErr w:type="spellEnd"/>
      <w:r>
        <w:t xml:space="preserve"> </w:t>
      </w:r>
      <w:proofErr w:type="spellStart"/>
      <w:r>
        <w:t>socialinės</w:t>
      </w:r>
      <w:proofErr w:type="spellEnd"/>
      <w:r>
        <w:t xml:space="preserve"> </w:t>
      </w:r>
      <w:proofErr w:type="spellStart"/>
      <w:r>
        <w:t>kilmės</w:t>
      </w:r>
      <w:proofErr w:type="spellEnd"/>
      <w:r>
        <w:t xml:space="preserve">, </w:t>
      </w:r>
      <w:proofErr w:type="spellStart"/>
      <w:r>
        <w:t>mokosi</w:t>
      </w:r>
      <w:proofErr w:type="spellEnd"/>
      <w:r>
        <w:t xml:space="preserve"> </w:t>
      </w:r>
      <w:proofErr w:type="spellStart"/>
      <w:r>
        <w:t>kartu</w:t>
      </w:r>
      <w:proofErr w:type="spellEnd"/>
      <w:r>
        <w:t xml:space="preserve"> </w:t>
      </w:r>
      <w:proofErr w:type="spellStart"/>
      <w:r>
        <w:t>bendrojo</w:t>
      </w:r>
      <w:proofErr w:type="spellEnd"/>
      <w:r>
        <w:t xml:space="preserve"> </w:t>
      </w:r>
      <w:proofErr w:type="spellStart"/>
      <w:r>
        <w:t>lavinimo</w:t>
      </w:r>
      <w:proofErr w:type="spellEnd"/>
      <w:r>
        <w:t xml:space="preserve"> </w:t>
      </w:r>
      <w:proofErr w:type="spellStart"/>
      <w:r>
        <w:t>mokyklose</w:t>
      </w:r>
      <w:proofErr w:type="spellEnd"/>
      <w:r>
        <w:t xml:space="preserve">. </w:t>
      </w:r>
      <w:proofErr w:type="spellStart"/>
      <w:r>
        <w:t>Tikslas</w:t>
      </w:r>
      <w:proofErr w:type="spellEnd"/>
      <w:r>
        <w:t xml:space="preserve"> – </w:t>
      </w:r>
      <w:proofErr w:type="spellStart"/>
      <w:r>
        <w:t>suteikti</w:t>
      </w:r>
      <w:proofErr w:type="spellEnd"/>
      <w:r>
        <w:t xml:space="preserve"> </w:t>
      </w:r>
      <w:proofErr w:type="spellStart"/>
      <w:r>
        <w:t>kiekvienam</w:t>
      </w:r>
      <w:proofErr w:type="spellEnd"/>
      <w:r>
        <w:t xml:space="preserve"> </w:t>
      </w:r>
      <w:proofErr w:type="spellStart"/>
      <w:r>
        <w:t>vaikui</w:t>
      </w:r>
      <w:proofErr w:type="spellEnd"/>
      <w:r>
        <w:t xml:space="preserve"> </w:t>
      </w:r>
      <w:proofErr w:type="spellStart"/>
      <w:r>
        <w:t>reikiamą</w:t>
      </w:r>
      <w:proofErr w:type="spellEnd"/>
      <w:r>
        <w:t xml:space="preserve"> </w:t>
      </w:r>
      <w:proofErr w:type="spellStart"/>
      <w:r>
        <w:t>paramą</w:t>
      </w:r>
      <w:proofErr w:type="spellEnd"/>
      <w:r>
        <w:t xml:space="preserve"> </w:t>
      </w:r>
      <w:proofErr w:type="spellStart"/>
      <w:r>
        <w:t>ir</w:t>
      </w:r>
      <w:proofErr w:type="spellEnd"/>
      <w:r>
        <w:t xml:space="preserve"> </w:t>
      </w:r>
      <w:proofErr w:type="spellStart"/>
      <w:r>
        <w:t>sudaryti</w:t>
      </w:r>
      <w:proofErr w:type="spellEnd"/>
      <w:r>
        <w:t xml:space="preserve"> </w:t>
      </w:r>
      <w:proofErr w:type="spellStart"/>
      <w:r>
        <w:t>sąlygas</w:t>
      </w:r>
      <w:proofErr w:type="spellEnd"/>
      <w:r>
        <w:t xml:space="preserve"> </w:t>
      </w:r>
      <w:proofErr w:type="spellStart"/>
      <w:r>
        <w:t>mokytis</w:t>
      </w:r>
      <w:proofErr w:type="spellEnd"/>
      <w:r>
        <w:t xml:space="preserve"> </w:t>
      </w:r>
      <w:proofErr w:type="spellStart"/>
      <w:r>
        <w:t>pagal</w:t>
      </w:r>
      <w:proofErr w:type="spellEnd"/>
      <w:r>
        <w:t xml:space="preserve"> jo </w:t>
      </w:r>
      <w:proofErr w:type="spellStart"/>
      <w:r>
        <w:t>gebėjimus</w:t>
      </w:r>
      <w:proofErr w:type="spellEnd"/>
      <w:r>
        <w:t xml:space="preserve">. </w:t>
      </w:r>
      <w:proofErr w:type="spellStart"/>
      <w:r>
        <w:t>Siekiant</w:t>
      </w:r>
      <w:proofErr w:type="spellEnd"/>
      <w:r>
        <w:t xml:space="preserve"> </w:t>
      </w:r>
      <w:proofErr w:type="spellStart"/>
      <w:r>
        <w:t>įgyvendinti</w:t>
      </w:r>
      <w:proofErr w:type="spellEnd"/>
      <w:r>
        <w:t xml:space="preserve"> </w:t>
      </w:r>
      <w:proofErr w:type="spellStart"/>
      <w:r>
        <w:t>įtraukųjį</w:t>
      </w:r>
      <w:proofErr w:type="spellEnd"/>
      <w:r>
        <w:t xml:space="preserve"> </w:t>
      </w:r>
      <w:proofErr w:type="spellStart"/>
      <w:r>
        <w:t>švietimą</w:t>
      </w:r>
      <w:proofErr w:type="spellEnd"/>
      <w:r>
        <w:t xml:space="preserve">, </w:t>
      </w:r>
      <w:proofErr w:type="spellStart"/>
      <w:r>
        <w:t>teikiama</w:t>
      </w:r>
      <w:proofErr w:type="spellEnd"/>
      <w:r>
        <w:t xml:space="preserve"> </w:t>
      </w:r>
      <w:proofErr w:type="spellStart"/>
      <w:r>
        <w:t>speciali</w:t>
      </w:r>
      <w:proofErr w:type="spellEnd"/>
      <w:r>
        <w:t xml:space="preserve"> </w:t>
      </w:r>
      <w:proofErr w:type="spellStart"/>
      <w:r>
        <w:t>pedagoginė</w:t>
      </w:r>
      <w:proofErr w:type="spellEnd"/>
      <w:r>
        <w:t xml:space="preserve">, </w:t>
      </w:r>
      <w:proofErr w:type="spellStart"/>
      <w:r>
        <w:t>psichologinė</w:t>
      </w:r>
      <w:proofErr w:type="spellEnd"/>
      <w:r>
        <w:t xml:space="preserve"> </w:t>
      </w:r>
      <w:proofErr w:type="spellStart"/>
      <w:r>
        <w:t>ir</w:t>
      </w:r>
      <w:proofErr w:type="spellEnd"/>
      <w:r>
        <w:t xml:space="preserve"> </w:t>
      </w:r>
      <w:proofErr w:type="spellStart"/>
      <w:r>
        <w:t>socialinė</w:t>
      </w:r>
      <w:proofErr w:type="spellEnd"/>
      <w:r>
        <w:t xml:space="preserve"> </w:t>
      </w:r>
      <w:proofErr w:type="spellStart"/>
      <w:r>
        <w:t>pedagoginė</w:t>
      </w:r>
      <w:proofErr w:type="spellEnd"/>
      <w:r>
        <w:t xml:space="preserve"> </w:t>
      </w:r>
      <w:proofErr w:type="spellStart"/>
      <w:r>
        <w:t>pagalba</w:t>
      </w:r>
      <w:proofErr w:type="spellEnd"/>
      <w:r>
        <w:t xml:space="preserve">, </w:t>
      </w:r>
      <w:proofErr w:type="spellStart"/>
      <w:r>
        <w:t>pritaikomos</w:t>
      </w:r>
      <w:proofErr w:type="spellEnd"/>
      <w:r>
        <w:t xml:space="preserve"> </w:t>
      </w:r>
      <w:proofErr w:type="spellStart"/>
      <w:r>
        <w:t>mokymo</w:t>
      </w:r>
      <w:proofErr w:type="spellEnd"/>
      <w:r>
        <w:t xml:space="preserve"> </w:t>
      </w:r>
      <w:proofErr w:type="spellStart"/>
      <w:r>
        <w:t>programos</w:t>
      </w:r>
      <w:proofErr w:type="spellEnd"/>
      <w:r>
        <w:t xml:space="preserve">, </w:t>
      </w:r>
      <w:proofErr w:type="spellStart"/>
      <w:r>
        <w:t>mokymo</w:t>
      </w:r>
      <w:proofErr w:type="spellEnd"/>
      <w:r>
        <w:t xml:space="preserve"> </w:t>
      </w:r>
      <w:proofErr w:type="spellStart"/>
      <w:r>
        <w:t>metodai</w:t>
      </w:r>
      <w:proofErr w:type="spellEnd"/>
      <w:r>
        <w:t xml:space="preserve"> </w:t>
      </w:r>
      <w:proofErr w:type="spellStart"/>
      <w:r>
        <w:t>ir</w:t>
      </w:r>
      <w:proofErr w:type="spellEnd"/>
      <w:r>
        <w:t xml:space="preserve"> </w:t>
      </w:r>
      <w:proofErr w:type="spellStart"/>
      <w:r>
        <w:t>vertinimo</w:t>
      </w:r>
      <w:proofErr w:type="spellEnd"/>
      <w:r>
        <w:t xml:space="preserve"> </w:t>
      </w:r>
      <w:proofErr w:type="spellStart"/>
      <w:r>
        <w:t>metodai</w:t>
      </w:r>
      <w:proofErr w:type="spellEnd"/>
      <w:r>
        <w:t>.</w:t>
      </w:r>
    </w:p>
    <w:p w14:paraId="7F3AF3D7" w14:textId="77777777" w:rsidR="006C0ACB" w:rsidRDefault="006C0ACB" w:rsidP="006C0ACB">
      <w:pPr>
        <w:pStyle w:val="prastasiniatinklio"/>
      </w:pPr>
      <w:r>
        <w:t xml:space="preserve">Be to, </w:t>
      </w:r>
      <w:proofErr w:type="spellStart"/>
      <w:r>
        <w:t>teikiamas</w:t>
      </w:r>
      <w:proofErr w:type="spellEnd"/>
      <w:r>
        <w:t xml:space="preserve"> </w:t>
      </w:r>
      <w:proofErr w:type="spellStart"/>
      <w:r>
        <w:t>neformalusis</w:t>
      </w:r>
      <w:proofErr w:type="spellEnd"/>
      <w:r>
        <w:t xml:space="preserve"> </w:t>
      </w:r>
      <w:proofErr w:type="spellStart"/>
      <w:r>
        <w:t>ugdymas</w:t>
      </w:r>
      <w:proofErr w:type="spellEnd"/>
      <w:r>
        <w:t xml:space="preserve">, </w:t>
      </w:r>
      <w:proofErr w:type="spellStart"/>
      <w:r>
        <w:t>įskaitant</w:t>
      </w:r>
      <w:proofErr w:type="spellEnd"/>
      <w:r>
        <w:t xml:space="preserve"> </w:t>
      </w:r>
      <w:proofErr w:type="spellStart"/>
      <w:r>
        <w:t>menines</w:t>
      </w:r>
      <w:proofErr w:type="spellEnd"/>
      <w:r>
        <w:t xml:space="preserve">, </w:t>
      </w:r>
      <w:proofErr w:type="spellStart"/>
      <w:r>
        <w:t>sportines</w:t>
      </w:r>
      <w:proofErr w:type="spellEnd"/>
      <w:r>
        <w:t xml:space="preserve">, </w:t>
      </w:r>
      <w:proofErr w:type="spellStart"/>
      <w:r>
        <w:t>kultūrines</w:t>
      </w:r>
      <w:proofErr w:type="spellEnd"/>
      <w:r>
        <w:t xml:space="preserve"> </w:t>
      </w:r>
      <w:proofErr w:type="spellStart"/>
      <w:r>
        <w:t>ir</w:t>
      </w:r>
      <w:proofErr w:type="spellEnd"/>
      <w:r>
        <w:t xml:space="preserve"> </w:t>
      </w:r>
      <w:proofErr w:type="spellStart"/>
      <w:r>
        <w:t>kitas</w:t>
      </w:r>
      <w:proofErr w:type="spellEnd"/>
      <w:r>
        <w:t xml:space="preserve"> </w:t>
      </w:r>
      <w:proofErr w:type="spellStart"/>
      <w:r>
        <w:t>ugdomąsias</w:t>
      </w:r>
      <w:proofErr w:type="spellEnd"/>
      <w:r>
        <w:t xml:space="preserve"> </w:t>
      </w:r>
      <w:proofErr w:type="spellStart"/>
      <w:r>
        <w:t>veiklas</w:t>
      </w:r>
      <w:proofErr w:type="spellEnd"/>
      <w:r>
        <w:t xml:space="preserve">, </w:t>
      </w:r>
      <w:proofErr w:type="spellStart"/>
      <w:r>
        <w:t>kurios</w:t>
      </w:r>
      <w:proofErr w:type="spellEnd"/>
      <w:r>
        <w:t xml:space="preserve"> </w:t>
      </w:r>
      <w:proofErr w:type="spellStart"/>
      <w:r>
        <w:t>padeda</w:t>
      </w:r>
      <w:proofErr w:type="spellEnd"/>
      <w:r>
        <w:t xml:space="preserve"> </w:t>
      </w:r>
      <w:proofErr w:type="spellStart"/>
      <w:r>
        <w:t>mokiniams</w:t>
      </w:r>
      <w:proofErr w:type="spellEnd"/>
      <w:r>
        <w:t xml:space="preserve"> </w:t>
      </w:r>
      <w:proofErr w:type="spellStart"/>
      <w:r>
        <w:t>atrasti</w:t>
      </w:r>
      <w:proofErr w:type="spellEnd"/>
      <w:r>
        <w:t xml:space="preserve"> </w:t>
      </w:r>
      <w:proofErr w:type="spellStart"/>
      <w:r>
        <w:t>savo</w:t>
      </w:r>
      <w:proofErr w:type="spellEnd"/>
      <w:r>
        <w:t xml:space="preserve"> </w:t>
      </w:r>
      <w:proofErr w:type="spellStart"/>
      <w:r>
        <w:t>talentus</w:t>
      </w:r>
      <w:proofErr w:type="spellEnd"/>
      <w:r>
        <w:t xml:space="preserve">, </w:t>
      </w:r>
      <w:proofErr w:type="spellStart"/>
      <w:r>
        <w:t>stiprinti</w:t>
      </w:r>
      <w:proofErr w:type="spellEnd"/>
      <w:r>
        <w:t xml:space="preserve"> </w:t>
      </w:r>
      <w:proofErr w:type="spellStart"/>
      <w:r>
        <w:t>motyvaciją</w:t>
      </w:r>
      <w:proofErr w:type="spellEnd"/>
      <w:r>
        <w:t xml:space="preserve"> </w:t>
      </w:r>
      <w:proofErr w:type="spellStart"/>
      <w:r>
        <w:t>ir</w:t>
      </w:r>
      <w:proofErr w:type="spellEnd"/>
      <w:r>
        <w:t xml:space="preserve"> </w:t>
      </w:r>
      <w:proofErr w:type="spellStart"/>
      <w:r>
        <w:t>gerinti</w:t>
      </w:r>
      <w:proofErr w:type="spellEnd"/>
      <w:r>
        <w:t xml:space="preserve"> </w:t>
      </w:r>
      <w:proofErr w:type="spellStart"/>
      <w:r>
        <w:t>socialinius</w:t>
      </w:r>
      <w:proofErr w:type="spellEnd"/>
      <w:r>
        <w:t xml:space="preserve"> </w:t>
      </w:r>
      <w:proofErr w:type="spellStart"/>
      <w:r>
        <w:t>įgūdžius</w:t>
      </w:r>
      <w:proofErr w:type="spellEnd"/>
      <w:r>
        <w:t xml:space="preserve">. </w:t>
      </w:r>
      <w:proofErr w:type="spellStart"/>
      <w:r>
        <w:t>Svarbus</w:t>
      </w:r>
      <w:proofErr w:type="spellEnd"/>
      <w:r>
        <w:t xml:space="preserve"> </w:t>
      </w:r>
      <w:proofErr w:type="spellStart"/>
      <w:r>
        <w:t>ir</w:t>
      </w:r>
      <w:proofErr w:type="spellEnd"/>
      <w:r>
        <w:t xml:space="preserve"> </w:t>
      </w:r>
      <w:proofErr w:type="spellStart"/>
      <w:r>
        <w:t>savišvietimas</w:t>
      </w:r>
      <w:proofErr w:type="spellEnd"/>
      <w:r>
        <w:t xml:space="preserve">, kai </w:t>
      </w:r>
      <w:proofErr w:type="spellStart"/>
      <w:r>
        <w:t>asmuo</w:t>
      </w:r>
      <w:proofErr w:type="spellEnd"/>
      <w:r>
        <w:t xml:space="preserve"> </w:t>
      </w:r>
      <w:proofErr w:type="spellStart"/>
      <w:r>
        <w:t>savarankiškai</w:t>
      </w:r>
      <w:proofErr w:type="spellEnd"/>
      <w:r>
        <w:t xml:space="preserve"> </w:t>
      </w:r>
      <w:proofErr w:type="spellStart"/>
      <w:r>
        <w:t>gilina</w:t>
      </w:r>
      <w:proofErr w:type="spellEnd"/>
      <w:r>
        <w:t xml:space="preserve"> </w:t>
      </w:r>
      <w:proofErr w:type="spellStart"/>
      <w:r>
        <w:t>savo</w:t>
      </w:r>
      <w:proofErr w:type="spellEnd"/>
      <w:r>
        <w:t xml:space="preserve"> </w:t>
      </w:r>
      <w:proofErr w:type="spellStart"/>
      <w:r>
        <w:t>žinias</w:t>
      </w:r>
      <w:proofErr w:type="spellEnd"/>
      <w:r>
        <w:t xml:space="preserve"> </w:t>
      </w:r>
      <w:proofErr w:type="spellStart"/>
      <w:r>
        <w:t>ir</w:t>
      </w:r>
      <w:proofErr w:type="spellEnd"/>
      <w:r>
        <w:t xml:space="preserve"> </w:t>
      </w:r>
      <w:proofErr w:type="spellStart"/>
      <w:r>
        <w:t>tobulina</w:t>
      </w:r>
      <w:proofErr w:type="spellEnd"/>
      <w:r>
        <w:t xml:space="preserve"> </w:t>
      </w:r>
      <w:proofErr w:type="spellStart"/>
      <w:r>
        <w:t>įgūdžius</w:t>
      </w:r>
      <w:proofErr w:type="spellEnd"/>
      <w:r>
        <w:t>.</w:t>
      </w:r>
    </w:p>
    <w:p w14:paraId="797DB97C" w14:textId="77777777" w:rsidR="006C0ACB" w:rsidRPr="006C0ACB" w:rsidRDefault="006C0ACB" w:rsidP="006C0ACB">
      <w:pPr>
        <w:ind w:firstLine="720"/>
      </w:pPr>
    </w:p>
    <w:p w14:paraId="4F6A1B70" w14:textId="77777777" w:rsidR="003569D8" w:rsidRPr="003569D8" w:rsidRDefault="003569D8" w:rsidP="00404637">
      <w:pPr>
        <w:ind w:firstLine="720"/>
        <w:rPr>
          <w:lang w:val="mk-MK"/>
        </w:rPr>
      </w:pPr>
    </w:p>
    <w:p w14:paraId="1AF06A3E" w14:textId="77777777" w:rsidR="006C0ACB" w:rsidRPr="006C0ACB" w:rsidRDefault="006C0ACB" w:rsidP="006C0ACB">
      <w:pPr>
        <w:pStyle w:val="prastasiniatinklio"/>
        <w:jc w:val="center"/>
        <w:rPr>
          <w:b/>
          <w:bCs/>
          <w:lang w:val="mk-MK"/>
        </w:rPr>
      </w:pPr>
      <w:r w:rsidRPr="006C0ACB">
        <w:rPr>
          <w:b/>
          <w:bCs/>
          <w:lang w:val="mk-MK"/>
        </w:rPr>
        <w:lastRenderedPageBreak/>
        <w:t>Graikijos švietimo sistema</w:t>
      </w:r>
    </w:p>
    <w:p w14:paraId="14287A75" w14:textId="3DC4FA1A" w:rsidR="006C0ACB" w:rsidRDefault="006C0ACB" w:rsidP="006C0ACB">
      <w:pPr>
        <w:pStyle w:val="prastasiniatinklio"/>
        <w:rPr>
          <w:lang w:val="mk-MK"/>
        </w:rPr>
      </w:pPr>
      <w:r w:rsidRPr="006C0ACB">
        <w:rPr>
          <w:lang w:val="mk-MK"/>
        </w:rPr>
        <w:t>Graikijoje privalomasis švietimas trunka 11 metų ir apima pradinę mokyklą (Dimotiko, 6 metai) ir žemesniąją vidurinę mokyklą (Gymnasium, 3 metai), po to – aukštesniąją vidurinę mokyklą (Liceo, 3 metai) bendrojo lavinimo licėjuje (GEL) ir profesinio mokymo licėjuje (EPAL). Švietimo ministerija nustato nacionalines mokymo programas ir mokymosi rezultatus, o mokyklos juos įgyvendina per metinį planavimą ir įtraukias praktikas, kurios skatina mokinių gerovę ir kompetencijomis grindžiamą mokymąsi.</w:t>
      </w:r>
    </w:p>
    <w:p w14:paraId="6B9244A4" w14:textId="77777777" w:rsidR="006C0ACB" w:rsidRPr="006C0ACB" w:rsidRDefault="006C0ACB" w:rsidP="006C0ACB">
      <w:pPr>
        <w:pStyle w:val="prastasiniatinklio"/>
        <w:jc w:val="center"/>
        <w:rPr>
          <w:b/>
          <w:bCs/>
          <w:lang w:val="mk-MK"/>
        </w:rPr>
      </w:pPr>
      <w:r w:rsidRPr="006C0ACB">
        <w:rPr>
          <w:b/>
          <w:bCs/>
          <w:lang w:val="mk-MK"/>
        </w:rPr>
        <w:t>Kipro švietimo sistema</w:t>
      </w:r>
    </w:p>
    <w:p w14:paraId="656046E1" w14:textId="77777777" w:rsidR="006C0ACB" w:rsidRPr="006C0ACB" w:rsidRDefault="006C0ACB" w:rsidP="006C0ACB">
      <w:pPr>
        <w:pStyle w:val="prastasiniatinklio"/>
        <w:rPr>
          <w:lang w:val="mk-MK"/>
        </w:rPr>
      </w:pPr>
      <w:r w:rsidRPr="006C0ACB">
        <w:rPr>
          <w:lang w:val="mk-MK"/>
        </w:rPr>
        <w:t>Vidurinis išsilavinimas Kipre yra pagrindinis šalies centralizuotai organizuotos švietimo sistemos elementas, kurį prižiūri Švietimo, sporto ir jaunimo ministerija.</w:t>
      </w:r>
    </w:p>
    <w:p w14:paraId="398C16F5" w14:textId="77777777" w:rsidR="006C0ACB" w:rsidRPr="006C0ACB" w:rsidRDefault="006C0ACB" w:rsidP="006C0ACB">
      <w:pPr>
        <w:pStyle w:val="prastasiniatinklio"/>
        <w:rPr>
          <w:lang w:val="mk-MK"/>
        </w:rPr>
      </w:pPr>
      <w:r w:rsidRPr="006C0ACB">
        <w:rPr>
          <w:lang w:val="mk-MK"/>
        </w:rPr>
        <w:t>Nors viešasis švietimas yra nemokamas ir privalomas nuo 5 iki 15 metų amžiaus, būtent viduriniame išsilavinime mokiniai ugdo akademinius, socialinius ir asmeninius įgūdžius, kurie formuoja jų ateities kelią. Ministerija nustato mokymo programas, vadovėlius ir švietimo politiką, užtikrindama nuoseklumą ir suderinamumą visose valstybinėse mokyklose.</w:t>
      </w:r>
    </w:p>
    <w:p w14:paraId="4E597A16" w14:textId="77777777" w:rsidR="006C0ACB" w:rsidRPr="006C0ACB" w:rsidRDefault="006C0ACB" w:rsidP="006C0ACB">
      <w:pPr>
        <w:pStyle w:val="prastasiniatinklio"/>
        <w:rPr>
          <w:lang w:val="mk-MK"/>
        </w:rPr>
      </w:pPr>
      <w:r w:rsidRPr="006C0ACB">
        <w:rPr>
          <w:lang w:val="mk-MK"/>
        </w:rPr>
        <w:t>Pradinis išsilavinimas (6–12 metų amžiaus) yra Kipro švietimo sistemos pagrindas, suteikiantis mokiniams pagrindinius raštingumo, skaičiavimo ir socialinius įgūdžius. Jis akcentuoja holistinį vystymąsi, skatina smalsumą, kūrybiškumą ir teigiamus mokymosi įpročius. Kūno kultūra šiame etape orientuota į pagrindinius motorinius įgūdžius, judėjimo malonumą ir sveiką gyvenimo būdą, rengiant vaikus labiau struktūruotam ir specializuotam fiziniam mokymuisi viduriniame ugdyme.</w:t>
      </w:r>
    </w:p>
    <w:p w14:paraId="59AD89F6" w14:textId="77777777" w:rsidR="006C0ACB" w:rsidRPr="006C0ACB" w:rsidRDefault="006C0ACB" w:rsidP="006C0ACB">
      <w:pPr>
        <w:pStyle w:val="prastasiniatinklio"/>
        <w:rPr>
          <w:lang w:val="mk-MK"/>
        </w:rPr>
      </w:pPr>
      <w:r w:rsidRPr="006C0ACB">
        <w:rPr>
          <w:lang w:val="mk-MK"/>
        </w:rPr>
        <w:t>Vidurinis išsilavinimas yra suskirstytas į du etapus: gimnazija (12–15 metų), kuri užbaigia privalomojo išsilavinimo ciklą, ir licėjus arba technikos mokyklos (15–18 metų). Gimnazija siūlo vieningą bendrąjį ugdymo programą, skirtą remti visapusišką mokinių ugdymą ir juos parengti specializuotesniems studijoms. Liceume mokiniai pasirenka specializacijos dalykus pagal savo interesus ir siekius, o technikos mokyklos siūlo profesines ir technines programas, pritaikytas darbo rinkos poreikiams.</w:t>
      </w:r>
    </w:p>
    <w:p w14:paraId="0FE1DC6C" w14:textId="77777777" w:rsidR="006C0ACB" w:rsidRPr="006C0ACB" w:rsidRDefault="006C0ACB" w:rsidP="006C0ACB">
      <w:pPr>
        <w:pStyle w:val="prastasiniatinklio"/>
        <w:rPr>
          <w:lang w:val="mk-MK"/>
        </w:rPr>
      </w:pPr>
      <w:r w:rsidRPr="006C0ACB">
        <w:rPr>
          <w:lang w:val="mk-MK"/>
        </w:rPr>
        <w:t>Svarbi viduriniojo ugdymo dalis yra fizinio lavinimo pamokos, kurios vyksta visose klasėse. Gimnazijoje fizinis lavinimas orientuotas į pagrindinius motorinius įgūdžius, komandinį darbą, bendradarbiavimą ir teigiamo požiūrio į fizinį aktyvumą ugdymą. Licėjaus lygyje šis dalykas tampa labiau specializuotas, akcentuojant fizinį pasirengimą, sveikatos ugdymui, saugiam sportavimui ir taisyklių bei strategijų supratimui. Kai kuriose mokyklose mokiniai taip pat gali lankyti pažengusiųjų fizinio lavinimo kursus, pvz., IGCSE arba A Level PE, kuriuose teorinės žinios derinamos su praktiniais užsiėmimais.</w:t>
      </w:r>
    </w:p>
    <w:p w14:paraId="66D1D261" w14:textId="77777777" w:rsidR="006C0ACB" w:rsidRPr="006C0ACB" w:rsidRDefault="006C0ACB" w:rsidP="006C0ACB">
      <w:pPr>
        <w:pStyle w:val="prastasiniatinklio"/>
        <w:rPr>
          <w:lang w:val="mk-MK"/>
        </w:rPr>
      </w:pPr>
      <w:r w:rsidRPr="006C0ACB">
        <w:rPr>
          <w:lang w:val="mk-MK"/>
        </w:rPr>
        <w:t>Nors ikimokyklinis, pradinis ir aukštasis išsilavinimas vaidina svarbų vaidmenį platesnėje sistemoje, vidurinis išsilavinimas išlieka lemiamu etapu. Jis derina akademinį pasirengimą su asmeniniu tobulėjimu ir skatina fizinę, emocinę ir socialinę gerovę per tokius dalykus kaip fizinis lavinimas. Tokiu būdu jauniems žmonėms suteikiamos kompetencijos ir vertybės, reikalingos aktyviam ir atsakingam dalyvavimui šiuolaikinėje visuomenėje.</w:t>
      </w:r>
    </w:p>
    <w:p w14:paraId="6F3177FE" w14:textId="77777777" w:rsidR="00EC7053" w:rsidRPr="00333346" w:rsidRDefault="00EC7053" w:rsidP="00EC7053">
      <w:pPr>
        <w:rPr>
          <w:lang w:val="mk-MK"/>
        </w:rPr>
      </w:pPr>
    </w:p>
    <w:p w14:paraId="57D53FA3" w14:textId="77777777" w:rsidR="00C05503" w:rsidRPr="00C05503" w:rsidRDefault="00C05503" w:rsidP="00404637">
      <w:pPr>
        <w:ind w:firstLine="720"/>
        <w:rPr>
          <w:lang w:val="mk-MK"/>
        </w:rPr>
      </w:pPr>
    </w:p>
    <w:p w14:paraId="2AF72D81" w14:textId="77777777" w:rsidR="00C05503" w:rsidRDefault="00C05503" w:rsidP="00C05503">
      <w:pPr>
        <w:ind w:firstLine="720"/>
        <w:rPr>
          <w:lang w:val="mk-MK"/>
        </w:rPr>
      </w:pPr>
    </w:p>
    <w:p w14:paraId="679966CF" w14:textId="77777777" w:rsidR="00BA6968" w:rsidRDefault="00BA6968" w:rsidP="00C05503">
      <w:pPr>
        <w:ind w:firstLine="720"/>
        <w:rPr>
          <w:lang w:val="mk-MK"/>
        </w:rPr>
      </w:pPr>
    </w:p>
    <w:p w14:paraId="0309EED7" w14:textId="77777777" w:rsidR="00BA6968" w:rsidRDefault="00BA6968" w:rsidP="00C05503">
      <w:pPr>
        <w:ind w:firstLine="720"/>
        <w:rPr>
          <w:lang w:val="mk-MK"/>
        </w:rPr>
      </w:pPr>
    </w:p>
    <w:p w14:paraId="2F1C6734" w14:textId="77777777" w:rsidR="00BA6968" w:rsidRDefault="00BA6968" w:rsidP="00C05503">
      <w:pPr>
        <w:ind w:firstLine="720"/>
        <w:rPr>
          <w:lang w:val="mk-MK"/>
        </w:rPr>
      </w:pPr>
    </w:p>
    <w:p w14:paraId="6FAFF91A" w14:textId="77777777" w:rsidR="00BA6968" w:rsidRDefault="00BA6968" w:rsidP="00C05503">
      <w:pPr>
        <w:ind w:firstLine="720"/>
        <w:rPr>
          <w:lang w:val="mk-MK"/>
        </w:rPr>
      </w:pPr>
    </w:p>
    <w:p w14:paraId="4CF448AA" w14:textId="77777777" w:rsidR="00BA6968" w:rsidRDefault="00BA6968" w:rsidP="00C05503">
      <w:pPr>
        <w:ind w:firstLine="720"/>
        <w:rPr>
          <w:lang w:val="mk-MK"/>
        </w:rPr>
      </w:pPr>
    </w:p>
    <w:p w14:paraId="52948317" w14:textId="77777777" w:rsidR="00BA6968" w:rsidRDefault="00BA6968" w:rsidP="00C05503">
      <w:pPr>
        <w:ind w:firstLine="720"/>
        <w:rPr>
          <w:lang w:val="mk-MK"/>
        </w:rPr>
      </w:pPr>
    </w:p>
    <w:p w14:paraId="2675E153" w14:textId="77777777" w:rsidR="00BA6968" w:rsidRDefault="00BA6968" w:rsidP="00C05503">
      <w:pPr>
        <w:ind w:firstLine="720"/>
        <w:rPr>
          <w:lang w:val="mk-MK"/>
        </w:rPr>
      </w:pPr>
    </w:p>
    <w:p w14:paraId="1351EA12" w14:textId="77777777" w:rsidR="00BA6968" w:rsidRDefault="00BA6968" w:rsidP="00C05503">
      <w:pPr>
        <w:ind w:firstLine="720"/>
        <w:rPr>
          <w:lang w:val="mk-MK"/>
        </w:rPr>
      </w:pPr>
    </w:p>
    <w:p w14:paraId="0CF09D2A" w14:textId="322375D9" w:rsidR="00806B1C" w:rsidRPr="00806B1C" w:rsidRDefault="00161E6C" w:rsidP="00806B1C">
      <w:pPr>
        <w:pStyle w:val="prastasiniatinklio"/>
        <w:jc w:val="center"/>
        <w:rPr>
          <w:b/>
          <w:bCs/>
          <w:color w:val="1F497D" w:themeColor="text2"/>
          <w:sz w:val="44"/>
          <w:szCs w:val="44"/>
        </w:rPr>
      </w:pPr>
      <w:r>
        <w:rPr>
          <w:b/>
          <w:bCs/>
          <w:color w:val="1F497D" w:themeColor="text2"/>
          <w:sz w:val="44"/>
          <w:szCs w:val="44"/>
          <w:lang w:val="lt-LT"/>
        </w:rPr>
        <w:t>Fizinis ugdymas</w:t>
      </w:r>
      <w:r w:rsidR="00806B1C" w:rsidRPr="00806B1C">
        <w:rPr>
          <w:b/>
          <w:bCs/>
          <w:color w:val="1F497D" w:themeColor="text2"/>
          <w:sz w:val="44"/>
          <w:szCs w:val="44"/>
        </w:rPr>
        <w:t xml:space="preserve"> </w:t>
      </w:r>
      <w:proofErr w:type="spellStart"/>
      <w:r w:rsidR="00806B1C" w:rsidRPr="00806B1C">
        <w:rPr>
          <w:b/>
          <w:bCs/>
          <w:color w:val="1F497D" w:themeColor="text2"/>
          <w:sz w:val="44"/>
          <w:szCs w:val="44"/>
        </w:rPr>
        <w:t>partnerių</w:t>
      </w:r>
      <w:proofErr w:type="spellEnd"/>
      <w:r w:rsidR="00806B1C" w:rsidRPr="00806B1C">
        <w:rPr>
          <w:b/>
          <w:bCs/>
          <w:color w:val="1F497D" w:themeColor="text2"/>
          <w:sz w:val="44"/>
          <w:szCs w:val="44"/>
        </w:rPr>
        <w:t xml:space="preserve"> </w:t>
      </w:r>
      <w:proofErr w:type="spellStart"/>
      <w:r w:rsidR="00806B1C" w:rsidRPr="00806B1C">
        <w:rPr>
          <w:b/>
          <w:bCs/>
          <w:color w:val="1F497D" w:themeColor="text2"/>
          <w:sz w:val="44"/>
          <w:szCs w:val="44"/>
        </w:rPr>
        <w:t>šalyse</w:t>
      </w:r>
      <w:proofErr w:type="spellEnd"/>
      <w:r w:rsidR="00806B1C" w:rsidRPr="00806B1C">
        <w:rPr>
          <w:b/>
          <w:bCs/>
          <w:color w:val="1F497D" w:themeColor="text2"/>
          <w:sz w:val="44"/>
          <w:szCs w:val="44"/>
        </w:rPr>
        <w:t xml:space="preserve"> </w:t>
      </w:r>
      <w:proofErr w:type="spellStart"/>
      <w:r w:rsidR="00806B1C" w:rsidRPr="00806B1C">
        <w:rPr>
          <w:b/>
          <w:bCs/>
          <w:color w:val="1F497D" w:themeColor="text2"/>
          <w:sz w:val="44"/>
          <w:szCs w:val="44"/>
        </w:rPr>
        <w:t>ir</w:t>
      </w:r>
      <w:proofErr w:type="spellEnd"/>
      <w:r w:rsidR="00806B1C" w:rsidRPr="00806B1C">
        <w:rPr>
          <w:b/>
          <w:bCs/>
          <w:color w:val="1F497D" w:themeColor="text2"/>
          <w:sz w:val="44"/>
          <w:szCs w:val="44"/>
        </w:rPr>
        <w:t xml:space="preserve"> </w:t>
      </w:r>
      <w:proofErr w:type="spellStart"/>
      <w:r w:rsidR="00806B1C" w:rsidRPr="00806B1C">
        <w:rPr>
          <w:b/>
          <w:bCs/>
          <w:color w:val="1F497D" w:themeColor="text2"/>
          <w:sz w:val="44"/>
          <w:szCs w:val="44"/>
        </w:rPr>
        <w:t>projektas</w:t>
      </w:r>
      <w:proofErr w:type="spellEnd"/>
      <w:r w:rsidR="00806B1C" w:rsidRPr="00806B1C">
        <w:rPr>
          <w:b/>
          <w:bCs/>
          <w:color w:val="1F497D" w:themeColor="text2"/>
          <w:sz w:val="44"/>
          <w:szCs w:val="44"/>
        </w:rPr>
        <w:t xml:space="preserve"> „Let's Play Again“ („</w:t>
      </w:r>
      <w:proofErr w:type="spellStart"/>
      <w:r w:rsidR="00806B1C" w:rsidRPr="00806B1C">
        <w:rPr>
          <w:b/>
          <w:bCs/>
          <w:color w:val="1F497D" w:themeColor="text2"/>
          <w:sz w:val="44"/>
          <w:szCs w:val="44"/>
        </w:rPr>
        <w:t>Žaiskime</w:t>
      </w:r>
      <w:proofErr w:type="spellEnd"/>
      <w:r w:rsidR="00806B1C" w:rsidRPr="00806B1C">
        <w:rPr>
          <w:b/>
          <w:bCs/>
          <w:color w:val="1F497D" w:themeColor="text2"/>
          <w:sz w:val="44"/>
          <w:szCs w:val="44"/>
        </w:rPr>
        <w:t xml:space="preserve"> </w:t>
      </w:r>
      <w:proofErr w:type="spellStart"/>
      <w:r w:rsidR="00806B1C" w:rsidRPr="00806B1C">
        <w:rPr>
          <w:b/>
          <w:bCs/>
          <w:color w:val="1F497D" w:themeColor="text2"/>
          <w:sz w:val="44"/>
          <w:szCs w:val="44"/>
        </w:rPr>
        <w:t>dar</w:t>
      </w:r>
      <w:proofErr w:type="spellEnd"/>
      <w:r w:rsidR="00806B1C" w:rsidRPr="00806B1C">
        <w:rPr>
          <w:b/>
          <w:bCs/>
          <w:color w:val="1F497D" w:themeColor="text2"/>
          <w:sz w:val="44"/>
          <w:szCs w:val="44"/>
        </w:rPr>
        <w:t xml:space="preserve"> </w:t>
      </w:r>
      <w:proofErr w:type="spellStart"/>
      <w:r w:rsidR="00806B1C" w:rsidRPr="00806B1C">
        <w:rPr>
          <w:b/>
          <w:bCs/>
          <w:color w:val="1F497D" w:themeColor="text2"/>
          <w:sz w:val="44"/>
          <w:szCs w:val="44"/>
        </w:rPr>
        <w:t>kartą</w:t>
      </w:r>
      <w:proofErr w:type="spellEnd"/>
      <w:r w:rsidR="00806B1C" w:rsidRPr="00806B1C">
        <w:rPr>
          <w:b/>
          <w:bCs/>
          <w:color w:val="1F497D" w:themeColor="text2"/>
          <w:sz w:val="44"/>
          <w:szCs w:val="44"/>
        </w:rPr>
        <w:t>“)</w:t>
      </w:r>
    </w:p>
    <w:p w14:paraId="488D81DD" w14:textId="77777777" w:rsidR="00BA6968" w:rsidRPr="00806B1C" w:rsidRDefault="00BA6968" w:rsidP="00C05503">
      <w:pPr>
        <w:ind w:firstLine="720"/>
      </w:pPr>
    </w:p>
    <w:p w14:paraId="77BBE681" w14:textId="77777777" w:rsidR="00BA6968" w:rsidRDefault="00BA6968" w:rsidP="00C05503">
      <w:pPr>
        <w:ind w:firstLine="720"/>
        <w:rPr>
          <w:lang w:val="mk-MK"/>
        </w:rPr>
      </w:pPr>
    </w:p>
    <w:p w14:paraId="7E86E04A" w14:textId="77777777" w:rsidR="00BA6968" w:rsidRDefault="00BA6968" w:rsidP="00C05503">
      <w:pPr>
        <w:ind w:firstLine="720"/>
        <w:rPr>
          <w:lang w:val="mk-MK"/>
        </w:rPr>
      </w:pPr>
    </w:p>
    <w:p w14:paraId="78DEBF20" w14:textId="77777777" w:rsidR="00BA6968" w:rsidRDefault="00BA6968" w:rsidP="00BA6968">
      <w:pPr>
        <w:ind w:firstLine="720"/>
        <w:jc w:val="center"/>
        <w:rPr>
          <w:lang w:val="mk-MK"/>
        </w:rPr>
      </w:pPr>
      <w:r>
        <w:rPr>
          <w:noProof/>
        </w:rPr>
        <w:drawing>
          <wp:inline distT="0" distB="0" distL="0" distR="0" wp14:anchorId="369098D8" wp14:editId="64446BBC">
            <wp:extent cx="2197915" cy="2145612"/>
            <wp:effectExtent l="0" t="0" r="0" b="762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zagrajmy dobre (1).jpg"/>
                    <pic:cNvPicPr/>
                  </pic:nvPicPr>
                  <pic:blipFill>
                    <a:blip r:embed="rId9">
                      <a:extLst>
                        <a:ext uri="{28A0092B-C50C-407E-A947-70E740481C1C}">
                          <a14:useLocalDpi xmlns:a14="http://schemas.microsoft.com/office/drawing/2010/main" val="0"/>
                        </a:ext>
                      </a:extLst>
                    </a:blip>
                    <a:stretch>
                      <a:fillRect/>
                    </a:stretch>
                  </pic:blipFill>
                  <pic:spPr>
                    <a:xfrm>
                      <a:off x="0" y="0"/>
                      <a:ext cx="2204728" cy="2152263"/>
                    </a:xfrm>
                    <a:prstGeom prst="rect">
                      <a:avLst/>
                    </a:prstGeom>
                  </pic:spPr>
                </pic:pic>
              </a:graphicData>
            </a:graphic>
          </wp:inline>
        </w:drawing>
      </w:r>
    </w:p>
    <w:p w14:paraId="14573713" w14:textId="77777777" w:rsidR="00BA6968" w:rsidRDefault="00BA6968" w:rsidP="00C05503">
      <w:pPr>
        <w:ind w:firstLine="720"/>
        <w:rPr>
          <w:lang w:val="mk-MK"/>
        </w:rPr>
      </w:pPr>
    </w:p>
    <w:p w14:paraId="70E87E89" w14:textId="77777777" w:rsidR="00BA6968" w:rsidRDefault="00BA6968" w:rsidP="00C05503">
      <w:pPr>
        <w:ind w:firstLine="720"/>
        <w:rPr>
          <w:lang w:val="mk-MK"/>
        </w:rPr>
      </w:pPr>
    </w:p>
    <w:p w14:paraId="224B352C" w14:textId="77777777" w:rsidR="00BA6968" w:rsidRDefault="00BA6968" w:rsidP="00C05503">
      <w:pPr>
        <w:ind w:firstLine="720"/>
        <w:rPr>
          <w:lang w:val="mk-MK"/>
        </w:rPr>
      </w:pPr>
    </w:p>
    <w:p w14:paraId="3A43A5F0" w14:textId="77777777" w:rsidR="00BA6968" w:rsidRDefault="00BA6968" w:rsidP="00C05503">
      <w:pPr>
        <w:ind w:firstLine="720"/>
        <w:rPr>
          <w:lang w:val="mk-MK"/>
        </w:rPr>
      </w:pPr>
    </w:p>
    <w:p w14:paraId="5041B091" w14:textId="77777777" w:rsidR="00BA6968" w:rsidRDefault="00BA6968" w:rsidP="00C05503">
      <w:pPr>
        <w:ind w:firstLine="720"/>
        <w:rPr>
          <w:lang w:val="mk-MK"/>
        </w:rPr>
      </w:pPr>
    </w:p>
    <w:p w14:paraId="031F965A" w14:textId="77777777" w:rsidR="00BA6968" w:rsidRPr="00C05503" w:rsidRDefault="00BA6968" w:rsidP="00C05503">
      <w:pPr>
        <w:ind w:firstLine="720"/>
        <w:rPr>
          <w:lang w:val="mk-MK"/>
        </w:rPr>
      </w:pPr>
    </w:p>
    <w:p w14:paraId="20FE1EB0" w14:textId="77777777" w:rsidR="00806B1C" w:rsidRDefault="00806B1C" w:rsidP="00A4511F">
      <w:pPr>
        <w:jc w:val="center"/>
        <w:rPr>
          <w:b/>
          <w:lang w:val="mk-MK"/>
        </w:rPr>
      </w:pPr>
    </w:p>
    <w:p w14:paraId="2E91FDBA" w14:textId="77777777" w:rsidR="00806B1C" w:rsidRDefault="00806B1C" w:rsidP="00A4511F">
      <w:pPr>
        <w:jc w:val="center"/>
        <w:rPr>
          <w:b/>
          <w:lang w:val="mk-MK"/>
        </w:rPr>
      </w:pPr>
    </w:p>
    <w:p w14:paraId="28BC4566" w14:textId="7108F4BF" w:rsidR="00CD294E" w:rsidRPr="00CD294E" w:rsidRDefault="00CD294E" w:rsidP="00CD294E">
      <w:pPr>
        <w:pStyle w:val="prastasiniatinklio"/>
        <w:jc w:val="center"/>
        <w:rPr>
          <w:b/>
          <w:bCs/>
          <w:color w:val="000000" w:themeColor="text1"/>
          <w:lang w:val="mk-MK"/>
        </w:rPr>
      </w:pPr>
      <w:r>
        <w:rPr>
          <w:b/>
          <w:bCs/>
          <w:color w:val="000000" w:themeColor="text1"/>
          <w:lang w:val="lt-LT"/>
        </w:rPr>
        <w:lastRenderedPageBreak/>
        <w:t>Fizinis ugdymas</w:t>
      </w:r>
      <w:r w:rsidRPr="00CD294E">
        <w:rPr>
          <w:b/>
          <w:bCs/>
          <w:color w:val="000000" w:themeColor="text1"/>
          <w:lang w:val="mk-MK"/>
        </w:rPr>
        <w:t xml:space="preserve"> – programa Lenkijoje</w:t>
      </w:r>
    </w:p>
    <w:p w14:paraId="59BF2BCD" w14:textId="77777777" w:rsidR="00CD294E" w:rsidRPr="00CD294E" w:rsidRDefault="00CD294E" w:rsidP="00CD294E">
      <w:pPr>
        <w:pStyle w:val="prastasiniatinklio"/>
        <w:rPr>
          <w:lang w:val="mk-MK"/>
        </w:rPr>
      </w:pPr>
      <w:r w:rsidRPr="00CD294E">
        <w:rPr>
          <w:lang w:val="mk-MK"/>
        </w:rPr>
        <w:t>Bendrojo lavinimo vidurinėse mokyklose kūno kultūros mokymo programa orientuota į mokinių fizinės būklės ir sveikatos gerinimą, fizinio aktyvumo įpročių ir socialinių įgūdžių ugdymą.</w:t>
      </w:r>
    </w:p>
    <w:p w14:paraId="160037D5" w14:textId="77777777" w:rsidR="00CD294E" w:rsidRPr="00CD294E" w:rsidRDefault="00CD294E" w:rsidP="00CD294E">
      <w:pPr>
        <w:pStyle w:val="prastasiniatinklio"/>
        <w:rPr>
          <w:lang w:val="mk-MK"/>
        </w:rPr>
      </w:pPr>
      <w:r w:rsidRPr="00CD294E">
        <w:rPr>
          <w:lang w:val="mk-MK"/>
        </w:rPr>
        <w:t>Tipinės turinio sritys apima: bendros fizinės formos ugdymą, komandines sporto šakas ir grupės bendradarbiavimą, individualias veiklas (pvz., lengvąją atletiką, gimnastiką, fitnesą), sveikatos ugdymą (prevenciją, reabilitaciją, saugų treniravimąsi), taip pat poilsį ir visą gyvenimą trunkantį aktyvumą. (formos, kurias mokiniai gali tęsti už mokyklos ribų). Individualizavimas (skirtingi pažangos lygiai) ir proceso vertinimas taip pat yra svarbūs elementai – siekiant įsipareigojimo, pažangos, komandinio darbo, o ne tik „sporto rezultatų“.</w:t>
      </w:r>
    </w:p>
    <w:p w14:paraId="216AB07C" w14:textId="758588DC" w:rsidR="00CD294E" w:rsidRDefault="00CD294E" w:rsidP="00CD294E">
      <w:pPr>
        <w:pStyle w:val="prastasiniatinklio"/>
        <w:rPr>
          <w:lang w:val="mk-MK"/>
        </w:rPr>
      </w:pPr>
      <w:r w:rsidRPr="00CD294E">
        <w:rPr>
          <w:lang w:val="mk-MK"/>
        </w:rPr>
        <w:t>Tradicinių žaidimų ir veiklos įtraukimas į vidurinės mokyklos fizinio lavinimo programą gali būti pateisinamas kaip priemonė: klasės integracijai stiprinti, koordinacijai ir judrumui ugdyti, sąžiningam žaidimui mokytis, psichinei gerovei stiprinti ir kaip patraukli alternatyva mažiau „sportiškiems“ mokiniams. Jie geriausiai tinka: apšilimui, pagrindinei pamokos daliai (pvz., pramoginėms veikloms), teminėms dienoms („kūno kultūra su tradicijomis“), veiklai lauke ir kaip tarpdisciplininis modulis (regioninės/Europos kultūros elementas).</w:t>
      </w:r>
    </w:p>
    <w:p w14:paraId="6490E207" w14:textId="38D62524" w:rsidR="00CD294E" w:rsidRPr="00CD294E" w:rsidRDefault="00CD294E" w:rsidP="00CD294E">
      <w:pPr>
        <w:pStyle w:val="prastasiniatinklio"/>
        <w:jc w:val="center"/>
        <w:rPr>
          <w:b/>
          <w:bCs/>
          <w:lang w:val="mk-MK"/>
        </w:rPr>
      </w:pPr>
      <w:r>
        <w:rPr>
          <w:b/>
          <w:bCs/>
          <w:lang w:val="lt-LT"/>
        </w:rPr>
        <w:t>Fizinis ugdymas</w:t>
      </w:r>
      <w:r w:rsidRPr="00CD294E">
        <w:rPr>
          <w:b/>
          <w:bCs/>
          <w:lang w:val="mk-MK"/>
        </w:rPr>
        <w:t xml:space="preserve"> Šiaurės Makedonijoje</w:t>
      </w:r>
    </w:p>
    <w:p w14:paraId="253C1C42" w14:textId="77777777" w:rsidR="00CD294E" w:rsidRPr="00CD294E" w:rsidRDefault="00CD294E" w:rsidP="00CD294E">
      <w:pPr>
        <w:pStyle w:val="prastasiniatinklio"/>
        <w:rPr>
          <w:lang w:val="mk-MK"/>
        </w:rPr>
      </w:pPr>
      <w:r w:rsidRPr="00CD294E">
        <w:rPr>
          <w:lang w:val="mk-MK"/>
        </w:rPr>
        <w:t>Kūno kultūra Šiaurės Makedonijoje – oficialiai vadinama fizinio lavinimo ir sveikatos ugdymo programa – yra privalomas dalykas, skirtas visapusiškam ugdymui.</w:t>
      </w:r>
    </w:p>
    <w:p w14:paraId="0E14D12B" w14:textId="77777777" w:rsidR="00CD294E" w:rsidRDefault="00CD294E" w:rsidP="00CD294E">
      <w:pPr>
        <w:pStyle w:val="prastasiniatinklio"/>
      </w:pPr>
      <w:proofErr w:type="spellStart"/>
      <w:r>
        <w:t>Pradinėse</w:t>
      </w:r>
      <w:proofErr w:type="spellEnd"/>
      <w:r>
        <w:t xml:space="preserve"> </w:t>
      </w:r>
      <w:proofErr w:type="spellStart"/>
      <w:r>
        <w:t>mokyklose</w:t>
      </w:r>
      <w:proofErr w:type="spellEnd"/>
      <w:r>
        <w:t xml:space="preserve"> (1–9 </w:t>
      </w:r>
      <w:proofErr w:type="spellStart"/>
      <w:r>
        <w:t>klasės</w:t>
      </w:r>
      <w:proofErr w:type="spellEnd"/>
      <w:r>
        <w:t xml:space="preserve">) </w:t>
      </w:r>
      <w:proofErr w:type="spellStart"/>
      <w:r>
        <w:t>fizinis</w:t>
      </w:r>
      <w:proofErr w:type="spellEnd"/>
      <w:r>
        <w:t xml:space="preserve"> </w:t>
      </w:r>
      <w:proofErr w:type="spellStart"/>
      <w:r>
        <w:t>lavinimas</w:t>
      </w:r>
      <w:proofErr w:type="spellEnd"/>
      <w:r>
        <w:t xml:space="preserve"> </w:t>
      </w:r>
      <w:proofErr w:type="spellStart"/>
      <w:r>
        <w:t>vyksta</w:t>
      </w:r>
      <w:proofErr w:type="spellEnd"/>
      <w:r>
        <w:t xml:space="preserve"> tris </w:t>
      </w:r>
      <w:proofErr w:type="spellStart"/>
      <w:r>
        <w:t>kartus</w:t>
      </w:r>
      <w:proofErr w:type="spellEnd"/>
      <w:r>
        <w:t xml:space="preserve"> per </w:t>
      </w:r>
      <w:proofErr w:type="spellStart"/>
      <w:r>
        <w:t>savaitę</w:t>
      </w:r>
      <w:proofErr w:type="spellEnd"/>
      <w:r>
        <w:t xml:space="preserve"> (</w:t>
      </w:r>
      <w:proofErr w:type="spellStart"/>
      <w:r>
        <w:t>iš</w:t>
      </w:r>
      <w:proofErr w:type="spellEnd"/>
      <w:r>
        <w:t xml:space="preserve"> </w:t>
      </w:r>
      <w:proofErr w:type="spellStart"/>
      <w:r>
        <w:t>viso</w:t>
      </w:r>
      <w:proofErr w:type="spellEnd"/>
      <w:r>
        <w:t xml:space="preserve"> 108 </w:t>
      </w:r>
      <w:proofErr w:type="spellStart"/>
      <w:r>
        <w:t>valandos</w:t>
      </w:r>
      <w:proofErr w:type="spellEnd"/>
      <w:r>
        <w:t xml:space="preserve"> per </w:t>
      </w:r>
      <w:proofErr w:type="spellStart"/>
      <w:r>
        <w:t>metus</w:t>
      </w:r>
      <w:proofErr w:type="spellEnd"/>
      <w:r>
        <w:t xml:space="preserve">). </w:t>
      </w:r>
      <w:proofErr w:type="spellStart"/>
      <w:r>
        <w:t>Bendrieji</w:t>
      </w:r>
      <w:proofErr w:type="spellEnd"/>
      <w:r>
        <w:t xml:space="preserve"> </w:t>
      </w:r>
      <w:proofErr w:type="spellStart"/>
      <w:r>
        <w:t>mokymosi</w:t>
      </w:r>
      <w:proofErr w:type="spellEnd"/>
      <w:r>
        <w:t xml:space="preserve"> </w:t>
      </w:r>
      <w:proofErr w:type="spellStart"/>
      <w:r>
        <w:t>tikslai</w:t>
      </w:r>
      <w:proofErr w:type="spellEnd"/>
      <w:r>
        <w:t xml:space="preserve"> </w:t>
      </w:r>
      <w:proofErr w:type="spellStart"/>
      <w:r>
        <w:t>apima</w:t>
      </w:r>
      <w:proofErr w:type="spellEnd"/>
      <w:r>
        <w:t xml:space="preserve"> </w:t>
      </w:r>
      <w:proofErr w:type="spellStart"/>
      <w:r>
        <w:t>judėjimo</w:t>
      </w:r>
      <w:proofErr w:type="spellEnd"/>
      <w:r>
        <w:t xml:space="preserve"> </w:t>
      </w:r>
      <w:proofErr w:type="spellStart"/>
      <w:r>
        <w:t>įgūdžių</w:t>
      </w:r>
      <w:proofErr w:type="spellEnd"/>
      <w:r>
        <w:t xml:space="preserve"> </w:t>
      </w:r>
      <w:proofErr w:type="spellStart"/>
      <w:r>
        <w:t>ugdymą</w:t>
      </w:r>
      <w:proofErr w:type="spellEnd"/>
      <w:r>
        <w:t xml:space="preserve"> (</w:t>
      </w:r>
      <w:proofErr w:type="spellStart"/>
      <w:r>
        <w:t>judėjimo</w:t>
      </w:r>
      <w:proofErr w:type="spellEnd"/>
      <w:r>
        <w:t xml:space="preserve"> </w:t>
      </w:r>
      <w:proofErr w:type="spellStart"/>
      <w:r>
        <w:t>sistemos</w:t>
      </w:r>
      <w:proofErr w:type="spellEnd"/>
      <w:r>
        <w:t xml:space="preserve"> </w:t>
      </w:r>
      <w:proofErr w:type="spellStart"/>
      <w:r>
        <w:t>aktyvinimas</w:t>
      </w:r>
      <w:proofErr w:type="spellEnd"/>
      <w:r>
        <w:t xml:space="preserve">, </w:t>
      </w:r>
      <w:proofErr w:type="spellStart"/>
      <w:r>
        <w:t>siekiant</w:t>
      </w:r>
      <w:proofErr w:type="spellEnd"/>
      <w:r>
        <w:t xml:space="preserve"> </w:t>
      </w:r>
      <w:proofErr w:type="spellStart"/>
      <w:r>
        <w:t>užtikrinti</w:t>
      </w:r>
      <w:proofErr w:type="spellEnd"/>
      <w:r>
        <w:t xml:space="preserve"> </w:t>
      </w:r>
      <w:proofErr w:type="spellStart"/>
      <w:r>
        <w:t>simetrišką</w:t>
      </w:r>
      <w:proofErr w:type="spellEnd"/>
      <w:r>
        <w:t xml:space="preserve"> </w:t>
      </w:r>
      <w:proofErr w:type="spellStart"/>
      <w:r>
        <w:t>ir</w:t>
      </w:r>
      <w:proofErr w:type="spellEnd"/>
      <w:r>
        <w:t xml:space="preserve"> </w:t>
      </w:r>
      <w:proofErr w:type="spellStart"/>
      <w:r>
        <w:t>tiesų</w:t>
      </w:r>
      <w:proofErr w:type="spellEnd"/>
      <w:r>
        <w:t xml:space="preserve"> </w:t>
      </w:r>
      <w:proofErr w:type="spellStart"/>
      <w:r>
        <w:t>augimą</w:t>
      </w:r>
      <w:proofErr w:type="spellEnd"/>
      <w:r>
        <w:t xml:space="preserve">), </w:t>
      </w:r>
      <w:proofErr w:type="spellStart"/>
      <w:r>
        <w:t>įpročių</w:t>
      </w:r>
      <w:proofErr w:type="spellEnd"/>
      <w:r>
        <w:t xml:space="preserve"> </w:t>
      </w:r>
      <w:proofErr w:type="spellStart"/>
      <w:r>
        <w:t>formavimą</w:t>
      </w:r>
      <w:proofErr w:type="spellEnd"/>
      <w:r>
        <w:t xml:space="preserve"> (</w:t>
      </w:r>
      <w:proofErr w:type="spellStart"/>
      <w:r>
        <w:t>gyvenimo</w:t>
      </w:r>
      <w:proofErr w:type="spellEnd"/>
      <w:r>
        <w:t xml:space="preserve"> </w:t>
      </w:r>
      <w:proofErr w:type="spellStart"/>
      <w:r>
        <w:t>trukmės</w:t>
      </w:r>
      <w:proofErr w:type="spellEnd"/>
      <w:r>
        <w:t xml:space="preserve"> </w:t>
      </w:r>
      <w:proofErr w:type="spellStart"/>
      <w:r>
        <w:t>meilės</w:t>
      </w:r>
      <w:proofErr w:type="spellEnd"/>
      <w:r>
        <w:t xml:space="preserve"> </w:t>
      </w:r>
      <w:proofErr w:type="spellStart"/>
      <w:r>
        <w:t>fiziniams</w:t>
      </w:r>
      <w:proofErr w:type="spellEnd"/>
      <w:r>
        <w:t xml:space="preserve"> </w:t>
      </w:r>
      <w:proofErr w:type="spellStart"/>
      <w:r>
        <w:t>pratimams</w:t>
      </w:r>
      <w:proofErr w:type="spellEnd"/>
      <w:r>
        <w:t xml:space="preserve"> </w:t>
      </w:r>
      <w:proofErr w:type="spellStart"/>
      <w:r>
        <w:t>ir</w:t>
      </w:r>
      <w:proofErr w:type="spellEnd"/>
      <w:r>
        <w:t xml:space="preserve"> </w:t>
      </w:r>
      <w:proofErr w:type="spellStart"/>
      <w:r>
        <w:t>higienai</w:t>
      </w:r>
      <w:proofErr w:type="spellEnd"/>
      <w:r>
        <w:t xml:space="preserve"> </w:t>
      </w:r>
      <w:proofErr w:type="spellStart"/>
      <w:r>
        <w:t>ugdymas</w:t>
      </w:r>
      <w:proofErr w:type="spellEnd"/>
      <w:r>
        <w:t xml:space="preserve">, </w:t>
      </w:r>
      <w:proofErr w:type="spellStart"/>
      <w:r>
        <w:t>siekiant</w:t>
      </w:r>
      <w:proofErr w:type="spellEnd"/>
      <w:r>
        <w:t xml:space="preserve"> </w:t>
      </w:r>
      <w:proofErr w:type="spellStart"/>
      <w:r>
        <w:t>kovoti</w:t>
      </w:r>
      <w:proofErr w:type="spellEnd"/>
      <w:r>
        <w:t xml:space="preserve"> </w:t>
      </w:r>
      <w:proofErr w:type="spellStart"/>
      <w:r>
        <w:t>su</w:t>
      </w:r>
      <w:proofErr w:type="spellEnd"/>
      <w:r>
        <w:t xml:space="preserve"> </w:t>
      </w:r>
      <w:proofErr w:type="spellStart"/>
      <w:r>
        <w:t>didėjančiu</w:t>
      </w:r>
      <w:proofErr w:type="spellEnd"/>
      <w:r>
        <w:t xml:space="preserve"> </w:t>
      </w:r>
      <w:proofErr w:type="spellStart"/>
      <w:r>
        <w:t>vaikų</w:t>
      </w:r>
      <w:proofErr w:type="spellEnd"/>
      <w:r>
        <w:t xml:space="preserve"> </w:t>
      </w:r>
      <w:proofErr w:type="spellStart"/>
      <w:r>
        <w:t>nutukimu</w:t>
      </w:r>
      <w:proofErr w:type="spellEnd"/>
      <w:r>
        <w:t xml:space="preserve">), </w:t>
      </w:r>
      <w:proofErr w:type="spellStart"/>
      <w:r>
        <w:t>socialinių</w:t>
      </w:r>
      <w:proofErr w:type="spellEnd"/>
      <w:r>
        <w:t xml:space="preserve"> </w:t>
      </w:r>
      <w:proofErr w:type="spellStart"/>
      <w:r>
        <w:t>ir</w:t>
      </w:r>
      <w:proofErr w:type="spellEnd"/>
      <w:r>
        <w:t xml:space="preserve"> </w:t>
      </w:r>
      <w:proofErr w:type="spellStart"/>
      <w:r>
        <w:t>emocinių</w:t>
      </w:r>
      <w:proofErr w:type="spellEnd"/>
      <w:r>
        <w:t xml:space="preserve"> </w:t>
      </w:r>
      <w:proofErr w:type="spellStart"/>
      <w:r>
        <w:t>įgūdžių</w:t>
      </w:r>
      <w:proofErr w:type="spellEnd"/>
      <w:r>
        <w:t xml:space="preserve"> </w:t>
      </w:r>
      <w:proofErr w:type="spellStart"/>
      <w:r>
        <w:t>ugdymą</w:t>
      </w:r>
      <w:proofErr w:type="spellEnd"/>
      <w:r>
        <w:t xml:space="preserve"> (</w:t>
      </w:r>
      <w:proofErr w:type="spellStart"/>
      <w:r>
        <w:t>naudojant</w:t>
      </w:r>
      <w:proofErr w:type="spellEnd"/>
      <w:r>
        <w:t xml:space="preserve"> </w:t>
      </w:r>
      <w:proofErr w:type="spellStart"/>
      <w:r>
        <w:t>grupinės</w:t>
      </w:r>
      <w:proofErr w:type="spellEnd"/>
      <w:r>
        <w:t xml:space="preserve"> </w:t>
      </w:r>
      <w:proofErr w:type="spellStart"/>
      <w:r>
        <w:t>žaidimus</w:t>
      </w:r>
      <w:proofErr w:type="spellEnd"/>
      <w:r>
        <w:t xml:space="preserve"> </w:t>
      </w:r>
      <w:proofErr w:type="spellStart"/>
      <w:r>
        <w:t>konfliktų</w:t>
      </w:r>
      <w:proofErr w:type="spellEnd"/>
      <w:r>
        <w:t xml:space="preserve"> </w:t>
      </w:r>
      <w:proofErr w:type="spellStart"/>
      <w:r>
        <w:t>sprendimo</w:t>
      </w:r>
      <w:proofErr w:type="spellEnd"/>
      <w:r>
        <w:t xml:space="preserve">, </w:t>
      </w:r>
      <w:proofErr w:type="spellStart"/>
      <w:r>
        <w:t>bendradarbiavimo</w:t>
      </w:r>
      <w:proofErr w:type="spellEnd"/>
      <w:r>
        <w:t xml:space="preserve"> </w:t>
      </w:r>
      <w:proofErr w:type="spellStart"/>
      <w:r>
        <w:t>ir</w:t>
      </w:r>
      <w:proofErr w:type="spellEnd"/>
      <w:r>
        <w:t xml:space="preserve"> </w:t>
      </w:r>
      <w:proofErr w:type="spellStart"/>
      <w:r>
        <w:t>drausmės</w:t>
      </w:r>
      <w:proofErr w:type="spellEnd"/>
      <w:r>
        <w:t xml:space="preserve"> </w:t>
      </w:r>
      <w:proofErr w:type="spellStart"/>
      <w:r>
        <w:t>mokymui</w:t>
      </w:r>
      <w:proofErr w:type="spellEnd"/>
      <w:r>
        <w:t xml:space="preserve">) </w:t>
      </w:r>
      <w:proofErr w:type="spellStart"/>
      <w:r>
        <w:t>bei</w:t>
      </w:r>
      <w:proofErr w:type="spellEnd"/>
      <w:r>
        <w:t xml:space="preserve"> </w:t>
      </w:r>
      <w:proofErr w:type="spellStart"/>
      <w:r>
        <w:t>motorinių</w:t>
      </w:r>
      <w:proofErr w:type="spellEnd"/>
      <w:r>
        <w:t xml:space="preserve"> </w:t>
      </w:r>
      <w:proofErr w:type="spellStart"/>
      <w:r>
        <w:t>įgūdžių</w:t>
      </w:r>
      <w:proofErr w:type="spellEnd"/>
      <w:r>
        <w:t xml:space="preserve"> </w:t>
      </w:r>
      <w:proofErr w:type="spellStart"/>
      <w:r>
        <w:t>ugdymą</w:t>
      </w:r>
      <w:proofErr w:type="spellEnd"/>
      <w:r>
        <w:t xml:space="preserve"> (</w:t>
      </w:r>
      <w:proofErr w:type="spellStart"/>
      <w:r>
        <w:t>koordinavimo</w:t>
      </w:r>
      <w:proofErr w:type="spellEnd"/>
      <w:r>
        <w:t xml:space="preserve">, </w:t>
      </w:r>
      <w:proofErr w:type="spellStart"/>
      <w:r>
        <w:t>lankstumo</w:t>
      </w:r>
      <w:proofErr w:type="spellEnd"/>
      <w:r>
        <w:t xml:space="preserve">, </w:t>
      </w:r>
      <w:proofErr w:type="spellStart"/>
      <w:r>
        <w:t>jėgos</w:t>
      </w:r>
      <w:proofErr w:type="spellEnd"/>
      <w:r>
        <w:t xml:space="preserve"> </w:t>
      </w:r>
      <w:proofErr w:type="spellStart"/>
      <w:r>
        <w:t>ir</w:t>
      </w:r>
      <w:proofErr w:type="spellEnd"/>
      <w:r>
        <w:t xml:space="preserve"> </w:t>
      </w:r>
      <w:proofErr w:type="spellStart"/>
      <w:r>
        <w:t>pusiausvyros</w:t>
      </w:r>
      <w:proofErr w:type="spellEnd"/>
      <w:r>
        <w:t xml:space="preserve"> </w:t>
      </w:r>
      <w:proofErr w:type="spellStart"/>
      <w:r>
        <w:t>lavinimą</w:t>
      </w:r>
      <w:proofErr w:type="spellEnd"/>
      <w:r>
        <w:t>).</w:t>
      </w:r>
    </w:p>
    <w:p w14:paraId="4FA91325" w14:textId="77777777" w:rsidR="00CD294E" w:rsidRDefault="00CD294E" w:rsidP="00CD294E">
      <w:pPr>
        <w:pStyle w:val="prastasiniatinklio"/>
      </w:pPr>
      <w:r>
        <w:t xml:space="preserve">Kai </w:t>
      </w:r>
      <w:proofErr w:type="spellStart"/>
      <w:r>
        <w:t>kurie</w:t>
      </w:r>
      <w:proofErr w:type="spellEnd"/>
      <w:r>
        <w:t xml:space="preserve"> </w:t>
      </w:r>
      <w:proofErr w:type="spellStart"/>
      <w:r>
        <w:t>tradiciniai</w:t>
      </w:r>
      <w:proofErr w:type="spellEnd"/>
      <w:r>
        <w:t xml:space="preserve"> </w:t>
      </w:r>
      <w:proofErr w:type="spellStart"/>
      <w:r>
        <w:t>žaidimai</w:t>
      </w:r>
      <w:proofErr w:type="spellEnd"/>
      <w:r>
        <w:t xml:space="preserve">, </w:t>
      </w:r>
      <w:proofErr w:type="spellStart"/>
      <w:r>
        <w:t>kuriuos</w:t>
      </w:r>
      <w:proofErr w:type="spellEnd"/>
      <w:r>
        <w:t xml:space="preserve"> </w:t>
      </w:r>
      <w:proofErr w:type="spellStart"/>
      <w:r>
        <w:t>žaidėme</w:t>
      </w:r>
      <w:proofErr w:type="spellEnd"/>
      <w:r>
        <w:t xml:space="preserve"> </w:t>
      </w:r>
      <w:proofErr w:type="spellStart"/>
      <w:r>
        <w:t>pagal</w:t>
      </w:r>
      <w:proofErr w:type="spellEnd"/>
      <w:r>
        <w:t xml:space="preserve"> Erasmus+ </w:t>
      </w:r>
      <w:proofErr w:type="spellStart"/>
      <w:r>
        <w:t>projektą</w:t>
      </w:r>
      <w:proofErr w:type="spellEnd"/>
      <w:r>
        <w:t xml:space="preserve"> „Let's Play </w:t>
      </w:r>
      <w:proofErr w:type="gramStart"/>
      <w:r>
        <w:t>Again“ (</w:t>
      </w:r>
      <w:proofErr w:type="spellStart"/>
      <w:proofErr w:type="gramEnd"/>
      <w:r>
        <w:t>Žaiskime</w:t>
      </w:r>
      <w:proofErr w:type="spellEnd"/>
      <w:r>
        <w:t xml:space="preserve"> </w:t>
      </w:r>
      <w:proofErr w:type="spellStart"/>
      <w:r>
        <w:t>vėl</w:t>
      </w:r>
      <w:proofErr w:type="spellEnd"/>
      <w:r>
        <w:t xml:space="preserve">), </w:t>
      </w:r>
      <w:proofErr w:type="spellStart"/>
      <w:r>
        <w:t>jau</w:t>
      </w:r>
      <w:proofErr w:type="spellEnd"/>
      <w:r>
        <w:t xml:space="preserve"> </w:t>
      </w:r>
      <w:proofErr w:type="spellStart"/>
      <w:r>
        <w:t>yra</w:t>
      </w:r>
      <w:proofErr w:type="spellEnd"/>
      <w:r>
        <w:t xml:space="preserve"> </w:t>
      </w:r>
      <w:proofErr w:type="spellStart"/>
      <w:r>
        <w:t>įtraukti</w:t>
      </w:r>
      <w:proofErr w:type="spellEnd"/>
      <w:r>
        <w:t xml:space="preserve"> į 1 </w:t>
      </w:r>
      <w:proofErr w:type="spellStart"/>
      <w:r>
        <w:t>ir</w:t>
      </w:r>
      <w:proofErr w:type="spellEnd"/>
      <w:r>
        <w:t xml:space="preserve"> 2 </w:t>
      </w:r>
      <w:proofErr w:type="spellStart"/>
      <w:r>
        <w:t>klasių</w:t>
      </w:r>
      <w:proofErr w:type="spellEnd"/>
      <w:r>
        <w:t xml:space="preserve"> </w:t>
      </w:r>
      <w:proofErr w:type="spellStart"/>
      <w:r>
        <w:t>fizinio</w:t>
      </w:r>
      <w:proofErr w:type="spellEnd"/>
      <w:r>
        <w:t xml:space="preserve"> </w:t>
      </w:r>
      <w:proofErr w:type="spellStart"/>
      <w:r>
        <w:t>lavinimo</w:t>
      </w:r>
      <w:proofErr w:type="spellEnd"/>
      <w:r>
        <w:t xml:space="preserve"> </w:t>
      </w:r>
      <w:proofErr w:type="spellStart"/>
      <w:r>
        <w:t>programą</w:t>
      </w:r>
      <w:proofErr w:type="spellEnd"/>
      <w:r>
        <w:t xml:space="preserve">, bet ne </w:t>
      </w:r>
      <w:proofErr w:type="spellStart"/>
      <w:r>
        <w:t>visi</w:t>
      </w:r>
      <w:proofErr w:type="spellEnd"/>
      <w:r>
        <w:t xml:space="preserve">. </w:t>
      </w:r>
      <w:proofErr w:type="spellStart"/>
      <w:r>
        <w:t>Todėl</w:t>
      </w:r>
      <w:proofErr w:type="spellEnd"/>
      <w:r>
        <w:t xml:space="preserve"> </w:t>
      </w:r>
      <w:proofErr w:type="spellStart"/>
      <w:r>
        <w:t>siūlome</w:t>
      </w:r>
      <w:proofErr w:type="spellEnd"/>
      <w:r>
        <w:t xml:space="preserve"> </w:t>
      </w:r>
      <w:proofErr w:type="spellStart"/>
      <w:r>
        <w:t>išplėsti</w:t>
      </w:r>
      <w:proofErr w:type="spellEnd"/>
      <w:r>
        <w:t xml:space="preserve"> </w:t>
      </w:r>
      <w:proofErr w:type="spellStart"/>
      <w:r>
        <w:t>programą</w:t>
      </w:r>
      <w:proofErr w:type="spellEnd"/>
      <w:r>
        <w:t xml:space="preserve"> </w:t>
      </w:r>
      <w:proofErr w:type="spellStart"/>
      <w:r>
        <w:t>įtraukiant</w:t>
      </w:r>
      <w:proofErr w:type="spellEnd"/>
      <w:r>
        <w:t xml:space="preserve"> </w:t>
      </w:r>
      <w:proofErr w:type="spellStart"/>
      <w:r>
        <w:t>daugiau</w:t>
      </w:r>
      <w:proofErr w:type="spellEnd"/>
      <w:r>
        <w:t xml:space="preserve"> </w:t>
      </w:r>
      <w:proofErr w:type="spellStart"/>
      <w:r>
        <w:t>tradicinių</w:t>
      </w:r>
      <w:proofErr w:type="spellEnd"/>
      <w:r>
        <w:t xml:space="preserve"> </w:t>
      </w:r>
      <w:proofErr w:type="spellStart"/>
      <w:r>
        <w:t>žaidimų</w:t>
      </w:r>
      <w:proofErr w:type="spellEnd"/>
      <w:r>
        <w:t>.</w:t>
      </w:r>
    </w:p>
    <w:p w14:paraId="245058F2" w14:textId="77777777" w:rsidR="00CD294E" w:rsidRDefault="00CD294E" w:rsidP="00CD294E">
      <w:pPr>
        <w:pStyle w:val="prastasiniatinklio"/>
      </w:pPr>
      <w:proofErr w:type="spellStart"/>
      <w:r>
        <w:t>Kitas</w:t>
      </w:r>
      <w:proofErr w:type="spellEnd"/>
      <w:r>
        <w:t xml:space="preserve"> </w:t>
      </w:r>
      <w:proofErr w:type="spellStart"/>
      <w:r>
        <w:t>pasiūlymas</w:t>
      </w:r>
      <w:proofErr w:type="spellEnd"/>
      <w:r>
        <w:t xml:space="preserve"> – </w:t>
      </w:r>
      <w:proofErr w:type="spellStart"/>
      <w:r>
        <w:t>tradicinius</w:t>
      </w:r>
      <w:proofErr w:type="spellEnd"/>
      <w:r>
        <w:t xml:space="preserve"> </w:t>
      </w:r>
      <w:proofErr w:type="spellStart"/>
      <w:r>
        <w:t>žaidimus</w:t>
      </w:r>
      <w:proofErr w:type="spellEnd"/>
      <w:r>
        <w:t xml:space="preserve"> </w:t>
      </w:r>
      <w:proofErr w:type="spellStart"/>
      <w:r>
        <w:t>įtraukti</w:t>
      </w:r>
      <w:proofErr w:type="spellEnd"/>
      <w:r>
        <w:t xml:space="preserve"> </w:t>
      </w:r>
      <w:proofErr w:type="spellStart"/>
      <w:r>
        <w:t>ir</w:t>
      </w:r>
      <w:proofErr w:type="spellEnd"/>
      <w:r>
        <w:t xml:space="preserve"> į </w:t>
      </w:r>
      <w:proofErr w:type="spellStart"/>
      <w:r>
        <w:t>vyresnių</w:t>
      </w:r>
      <w:proofErr w:type="spellEnd"/>
      <w:r>
        <w:t xml:space="preserve"> </w:t>
      </w:r>
      <w:proofErr w:type="spellStart"/>
      <w:r>
        <w:t>klasių</w:t>
      </w:r>
      <w:proofErr w:type="spellEnd"/>
      <w:r>
        <w:t xml:space="preserve"> </w:t>
      </w:r>
      <w:proofErr w:type="spellStart"/>
      <w:r>
        <w:t>programas</w:t>
      </w:r>
      <w:proofErr w:type="spellEnd"/>
      <w:r>
        <w:t xml:space="preserve">, </w:t>
      </w:r>
      <w:proofErr w:type="spellStart"/>
      <w:r>
        <w:t>nes</w:t>
      </w:r>
      <w:proofErr w:type="spellEnd"/>
      <w:r>
        <w:t xml:space="preserve"> </w:t>
      </w:r>
      <w:proofErr w:type="spellStart"/>
      <w:r>
        <w:t>projekto</w:t>
      </w:r>
      <w:proofErr w:type="spellEnd"/>
      <w:r>
        <w:t xml:space="preserve"> </w:t>
      </w:r>
      <w:proofErr w:type="spellStart"/>
      <w:r>
        <w:t>metu</w:t>
      </w:r>
      <w:proofErr w:type="spellEnd"/>
      <w:r>
        <w:t xml:space="preserve"> </w:t>
      </w:r>
      <w:proofErr w:type="spellStart"/>
      <w:r>
        <w:t>supratome</w:t>
      </w:r>
      <w:proofErr w:type="spellEnd"/>
      <w:r>
        <w:t xml:space="preserve">, </w:t>
      </w:r>
      <w:proofErr w:type="spellStart"/>
      <w:r>
        <w:t>kad</w:t>
      </w:r>
      <w:proofErr w:type="spellEnd"/>
      <w:r>
        <w:t xml:space="preserve"> </w:t>
      </w:r>
      <w:proofErr w:type="spellStart"/>
      <w:r>
        <w:t>vyresni</w:t>
      </w:r>
      <w:proofErr w:type="spellEnd"/>
      <w:r>
        <w:t xml:space="preserve"> </w:t>
      </w:r>
      <w:proofErr w:type="spellStart"/>
      <w:r>
        <w:t>mokiniai</w:t>
      </w:r>
      <w:proofErr w:type="spellEnd"/>
      <w:r>
        <w:t xml:space="preserve"> </w:t>
      </w:r>
      <w:proofErr w:type="spellStart"/>
      <w:r>
        <w:t>tradicinius</w:t>
      </w:r>
      <w:proofErr w:type="spellEnd"/>
      <w:r>
        <w:t xml:space="preserve"> </w:t>
      </w:r>
      <w:proofErr w:type="spellStart"/>
      <w:r>
        <w:t>žaidimus</w:t>
      </w:r>
      <w:proofErr w:type="spellEnd"/>
      <w:r>
        <w:t xml:space="preserve"> </w:t>
      </w:r>
      <w:proofErr w:type="spellStart"/>
      <w:r>
        <w:t>mėgsta</w:t>
      </w:r>
      <w:proofErr w:type="spellEnd"/>
      <w:r>
        <w:t xml:space="preserve"> </w:t>
      </w:r>
      <w:proofErr w:type="spellStart"/>
      <w:r>
        <w:t>lygiai</w:t>
      </w:r>
      <w:proofErr w:type="spellEnd"/>
      <w:r>
        <w:t xml:space="preserve"> </w:t>
      </w:r>
      <w:proofErr w:type="spellStart"/>
      <w:r>
        <w:t>taip</w:t>
      </w:r>
      <w:proofErr w:type="spellEnd"/>
      <w:r>
        <w:t xml:space="preserve"> pat, </w:t>
      </w:r>
      <w:proofErr w:type="spellStart"/>
      <w:r>
        <w:t>kaip</w:t>
      </w:r>
      <w:proofErr w:type="spellEnd"/>
      <w:r>
        <w:t xml:space="preserve"> </w:t>
      </w:r>
      <w:proofErr w:type="spellStart"/>
      <w:r>
        <w:t>ir</w:t>
      </w:r>
      <w:proofErr w:type="spellEnd"/>
      <w:r>
        <w:t xml:space="preserve"> </w:t>
      </w:r>
      <w:proofErr w:type="spellStart"/>
      <w:r>
        <w:t>jaunesni</w:t>
      </w:r>
      <w:proofErr w:type="spellEnd"/>
      <w:r>
        <w:t xml:space="preserve">. </w:t>
      </w:r>
      <w:proofErr w:type="spellStart"/>
      <w:r>
        <w:t>Tradiciniai</w:t>
      </w:r>
      <w:proofErr w:type="spellEnd"/>
      <w:r>
        <w:t xml:space="preserve"> </w:t>
      </w:r>
      <w:proofErr w:type="spellStart"/>
      <w:r>
        <w:t>žaidimai</w:t>
      </w:r>
      <w:proofErr w:type="spellEnd"/>
      <w:r>
        <w:t xml:space="preserve"> </w:t>
      </w:r>
      <w:proofErr w:type="spellStart"/>
      <w:r>
        <w:t>galėtų</w:t>
      </w:r>
      <w:proofErr w:type="spellEnd"/>
      <w:r>
        <w:t xml:space="preserve"> </w:t>
      </w:r>
      <w:proofErr w:type="spellStart"/>
      <w:r>
        <w:t>būti</w:t>
      </w:r>
      <w:proofErr w:type="spellEnd"/>
      <w:r>
        <w:t xml:space="preserve"> </w:t>
      </w:r>
      <w:proofErr w:type="spellStart"/>
      <w:r>
        <w:t>teminio</w:t>
      </w:r>
      <w:proofErr w:type="spellEnd"/>
      <w:r>
        <w:t xml:space="preserve"> </w:t>
      </w:r>
      <w:proofErr w:type="spellStart"/>
      <w:r>
        <w:t>modulio</w:t>
      </w:r>
      <w:proofErr w:type="spellEnd"/>
      <w:r>
        <w:t xml:space="preserve">, </w:t>
      </w:r>
      <w:proofErr w:type="spellStart"/>
      <w:r>
        <w:t>kurio</w:t>
      </w:r>
      <w:proofErr w:type="spellEnd"/>
      <w:r>
        <w:t xml:space="preserve"> </w:t>
      </w:r>
      <w:proofErr w:type="spellStart"/>
      <w:r>
        <w:t>metu</w:t>
      </w:r>
      <w:proofErr w:type="spellEnd"/>
      <w:r>
        <w:t xml:space="preserve"> </w:t>
      </w:r>
      <w:proofErr w:type="spellStart"/>
      <w:r>
        <w:t>mokiniai</w:t>
      </w:r>
      <w:proofErr w:type="spellEnd"/>
      <w:r>
        <w:t xml:space="preserve"> </w:t>
      </w:r>
      <w:proofErr w:type="spellStart"/>
      <w:r>
        <w:t>sužino</w:t>
      </w:r>
      <w:proofErr w:type="spellEnd"/>
      <w:r>
        <w:t xml:space="preserve"> </w:t>
      </w:r>
      <w:proofErr w:type="spellStart"/>
      <w:r>
        <w:t>apie</w:t>
      </w:r>
      <w:proofErr w:type="spellEnd"/>
      <w:r>
        <w:t xml:space="preserve"> </w:t>
      </w:r>
      <w:proofErr w:type="spellStart"/>
      <w:r>
        <w:t>įvairias</w:t>
      </w:r>
      <w:proofErr w:type="spellEnd"/>
      <w:r>
        <w:t xml:space="preserve"> </w:t>
      </w:r>
      <w:proofErr w:type="spellStart"/>
      <w:r>
        <w:t>sporto</w:t>
      </w:r>
      <w:proofErr w:type="spellEnd"/>
      <w:r>
        <w:t xml:space="preserve"> </w:t>
      </w:r>
      <w:proofErr w:type="spellStart"/>
      <w:r>
        <w:t>šakas</w:t>
      </w:r>
      <w:proofErr w:type="spellEnd"/>
      <w:r>
        <w:t xml:space="preserve"> (</w:t>
      </w:r>
      <w:proofErr w:type="spellStart"/>
      <w:r>
        <w:t>futbolą</w:t>
      </w:r>
      <w:proofErr w:type="spellEnd"/>
      <w:r>
        <w:t xml:space="preserve">, </w:t>
      </w:r>
      <w:proofErr w:type="spellStart"/>
      <w:r>
        <w:t>krepšinį</w:t>
      </w:r>
      <w:proofErr w:type="spellEnd"/>
      <w:r>
        <w:t xml:space="preserve">, </w:t>
      </w:r>
      <w:proofErr w:type="spellStart"/>
      <w:r>
        <w:t>rankinį</w:t>
      </w:r>
      <w:proofErr w:type="spellEnd"/>
      <w:r>
        <w:t xml:space="preserve"> </w:t>
      </w:r>
      <w:proofErr w:type="spellStart"/>
      <w:r>
        <w:t>ir</w:t>
      </w:r>
      <w:proofErr w:type="spellEnd"/>
      <w:r>
        <w:t xml:space="preserve"> </w:t>
      </w:r>
      <w:proofErr w:type="spellStart"/>
      <w:r>
        <w:t>tinklinį</w:t>
      </w:r>
      <w:proofErr w:type="spellEnd"/>
      <w:r>
        <w:t xml:space="preserve">), </w:t>
      </w:r>
      <w:proofErr w:type="spellStart"/>
      <w:r>
        <w:t>dalis</w:t>
      </w:r>
      <w:proofErr w:type="spellEnd"/>
      <w:r>
        <w:t xml:space="preserve">. </w:t>
      </w:r>
      <w:proofErr w:type="spellStart"/>
      <w:r>
        <w:t>Tradiciniai</w:t>
      </w:r>
      <w:proofErr w:type="spellEnd"/>
      <w:r>
        <w:t xml:space="preserve"> </w:t>
      </w:r>
      <w:proofErr w:type="spellStart"/>
      <w:r>
        <w:t>žaidimai</w:t>
      </w:r>
      <w:proofErr w:type="spellEnd"/>
      <w:r>
        <w:t xml:space="preserve">, </w:t>
      </w:r>
      <w:proofErr w:type="spellStart"/>
      <w:r>
        <w:t>kaip</w:t>
      </w:r>
      <w:proofErr w:type="spellEnd"/>
      <w:r>
        <w:t xml:space="preserve"> </w:t>
      </w:r>
      <w:proofErr w:type="spellStart"/>
      <w:r>
        <w:t>ir</w:t>
      </w:r>
      <w:proofErr w:type="spellEnd"/>
      <w:r>
        <w:t xml:space="preserve"> </w:t>
      </w:r>
      <w:proofErr w:type="spellStart"/>
      <w:r>
        <w:t>sportiniai</w:t>
      </w:r>
      <w:proofErr w:type="spellEnd"/>
      <w:r>
        <w:t xml:space="preserve"> </w:t>
      </w:r>
      <w:proofErr w:type="spellStart"/>
      <w:r>
        <w:t>žaidimai</w:t>
      </w:r>
      <w:proofErr w:type="spellEnd"/>
      <w:r>
        <w:t xml:space="preserve">, </w:t>
      </w:r>
      <w:proofErr w:type="spellStart"/>
      <w:r>
        <w:t>turi</w:t>
      </w:r>
      <w:proofErr w:type="spellEnd"/>
      <w:r>
        <w:t xml:space="preserve"> </w:t>
      </w:r>
      <w:proofErr w:type="spellStart"/>
      <w:r>
        <w:t>taisykles</w:t>
      </w:r>
      <w:proofErr w:type="spellEnd"/>
      <w:r>
        <w:t xml:space="preserve"> </w:t>
      </w:r>
      <w:proofErr w:type="spellStart"/>
      <w:r>
        <w:t>ir</w:t>
      </w:r>
      <w:proofErr w:type="spellEnd"/>
      <w:r>
        <w:t xml:space="preserve"> </w:t>
      </w:r>
      <w:proofErr w:type="spellStart"/>
      <w:r>
        <w:t>padeda</w:t>
      </w:r>
      <w:proofErr w:type="spellEnd"/>
      <w:r>
        <w:t xml:space="preserve"> </w:t>
      </w:r>
      <w:proofErr w:type="spellStart"/>
      <w:r>
        <w:t>ugdyti</w:t>
      </w:r>
      <w:proofErr w:type="spellEnd"/>
      <w:r>
        <w:t xml:space="preserve"> </w:t>
      </w:r>
      <w:proofErr w:type="spellStart"/>
      <w:r>
        <w:t>komandinio</w:t>
      </w:r>
      <w:proofErr w:type="spellEnd"/>
      <w:r>
        <w:t xml:space="preserve"> </w:t>
      </w:r>
      <w:proofErr w:type="spellStart"/>
      <w:r>
        <w:t>darbo</w:t>
      </w:r>
      <w:proofErr w:type="spellEnd"/>
      <w:r>
        <w:t xml:space="preserve">, </w:t>
      </w:r>
      <w:proofErr w:type="spellStart"/>
      <w:r>
        <w:t>bendradarbiavimo</w:t>
      </w:r>
      <w:proofErr w:type="spellEnd"/>
      <w:r>
        <w:t xml:space="preserve">, </w:t>
      </w:r>
      <w:proofErr w:type="spellStart"/>
      <w:r>
        <w:t>koordinavimo</w:t>
      </w:r>
      <w:proofErr w:type="spellEnd"/>
      <w:r>
        <w:t xml:space="preserve"> </w:t>
      </w:r>
      <w:proofErr w:type="spellStart"/>
      <w:r>
        <w:t>ir</w:t>
      </w:r>
      <w:proofErr w:type="spellEnd"/>
      <w:r>
        <w:t xml:space="preserve"> </w:t>
      </w:r>
      <w:proofErr w:type="spellStart"/>
      <w:r>
        <w:t>sąžiningo</w:t>
      </w:r>
      <w:proofErr w:type="spellEnd"/>
      <w:r>
        <w:t xml:space="preserve"> </w:t>
      </w:r>
      <w:proofErr w:type="spellStart"/>
      <w:r>
        <w:t>žaidimo</w:t>
      </w:r>
      <w:proofErr w:type="spellEnd"/>
      <w:r>
        <w:t xml:space="preserve"> </w:t>
      </w:r>
      <w:proofErr w:type="spellStart"/>
      <w:r>
        <w:t>įgūdžius</w:t>
      </w:r>
      <w:proofErr w:type="spellEnd"/>
      <w:r>
        <w:t xml:space="preserve">. </w:t>
      </w:r>
      <w:proofErr w:type="spellStart"/>
      <w:r>
        <w:t>Juos</w:t>
      </w:r>
      <w:proofErr w:type="spellEnd"/>
      <w:r>
        <w:t xml:space="preserve"> </w:t>
      </w:r>
      <w:proofErr w:type="spellStart"/>
      <w:r>
        <w:t>žaisti</w:t>
      </w:r>
      <w:proofErr w:type="spellEnd"/>
      <w:r>
        <w:t xml:space="preserve"> </w:t>
      </w:r>
      <w:proofErr w:type="spellStart"/>
      <w:r>
        <w:t>taip</w:t>
      </w:r>
      <w:proofErr w:type="spellEnd"/>
      <w:r>
        <w:t xml:space="preserve"> pat </w:t>
      </w:r>
      <w:proofErr w:type="spellStart"/>
      <w:r>
        <w:t>smagu</w:t>
      </w:r>
      <w:proofErr w:type="spellEnd"/>
      <w:r>
        <w:t xml:space="preserve">, be to, </w:t>
      </w:r>
      <w:proofErr w:type="spellStart"/>
      <w:r>
        <w:t>jie</w:t>
      </w:r>
      <w:proofErr w:type="spellEnd"/>
      <w:r>
        <w:t xml:space="preserve"> </w:t>
      </w:r>
      <w:proofErr w:type="spellStart"/>
      <w:r>
        <w:t>yra</w:t>
      </w:r>
      <w:proofErr w:type="spellEnd"/>
      <w:r>
        <w:t xml:space="preserve"> </w:t>
      </w:r>
      <w:proofErr w:type="spellStart"/>
      <w:r>
        <w:t>puikus</w:t>
      </w:r>
      <w:proofErr w:type="spellEnd"/>
      <w:r>
        <w:t xml:space="preserve"> </w:t>
      </w:r>
      <w:proofErr w:type="spellStart"/>
      <w:r>
        <w:t>būdas</w:t>
      </w:r>
      <w:proofErr w:type="spellEnd"/>
      <w:r>
        <w:t xml:space="preserve"> </w:t>
      </w:r>
      <w:proofErr w:type="spellStart"/>
      <w:r>
        <w:t>fizinio</w:t>
      </w:r>
      <w:proofErr w:type="spellEnd"/>
      <w:r>
        <w:t xml:space="preserve"> </w:t>
      </w:r>
      <w:proofErr w:type="spellStart"/>
      <w:r>
        <w:t>lavinimo</w:t>
      </w:r>
      <w:proofErr w:type="spellEnd"/>
      <w:r>
        <w:t xml:space="preserve"> </w:t>
      </w:r>
      <w:proofErr w:type="spellStart"/>
      <w:r>
        <w:t>pamokas</w:t>
      </w:r>
      <w:proofErr w:type="spellEnd"/>
      <w:r>
        <w:t xml:space="preserve"> </w:t>
      </w:r>
      <w:proofErr w:type="spellStart"/>
      <w:r>
        <w:t>padaryti</w:t>
      </w:r>
      <w:proofErr w:type="spellEnd"/>
      <w:r>
        <w:t xml:space="preserve"> </w:t>
      </w:r>
      <w:proofErr w:type="spellStart"/>
      <w:r>
        <w:t>įdomesnes</w:t>
      </w:r>
      <w:proofErr w:type="spellEnd"/>
      <w:r>
        <w:t xml:space="preserve"> </w:t>
      </w:r>
      <w:proofErr w:type="spellStart"/>
      <w:r>
        <w:t>ir</w:t>
      </w:r>
      <w:proofErr w:type="spellEnd"/>
      <w:r>
        <w:t xml:space="preserve"> </w:t>
      </w:r>
      <w:proofErr w:type="spellStart"/>
      <w:r>
        <w:t>malonesnes</w:t>
      </w:r>
      <w:proofErr w:type="spellEnd"/>
      <w:r>
        <w:t xml:space="preserve"> </w:t>
      </w:r>
      <w:proofErr w:type="spellStart"/>
      <w:r>
        <w:t>mokiniams</w:t>
      </w:r>
      <w:proofErr w:type="spellEnd"/>
      <w:r>
        <w:t>.</w:t>
      </w:r>
    </w:p>
    <w:p w14:paraId="1EE060F3" w14:textId="77777777" w:rsidR="00CD294E" w:rsidRPr="00CD294E" w:rsidRDefault="00CD294E" w:rsidP="00CD294E">
      <w:pPr>
        <w:pStyle w:val="prastasiniatinklio"/>
      </w:pPr>
    </w:p>
    <w:p w14:paraId="0A15C361" w14:textId="77777777" w:rsidR="003569D8" w:rsidRPr="003569D8" w:rsidRDefault="003569D8" w:rsidP="00BA6968">
      <w:pPr>
        <w:ind w:firstLine="720"/>
        <w:rPr>
          <w:lang w:val="mk-MK"/>
        </w:rPr>
      </w:pPr>
    </w:p>
    <w:p w14:paraId="6855239C" w14:textId="77777777" w:rsidR="00CC580B" w:rsidRDefault="00CC580B" w:rsidP="003569D8">
      <w:pPr>
        <w:jc w:val="center"/>
        <w:rPr>
          <w:b/>
          <w:lang w:val="mk-MK"/>
        </w:rPr>
      </w:pPr>
    </w:p>
    <w:p w14:paraId="3CDF65E1" w14:textId="77777777" w:rsidR="00CC580B" w:rsidRDefault="00CC580B" w:rsidP="003569D8">
      <w:pPr>
        <w:jc w:val="center"/>
        <w:rPr>
          <w:b/>
          <w:lang w:val="mk-MK"/>
        </w:rPr>
      </w:pPr>
    </w:p>
    <w:p w14:paraId="78F83485" w14:textId="77777777" w:rsidR="00CC580B" w:rsidRDefault="00CC580B" w:rsidP="003569D8">
      <w:pPr>
        <w:jc w:val="center"/>
        <w:rPr>
          <w:b/>
          <w:lang w:val="mk-MK"/>
        </w:rPr>
      </w:pPr>
    </w:p>
    <w:p w14:paraId="318E5BF1" w14:textId="1CE288B0" w:rsidR="00CC580B" w:rsidRPr="00CC580B" w:rsidRDefault="00CC580B" w:rsidP="00CC580B">
      <w:pPr>
        <w:pStyle w:val="prastasiniatinklio"/>
        <w:jc w:val="center"/>
        <w:rPr>
          <w:b/>
          <w:bCs/>
          <w:lang w:val="pl-PL"/>
        </w:rPr>
      </w:pPr>
      <w:proofErr w:type="spellStart"/>
      <w:r>
        <w:rPr>
          <w:b/>
          <w:bCs/>
          <w:lang w:val="pl-PL"/>
        </w:rPr>
        <w:lastRenderedPageBreak/>
        <w:t>Fizinis</w:t>
      </w:r>
      <w:proofErr w:type="spellEnd"/>
      <w:r>
        <w:rPr>
          <w:b/>
          <w:bCs/>
          <w:lang w:val="pl-PL"/>
        </w:rPr>
        <w:t xml:space="preserve"> </w:t>
      </w:r>
      <w:proofErr w:type="spellStart"/>
      <w:r>
        <w:rPr>
          <w:b/>
          <w:bCs/>
          <w:lang w:val="pl-PL"/>
        </w:rPr>
        <w:t>ugdymas</w:t>
      </w:r>
      <w:proofErr w:type="spellEnd"/>
      <w:r>
        <w:rPr>
          <w:b/>
          <w:bCs/>
          <w:lang w:val="pl-PL"/>
        </w:rPr>
        <w:t xml:space="preserve"> </w:t>
      </w:r>
      <w:proofErr w:type="spellStart"/>
      <w:r w:rsidRPr="00CC580B">
        <w:rPr>
          <w:b/>
          <w:bCs/>
          <w:lang w:val="pl-PL"/>
        </w:rPr>
        <w:t>Maltoje</w:t>
      </w:r>
      <w:proofErr w:type="spellEnd"/>
    </w:p>
    <w:p w14:paraId="3D6A08B7" w14:textId="77777777" w:rsidR="00CC580B" w:rsidRPr="00CC580B" w:rsidRDefault="00CC580B" w:rsidP="00CC580B">
      <w:pPr>
        <w:pStyle w:val="prastasiniatinklio"/>
        <w:rPr>
          <w:lang w:val="pl-PL"/>
        </w:rPr>
      </w:pPr>
      <w:r w:rsidRPr="00CC580B">
        <w:rPr>
          <w:lang w:val="pl-PL"/>
        </w:rPr>
        <w:t xml:space="preserve">1. </w:t>
      </w:r>
      <w:proofErr w:type="spellStart"/>
      <w:r w:rsidRPr="00CC580B">
        <w:rPr>
          <w:lang w:val="pl-PL"/>
        </w:rPr>
        <w:t>Kūno</w:t>
      </w:r>
      <w:proofErr w:type="spellEnd"/>
      <w:r w:rsidRPr="00CC580B">
        <w:rPr>
          <w:lang w:val="pl-PL"/>
        </w:rPr>
        <w:t xml:space="preserve"> </w:t>
      </w:r>
      <w:proofErr w:type="spellStart"/>
      <w:r w:rsidRPr="00CC580B">
        <w:rPr>
          <w:lang w:val="pl-PL"/>
        </w:rPr>
        <w:t>kultūra</w:t>
      </w:r>
      <w:proofErr w:type="spellEnd"/>
      <w:r w:rsidRPr="00CC580B">
        <w:rPr>
          <w:lang w:val="pl-PL"/>
        </w:rPr>
        <w:t xml:space="preserve"> </w:t>
      </w:r>
      <w:proofErr w:type="spellStart"/>
      <w:r w:rsidRPr="00CC580B">
        <w:rPr>
          <w:lang w:val="pl-PL"/>
        </w:rPr>
        <w:t>kaip</w:t>
      </w:r>
      <w:proofErr w:type="spellEnd"/>
      <w:r w:rsidRPr="00CC580B">
        <w:rPr>
          <w:lang w:val="pl-PL"/>
        </w:rPr>
        <w:t xml:space="preserve"> </w:t>
      </w:r>
      <w:proofErr w:type="spellStart"/>
      <w:r w:rsidRPr="00CC580B">
        <w:rPr>
          <w:lang w:val="pl-PL"/>
        </w:rPr>
        <w:t>švietimo</w:t>
      </w:r>
      <w:proofErr w:type="spellEnd"/>
      <w:r w:rsidRPr="00CC580B">
        <w:rPr>
          <w:lang w:val="pl-PL"/>
        </w:rPr>
        <w:t xml:space="preserve"> </w:t>
      </w:r>
      <w:proofErr w:type="spellStart"/>
      <w:r w:rsidRPr="00CC580B">
        <w:rPr>
          <w:lang w:val="pl-PL"/>
        </w:rPr>
        <w:t>dalis</w:t>
      </w:r>
      <w:proofErr w:type="spellEnd"/>
    </w:p>
    <w:p w14:paraId="27DD17FE" w14:textId="77777777" w:rsidR="00CC580B" w:rsidRPr="00CC580B" w:rsidRDefault="00CC580B" w:rsidP="00CC580B">
      <w:pPr>
        <w:pStyle w:val="prastasiniatinklio"/>
        <w:rPr>
          <w:lang w:val="pl-PL"/>
        </w:rPr>
      </w:pPr>
      <w:proofErr w:type="spellStart"/>
      <w:r w:rsidRPr="00CC580B">
        <w:rPr>
          <w:lang w:val="pl-PL"/>
        </w:rPr>
        <w:t>Maltoje</w:t>
      </w:r>
      <w:proofErr w:type="spellEnd"/>
      <w:r w:rsidRPr="00CC580B">
        <w:rPr>
          <w:lang w:val="pl-PL"/>
        </w:rPr>
        <w:t xml:space="preserve"> </w:t>
      </w:r>
      <w:proofErr w:type="spellStart"/>
      <w:r w:rsidRPr="00CC580B">
        <w:rPr>
          <w:lang w:val="pl-PL"/>
        </w:rPr>
        <w:t>kūno</w:t>
      </w:r>
      <w:proofErr w:type="spellEnd"/>
      <w:r w:rsidRPr="00CC580B">
        <w:rPr>
          <w:lang w:val="pl-PL"/>
        </w:rPr>
        <w:t xml:space="preserve"> </w:t>
      </w:r>
      <w:proofErr w:type="spellStart"/>
      <w:r w:rsidRPr="00CC580B">
        <w:rPr>
          <w:lang w:val="pl-PL"/>
        </w:rPr>
        <w:t>kultūra</w:t>
      </w:r>
      <w:proofErr w:type="spellEnd"/>
      <w:r w:rsidRPr="00CC580B">
        <w:rPr>
          <w:lang w:val="pl-PL"/>
        </w:rPr>
        <w:t xml:space="preserve"> (KK) </w:t>
      </w:r>
      <w:proofErr w:type="spellStart"/>
      <w:r w:rsidRPr="00CC580B">
        <w:rPr>
          <w:lang w:val="pl-PL"/>
        </w:rPr>
        <w:t>yra</w:t>
      </w:r>
      <w:proofErr w:type="spellEnd"/>
      <w:r w:rsidRPr="00CC580B">
        <w:rPr>
          <w:lang w:val="pl-PL"/>
        </w:rPr>
        <w:t xml:space="preserve"> </w:t>
      </w:r>
      <w:proofErr w:type="spellStart"/>
      <w:r w:rsidRPr="00CC580B">
        <w:rPr>
          <w:lang w:val="pl-PL"/>
        </w:rPr>
        <w:t>privalomas</w:t>
      </w:r>
      <w:proofErr w:type="spellEnd"/>
      <w:r w:rsidRPr="00CC580B">
        <w:rPr>
          <w:lang w:val="pl-PL"/>
        </w:rPr>
        <w:t xml:space="preserve"> </w:t>
      </w:r>
      <w:proofErr w:type="spellStart"/>
      <w:r w:rsidRPr="00CC580B">
        <w:rPr>
          <w:lang w:val="pl-PL"/>
        </w:rPr>
        <w:t>dalykas</w:t>
      </w:r>
      <w:proofErr w:type="spellEnd"/>
      <w:r w:rsidRPr="00CC580B">
        <w:rPr>
          <w:lang w:val="pl-PL"/>
        </w:rPr>
        <w:t xml:space="preserve"> </w:t>
      </w:r>
      <w:proofErr w:type="spellStart"/>
      <w:r w:rsidRPr="00CC580B">
        <w:rPr>
          <w:lang w:val="pl-PL"/>
        </w:rPr>
        <w:t>pradinėse</w:t>
      </w:r>
      <w:proofErr w:type="spellEnd"/>
      <w:r w:rsidRPr="00CC580B">
        <w:rPr>
          <w:lang w:val="pl-PL"/>
        </w:rPr>
        <w:t xml:space="preserve"> </w:t>
      </w:r>
      <w:proofErr w:type="spellStart"/>
      <w:r w:rsidRPr="00CC580B">
        <w:rPr>
          <w:lang w:val="pl-PL"/>
        </w:rPr>
        <w:t>ir</w:t>
      </w:r>
      <w:proofErr w:type="spellEnd"/>
      <w:r w:rsidRPr="00CC580B">
        <w:rPr>
          <w:lang w:val="pl-PL"/>
        </w:rPr>
        <w:t xml:space="preserve"> </w:t>
      </w:r>
      <w:proofErr w:type="spellStart"/>
      <w:r w:rsidRPr="00CC580B">
        <w:rPr>
          <w:lang w:val="pl-PL"/>
        </w:rPr>
        <w:t>vidurinėse</w:t>
      </w:r>
      <w:proofErr w:type="spellEnd"/>
      <w:r w:rsidRPr="00CC580B">
        <w:rPr>
          <w:lang w:val="pl-PL"/>
        </w:rPr>
        <w:t xml:space="preserve"> </w:t>
      </w:r>
      <w:proofErr w:type="spellStart"/>
      <w:r w:rsidRPr="00CC580B">
        <w:rPr>
          <w:lang w:val="pl-PL"/>
        </w:rPr>
        <w:t>mokyklose</w:t>
      </w:r>
      <w:proofErr w:type="spellEnd"/>
      <w:r w:rsidRPr="00CC580B">
        <w:rPr>
          <w:lang w:val="pl-PL"/>
        </w:rPr>
        <w:t>.</w:t>
      </w:r>
    </w:p>
    <w:p w14:paraId="67EE37FF" w14:textId="77777777" w:rsidR="00CC580B" w:rsidRPr="00CC580B" w:rsidRDefault="00CC580B" w:rsidP="00CC580B">
      <w:pPr>
        <w:pStyle w:val="prastasiniatinklio"/>
        <w:rPr>
          <w:lang w:val="pl-PL"/>
        </w:rPr>
      </w:pPr>
      <w:proofErr w:type="spellStart"/>
      <w:r w:rsidRPr="00CC580B">
        <w:rPr>
          <w:lang w:val="pl-PL"/>
        </w:rPr>
        <w:t>Jos</w:t>
      </w:r>
      <w:proofErr w:type="spellEnd"/>
      <w:r w:rsidRPr="00CC580B">
        <w:rPr>
          <w:lang w:val="pl-PL"/>
        </w:rPr>
        <w:t xml:space="preserve"> </w:t>
      </w:r>
      <w:proofErr w:type="spellStart"/>
      <w:r w:rsidRPr="00CC580B">
        <w:rPr>
          <w:lang w:val="pl-PL"/>
        </w:rPr>
        <w:t>tikslas</w:t>
      </w:r>
      <w:proofErr w:type="spellEnd"/>
      <w:r w:rsidRPr="00CC580B">
        <w:rPr>
          <w:lang w:val="pl-PL"/>
        </w:rPr>
        <w:t xml:space="preserve"> – </w:t>
      </w:r>
      <w:proofErr w:type="spellStart"/>
      <w:r w:rsidRPr="00CC580B">
        <w:rPr>
          <w:lang w:val="pl-PL"/>
        </w:rPr>
        <w:t>ne</w:t>
      </w:r>
      <w:proofErr w:type="spellEnd"/>
      <w:r w:rsidRPr="00CC580B">
        <w:rPr>
          <w:lang w:val="pl-PL"/>
        </w:rPr>
        <w:t xml:space="preserve"> tik </w:t>
      </w:r>
      <w:proofErr w:type="spellStart"/>
      <w:r w:rsidRPr="00CC580B">
        <w:rPr>
          <w:lang w:val="pl-PL"/>
        </w:rPr>
        <w:t>ugdyti</w:t>
      </w:r>
      <w:proofErr w:type="spellEnd"/>
      <w:r w:rsidRPr="00CC580B">
        <w:rPr>
          <w:lang w:val="pl-PL"/>
        </w:rPr>
        <w:t xml:space="preserve"> </w:t>
      </w:r>
      <w:proofErr w:type="spellStart"/>
      <w:r w:rsidRPr="00CC580B">
        <w:rPr>
          <w:lang w:val="pl-PL"/>
        </w:rPr>
        <w:t>fizinį</w:t>
      </w:r>
      <w:proofErr w:type="spellEnd"/>
      <w:r w:rsidRPr="00CC580B">
        <w:rPr>
          <w:lang w:val="pl-PL"/>
        </w:rPr>
        <w:t xml:space="preserve"> </w:t>
      </w:r>
      <w:proofErr w:type="spellStart"/>
      <w:r w:rsidRPr="00CC580B">
        <w:rPr>
          <w:lang w:val="pl-PL"/>
        </w:rPr>
        <w:t>pasirengimą</w:t>
      </w:r>
      <w:proofErr w:type="spellEnd"/>
      <w:r w:rsidRPr="00CC580B">
        <w:rPr>
          <w:lang w:val="pl-PL"/>
        </w:rPr>
        <w:t xml:space="preserve">, bet </w:t>
      </w:r>
      <w:proofErr w:type="spellStart"/>
      <w:r w:rsidRPr="00CC580B">
        <w:rPr>
          <w:lang w:val="pl-PL"/>
        </w:rPr>
        <w:t>ir</w:t>
      </w:r>
      <w:proofErr w:type="spellEnd"/>
      <w:r w:rsidRPr="00CC580B">
        <w:rPr>
          <w:lang w:val="pl-PL"/>
        </w:rPr>
        <w:t xml:space="preserve"> </w:t>
      </w:r>
      <w:proofErr w:type="spellStart"/>
      <w:r w:rsidRPr="00CC580B">
        <w:rPr>
          <w:lang w:val="pl-PL"/>
        </w:rPr>
        <w:t>skatinti</w:t>
      </w:r>
      <w:proofErr w:type="spellEnd"/>
      <w:r w:rsidRPr="00CC580B">
        <w:rPr>
          <w:lang w:val="pl-PL"/>
        </w:rPr>
        <w:t xml:space="preserve"> </w:t>
      </w:r>
      <w:proofErr w:type="spellStart"/>
      <w:r w:rsidRPr="00CC580B">
        <w:rPr>
          <w:lang w:val="pl-PL"/>
        </w:rPr>
        <w:t>sveiką</w:t>
      </w:r>
      <w:proofErr w:type="spellEnd"/>
      <w:r w:rsidRPr="00CC580B">
        <w:rPr>
          <w:lang w:val="pl-PL"/>
        </w:rPr>
        <w:t xml:space="preserve"> </w:t>
      </w:r>
      <w:proofErr w:type="spellStart"/>
      <w:r w:rsidRPr="00CC580B">
        <w:rPr>
          <w:lang w:val="pl-PL"/>
        </w:rPr>
        <w:t>gyvenimo</w:t>
      </w:r>
      <w:proofErr w:type="spellEnd"/>
      <w:r w:rsidRPr="00CC580B">
        <w:rPr>
          <w:lang w:val="pl-PL"/>
        </w:rPr>
        <w:t xml:space="preserve"> </w:t>
      </w:r>
      <w:proofErr w:type="spellStart"/>
      <w:r w:rsidRPr="00CC580B">
        <w:rPr>
          <w:lang w:val="pl-PL"/>
        </w:rPr>
        <w:t>būdą</w:t>
      </w:r>
      <w:proofErr w:type="spellEnd"/>
      <w:r w:rsidRPr="00CC580B">
        <w:rPr>
          <w:lang w:val="pl-PL"/>
        </w:rPr>
        <w:t xml:space="preserve">, </w:t>
      </w:r>
      <w:proofErr w:type="spellStart"/>
      <w:r w:rsidRPr="00CC580B">
        <w:rPr>
          <w:lang w:val="pl-PL"/>
        </w:rPr>
        <w:t>motorinius</w:t>
      </w:r>
      <w:proofErr w:type="spellEnd"/>
      <w:r w:rsidRPr="00CC580B">
        <w:rPr>
          <w:lang w:val="pl-PL"/>
        </w:rPr>
        <w:t xml:space="preserve"> </w:t>
      </w:r>
      <w:proofErr w:type="spellStart"/>
      <w:r w:rsidRPr="00CC580B">
        <w:rPr>
          <w:lang w:val="pl-PL"/>
        </w:rPr>
        <w:t>įgūdžius</w:t>
      </w:r>
      <w:proofErr w:type="spellEnd"/>
      <w:r w:rsidRPr="00CC580B">
        <w:rPr>
          <w:lang w:val="pl-PL"/>
        </w:rPr>
        <w:t xml:space="preserve">, </w:t>
      </w:r>
      <w:proofErr w:type="spellStart"/>
      <w:r w:rsidRPr="00CC580B">
        <w:rPr>
          <w:lang w:val="pl-PL"/>
        </w:rPr>
        <w:t>socialines</w:t>
      </w:r>
      <w:proofErr w:type="spellEnd"/>
      <w:r w:rsidRPr="00CC580B">
        <w:rPr>
          <w:lang w:val="pl-PL"/>
        </w:rPr>
        <w:t xml:space="preserve"> </w:t>
      </w:r>
      <w:proofErr w:type="spellStart"/>
      <w:r w:rsidRPr="00CC580B">
        <w:rPr>
          <w:lang w:val="pl-PL"/>
        </w:rPr>
        <w:t>nuostatas</w:t>
      </w:r>
      <w:proofErr w:type="spellEnd"/>
      <w:r w:rsidRPr="00CC580B">
        <w:rPr>
          <w:lang w:val="pl-PL"/>
        </w:rPr>
        <w:t xml:space="preserve"> </w:t>
      </w:r>
      <w:proofErr w:type="spellStart"/>
      <w:r w:rsidRPr="00CC580B">
        <w:rPr>
          <w:lang w:val="pl-PL"/>
        </w:rPr>
        <w:t>ir</w:t>
      </w:r>
      <w:proofErr w:type="spellEnd"/>
      <w:r w:rsidRPr="00CC580B">
        <w:rPr>
          <w:lang w:val="pl-PL"/>
        </w:rPr>
        <w:t xml:space="preserve"> </w:t>
      </w:r>
      <w:proofErr w:type="spellStart"/>
      <w:r w:rsidRPr="00CC580B">
        <w:rPr>
          <w:lang w:val="pl-PL"/>
        </w:rPr>
        <w:t>bendradarbiavimą</w:t>
      </w:r>
      <w:proofErr w:type="spellEnd"/>
      <w:r w:rsidRPr="00CC580B">
        <w:rPr>
          <w:lang w:val="pl-PL"/>
        </w:rPr>
        <w:t xml:space="preserve">. KŪ </w:t>
      </w:r>
      <w:proofErr w:type="spellStart"/>
      <w:r w:rsidRPr="00CC580B">
        <w:rPr>
          <w:lang w:val="pl-PL"/>
        </w:rPr>
        <w:t>siekia</w:t>
      </w:r>
      <w:proofErr w:type="spellEnd"/>
      <w:r w:rsidRPr="00CC580B">
        <w:rPr>
          <w:lang w:val="pl-PL"/>
        </w:rPr>
        <w:t xml:space="preserve"> </w:t>
      </w:r>
      <w:proofErr w:type="spellStart"/>
      <w:r w:rsidRPr="00CC580B">
        <w:rPr>
          <w:lang w:val="pl-PL"/>
        </w:rPr>
        <w:t>tikslų</w:t>
      </w:r>
      <w:proofErr w:type="spellEnd"/>
      <w:r w:rsidRPr="00CC580B">
        <w:rPr>
          <w:lang w:val="pl-PL"/>
        </w:rPr>
        <w:t xml:space="preserve">, </w:t>
      </w:r>
      <w:proofErr w:type="spellStart"/>
      <w:r w:rsidRPr="00CC580B">
        <w:rPr>
          <w:lang w:val="pl-PL"/>
        </w:rPr>
        <w:t>susijusių</w:t>
      </w:r>
      <w:proofErr w:type="spellEnd"/>
      <w:r w:rsidRPr="00CC580B">
        <w:rPr>
          <w:lang w:val="pl-PL"/>
        </w:rPr>
        <w:t xml:space="preserve"> </w:t>
      </w:r>
      <w:proofErr w:type="spellStart"/>
      <w:r w:rsidRPr="00CC580B">
        <w:rPr>
          <w:lang w:val="pl-PL"/>
        </w:rPr>
        <w:t>su</w:t>
      </w:r>
      <w:proofErr w:type="spellEnd"/>
      <w:r w:rsidRPr="00CC580B">
        <w:rPr>
          <w:lang w:val="pl-PL"/>
        </w:rPr>
        <w:t xml:space="preserve"> </w:t>
      </w:r>
      <w:proofErr w:type="spellStart"/>
      <w:r w:rsidRPr="00CC580B">
        <w:rPr>
          <w:lang w:val="pl-PL"/>
        </w:rPr>
        <w:t>įgūdžiais</w:t>
      </w:r>
      <w:proofErr w:type="spellEnd"/>
      <w:r w:rsidRPr="00CC580B">
        <w:rPr>
          <w:lang w:val="pl-PL"/>
        </w:rPr>
        <w:t xml:space="preserve">, </w:t>
      </w:r>
      <w:proofErr w:type="spellStart"/>
      <w:r w:rsidRPr="00CC580B">
        <w:rPr>
          <w:lang w:val="pl-PL"/>
        </w:rPr>
        <w:t>žiniomis</w:t>
      </w:r>
      <w:proofErr w:type="spellEnd"/>
      <w:r w:rsidRPr="00CC580B">
        <w:rPr>
          <w:lang w:val="pl-PL"/>
        </w:rPr>
        <w:t xml:space="preserve"> </w:t>
      </w:r>
      <w:proofErr w:type="spellStart"/>
      <w:r w:rsidRPr="00CC580B">
        <w:rPr>
          <w:lang w:val="pl-PL"/>
        </w:rPr>
        <w:t>ir</w:t>
      </w:r>
      <w:proofErr w:type="spellEnd"/>
      <w:r w:rsidRPr="00CC580B">
        <w:rPr>
          <w:lang w:val="pl-PL"/>
        </w:rPr>
        <w:t xml:space="preserve"> </w:t>
      </w:r>
      <w:proofErr w:type="spellStart"/>
      <w:r w:rsidRPr="00CC580B">
        <w:rPr>
          <w:lang w:val="pl-PL"/>
        </w:rPr>
        <w:t>nuostatomis</w:t>
      </w:r>
      <w:proofErr w:type="spellEnd"/>
      <w:r w:rsidRPr="00CC580B">
        <w:rPr>
          <w:lang w:val="pl-PL"/>
        </w:rPr>
        <w:t xml:space="preserve">, </w:t>
      </w:r>
      <w:proofErr w:type="spellStart"/>
      <w:r w:rsidRPr="00CC580B">
        <w:rPr>
          <w:lang w:val="pl-PL"/>
        </w:rPr>
        <w:t>kad</w:t>
      </w:r>
      <w:proofErr w:type="spellEnd"/>
      <w:r w:rsidRPr="00CC580B">
        <w:rPr>
          <w:lang w:val="pl-PL"/>
        </w:rPr>
        <w:t xml:space="preserve"> </w:t>
      </w:r>
      <w:proofErr w:type="spellStart"/>
      <w:r w:rsidRPr="00CC580B">
        <w:rPr>
          <w:lang w:val="pl-PL"/>
        </w:rPr>
        <w:t>mokiniai</w:t>
      </w:r>
      <w:proofErr w:type="spellEnd"/>
      <w:r w:rsidRPr="00CC580B">
        <w:rPr>
          <w:lang w:val="pl-PL"/>
        </w:rPr>
        <w:t xml:space="preserve"> </w:t>
      </w:r>
      <w:proofErr w:type="spellStart"/>
      <w:r w:rsidRPr="00CC580B">
        <w:rPr>
          <w:lang w:val="pl-PL"/>
        </w:rPr>
        <w:t>visą</w:t>
      </w:r>
      <w:proofErr w:type="spellEnd"/>
      <w:r w:rsidRPr="00CC580B">
        <w:rPr>
          <w:lang w:val="pl-PL"/>
        </w:rPr>
        <w:t xml:space="preserve"> </w:t>
      </w:r>
      <w:proofErr w:type="spellStart"/>
      <w:r w:rsidRPr="00CC580B">
        <w:rPr>
          <w:lang w:val="pl-PL"/>
        </w:rPr>
        <w:t>gyvenimą</w:t>
      </w:r>
      <w:proofErr w:type="spellEnd"/>
      <w:r w:rsidRPr="00CC580B">
        <w:rPr>
          <w:lang w:val="pl-PL"/>
        </w:rPr>
        <w:t xml:space="preserve"> </w:t>
      </w:r>
      <w:proofErr w:type="spellStart"/>
      <w:r w:rsidRPr="00CC580B">
        <w:rPr>
          <w:lang w:val="pl-PL"/>
        </w:rPr>
        <w:t>išliktų</w:t>
      </w:r>
      <w:proofErr w:type="spellEnd"/>
      <w:r w:rsidRPr="00CC580B">
        <w:rPr>
          <w:lang w:val="pl-PL"/>
        </w:rPr>
        <w:t xml:space="preserve"> </w:t>
      </w:r>
      <w:proofErr w:type="spellStart"/>
      <w:r w:rsidRPr="00CC580B">
        <w:rPr>
          <w:lang w:val="pl-PL"/>
        </w:rPr>
        <w:t>aktyvūs</w:t>
      </w:r>
      <w:proofErr w:type="spellEnd"/>
      <w:r w:rsidRPr="00CC580B">
        <w:rPr>
          <w:lang w:val="pl-PL"/>
        </w:rPr>
        <w:t>.</w:t>
      </w:r>
    </w:p>
    <w:p w14:paraId="38E731D7" w14:textId="77777777" w:rsidR="00CC580B" w:rsidRPr="00CC580B" w:rsidRDefault="00CC580B" w:rsidP="00CC580B">
      <w:pPr>
        <w:pStyle w:val="prastasiniatinklio"/>
        <w:rPr>
          <w:lang w:val="pl-PL"/>
        </w:rPr>
      </w:pPr>
      <w:r w:rsidRPr="00CC580B">
        <w:rPr>
          <w:lang w:val="pl-PL"/>
        </w:rPr>
        <w:t xml:space="preserve">2. </w:t>
      </w:r>
      <w:proofErr w:type="spellStart"/>
      <w:r w:rsidRPr="00CC580B">
        <w:rPr>
          <w:lang w:val="pl-PL"/>
        </w:rPr>
        <w:t>Pamokų</w:t>
      </w:r>
      <w:proofErr w:type="spellEnd"/>
      <w:r w:rsidRPr="00CC580B">
        <w:rPr>
          <w:lang w:val="pl-PL"/>
        </w:rPr>
        <w:t xml:space="preserve"> </w:t>
      </w:r>
      <w:proofErr w:type="spellStart"/>
      <w:r w:rsidRPr="00CC580B">
        <w:rPr>
          <w:lang w:val="pl-PL"/>
        </w:rPr>
        <w:t>struktūra</w:t>
      </w:r>
      <w:proofErr w:type="spellEnd"/>
      <w:r w:rsidRPr="00CC580B">
        <w:rPr>
          <w:lang w:val="pl-PL"/>
        </w:rPr>
        <w:t xml:space="preserve"> </w:t>
      </w:r>
      <w:proofErr w:type="spellStart"/>
      <w:r w:rsidRPr="00CC580B">
        <w:rPr>
          <w:lang w:val="pl-PL"/>
        </w:rPr>
        <w:t>ir</w:t>
      </w:r>
      <w:proofErr w:type="spellEnd"/>
      <w:r w:rsidRPr="00CC580B">
        <w:rPr>
          <w:lang w:val="pl-PL"/>
        </w:rPr>
        <w:t xml:space="preserve"> </w:t>
      </w:r>
      <w:proofErr w:type="spellStart"/>
      <w:r w:rsidRPr="00CC580B">
        <w:rPr>
          <w:lang w:val="pl-PL"/>
        </w:rPr>
        <w:t>turinys</w:t>
      </w:r>
      <w:proofErr w:type="spellEnd"/>
    </w:p>
    <w:p w14:paraId="186FD6C8" w14:textId="77777777" w:rsidR="00CC580B" w:rsidRPr="00CC580B" w:rsidRDefault="00CC580B" w:rsidP="00CC580B">
      <w:pPr>
        <w:pStyle w:val="prastasiniatinklio"/>
        <w:rPr>
          <w:lang w:val="pl-PL"/>
        </w:rPr>
      </w:pPr>
      <w:proofErr w:type="spellStart"/>
      <w:r w:rsidRPr="00CC580B">
        <w:rPr>
          <w:lang w:val="pl-PL"/>
        </w:rPr>
        <w:t>Kūno</w:t>
      </w:r>
      <w:proofErr w:type="spellEnd"/>
      <w:r w:rsidRPr="00CC580B">
        <w:rPr>
          <w:lang w:val="pl-PL"/>
        </w:rPr>
        <w:t xml:space="preserve"> </w:t>
      </w:r>
      <w:proofErr w:type="spellStart"/>
      <w:r w:rsidRPr="00CC580B">
        <w:rPr>
          <w:lang w:val="pl-PL"/>
        </w:rPr>
        <w:t>kultūros</w:t>
      </w:r>
      <w:proofErr w:type="spellEnd"/>
      <w:r w:rsidRPr="00CC580B">
        <w:rPr>
          <w:lang w:val="pl-PL"/>
        </w:rPr>
        <w:t xml:space="preserve"> </w:t>
      </w:r>
      <w:proofErr w:type="spellStart"/>
      <w:r w:rsidRPr="00CC580B">
        <w:rPr>
          <w:lang w:val="pl-PL"/>
        </w:rPr>
        <w:t>programa</w:t>
      </w:r>
      <w:proofErr w:type="spellEnd"/>
      <w:r w:rsidRPr="00CC580B">
        <w:rPr>
          <w:lang w:val="pl-PL"/>
        </w:rPr>
        <w:t xml:space="preserve"> </w:t>
      </w:r>
      <w:proofErr w:type="spellStart"/>
      <w:r w:rsidRPr="00CC580B">
        <w:rPr>
          <w:lang w:val="pl-PL"/>
        </w:rPr>
        <w:t>apima</w:t>
      </w:r>
      <w:proofErr w:type="spellEnd"/>
      <w:r w:rsidRPr="00CC580B">
        <w:rPr>
          <w:lang w:val="pl-PL"/>
        </w:rPr>
        <w:t xml:space="preserve"> </w:t>
      </w:r>
      <w:proofErr w:type="spellStart"/>
      <w:r w:rsidRPr="00CC580B">
        <w:rPr>
          <w:lang w:val="pl-PL"/>
        </w:rPr>
        <w:t>įvairias</w:t>
      </w:r>
      <w:proofErr w:type="spellEnd"/>
      <w:r w:rsidRPr="00CC580B">
        <w:rPr>
          <w:lang w:val="pl-PL"/>
        </w:rPr>
        <w:t xml:space="preserve"> </w:t>
      </w:r>
      <w:proofErr w:type="spellStart"/>
      <w:r w:rsidRPr="00CC580B">
        <w:rPr>
          <w:lang w:val="pl-PL"/>
        </w:rPr>
        <w:t>sritis</w:t>
      </w:r>
      <w:proofErr w:type="spellEnd"/>
      <w:r w:rsidRPr="00CC580B">
        <w:rPr>
          <w:lang w:val="pl-PL"/>
        </w:rPr>
        <w:t>:</w:t>
      </w:r>
    </w:p>
    <w:p w14:paraId="158F69AF" w14:textId="77777777" w:rsidR="00CC580B" w:rsidRPr="00CC580B" w:rsidRDefault="00CC580B" w:rsidP="00CC580B">
      <w:pPr>
        <w:pStyle w:val="prastasiniatinklio"/>
        <w:rPr>
          <w:lang w:val="pl-PL"/>
        </w:rPr>
      </w:pPr>
      <w:r w:rsidRPr="00CC580B">
        <w:rPr>
          <w:lang w:val="pl-PL"/>
        </w:rPr>
        <w:t xml:space="preserve">• </w:t>
      </w:r>
      <w:proofErr w:type="spellStart"/>
      <w:r w:rsidRPr="00CC580B">
        <w:rPr>
          <w:lang w:val="pl-PL"/>
        </w:rPr>
        <w:t>Pagrindiniai</w:t>
      </w:r>
      <w:proofErr w:type="spellEnd"/>
      <w:r w:rsidRPr="00CC580B">
        <w:rPr>
          <w:lang w:val="pl-PL"/>
        </w:rPr>
        <w:t xml:space="preserve"> </w:t>
      </w:r>
      <w:proofErr w:type="spellStart"/>
      <w:r w:rsidRPr="00CC580B">
        <w:rPr>
          <w:lang w:val="pl-PL"/>
        </w:rPr>
        <w:t>judėjimo</w:t>
      </w:r>
      <w:proofErr w:type="spellEnd"/>
      <w:r w:rsidRPr="00CC580B">
        <w:rPr>
          <w:lang w:val="pl-PL"/>
        </w:rPr>
        <w:t xml:space="preserve"> </w:t>
      </w:r>
      <w:proofErr w:type="spellStart"/>
      <w:r w:rsidRPr="00CC580B">
        <w:rPr>
          <w:lang w:val="pl-PL"/>
        </w:rPr>
        <w:t>įgūdžiai</w:t>
      </w:r>
      <w:proofErr w:type="spellEnd"/>
      <w:r w:rsidRPr="00CC580B">
        <w:rPr>
          <w:lang w:val="pl-PL"/>
        </w:rPr>
        <w:t xml:space="preserve"> – </w:t>
      </w:r>
      <w:proofErr w:type="spellStart"/>
      <w:r w:rsidRPr="00CC580B">
        <w:rPr>
          <w:lang w:val="pl-PL"/>
        </w:rPr>
        <w:t>bėgimo</w:t>
      </w:r>
      <w:proofErr w:type="spellEnd"/>
      <w:r w:rsidRPr="00CC580B">
        <w:rPr>
          <w:lang w:val="pl-PL"/>
        </w:rPr>
        <w:t xml:space="preserve">, </w:t>
      </w:r>
      <w:proofErr w:type="spellStart"/>
      <w:r w:rsidRPr="00CC580B">
        <w:rPr>
          <w:lang w:val="pl-PL"/>
        </w:rPr>
        <w:t>šokimo</w:t>
      </w:r>
      <w:proofErr w:type="spellEnd"/>
      <w:r w:rsidRPr="00CC580B">
        <w:rPr>
          <w:lang w:val="pl-PL"/>
        </w:rPr>
        <w:t xml:space="preserve">, </w:t>
      </w:r>
      <w:proofErr w:type="spellStart"/>
      <w:r w:rsidRPr="00CC580B">
        <w:rPr>
          <w:lang w:val="pl-PL"/>
        </w:rPr>
        <w:t>metimo</w:t>
      </w:r>
      <w:proofErr w:type="spellEnd"/>
      <w:r w:rsidRPr="00CC580B">
        <w:rPr>
          <w:lang w:val="pl-PL"/>
        </w:rPr>
        <w:t xml:space="preserve"> </w:t>
      </w:r>
      <w:proofErr w:type="spellStart"/>
      <w:r w:rsidRPr="00CC580B">
        <w:rPr>
          <w:lang w:val="pl-PL"/>
        </w:rPr>
        <w:t>ir</w:t>
      </w:r>
      <w:proofErr w:type="spellEnd"/>
      <w:r w:rsidRPr="00CC580B">
        <w:rPr>
          <w:lang w:val="pl-PL"/>
        </w:rPr>
        <w:t xml:space="preserve"> </w:t>
      </w:r>
      <w:proofErr w:type="spellStart"/>
      <w:r w:rsidRPr="00CC580B">
        <w:rPr>
          <w:lang w:val="pl-PL"/>
        </w:rPr>
        <w:t>pusiausvyros</w:t>
      </w:r>
      <w:proofErr w:type="spellEnd"/>
      <w:r w:rsidRPr="00CC580B">
        <w:rPr>
          <w:lang w:val="pl-PL"/>
        </w:rPr>
        <w:t xml:space="preserve"> </w:t>
      </w:r>
      <w:proofErr w:type="spellStart"/>
      <w:proofErr w:type="gramStart"/>
      <w:r w:rsidRPr="00CC580B">
        <w:rPr>
          <w:lang w:val="pl-PL"/>
        </w:rPr>
        <w:t>pagrindai</w:t>
      </w:r>
      <w:proofErr w:type="spellEnd"/>
      <w:r w:rsidRPr="00CC580B">
        <w:rPr>
          <w:lang w:val="pl-PL"/>
        </w:rPr>
        <w:t>.•</w:t>
      </w:r>
      <w:proofErr w:type="gramEnd"/>
      <w:r w:rsidRPr="00CC580B">
        <w:rPr>
          <w:lang w:val="pl-PL"/>
        </w:rPr>
        <w:t xml:space="preserve"> </w:t>
      </w:r>
      <w:proofErr w:type="spellStart"/>
      <w:r w:rsidRPr="00CC580B">
        <w:rPr>
          <w:lang w:val="pl-PL"/>
        </w:rPr>
        <w:t>Sporto</w:t>
      </w:r>
      <w:proofErr w:type="spellEnd"/>
      <w:r w:rsidRPr="00CC580B">
        <w:rPr>
          <w:lang w:val="pl-PL"/>
        </w:rPr>
        <w:t xml:space="preserve"> </w:t>
      </w:r>
      <w:proofErr w:type="spellStart"/>
      <w:r w:rsidRPr="00CC580B">
        <w:rPr>
          <w:lang w:val="pl-PL"/>
        </w:rPr>
        <w:t>ir</w:t>
      </w:r>
      <w:proofErr w:type="spellEnd"/>
      <w:r w:rsidRPr="00CC580B">
        <w:rPr>
          <w:lang w:val="pl-PL"/>
        </w:rPr>
        <w:t xml:space="preserve"> </w:t>
      </w:r>
      <w:proofErr w:type="spellStart"/>
      <w:r w:rsidRPr="00CC580B">
        <w:rPr>
          <w:lang w:val="pl-PL"/>
        </w:rPr>
        <w:t>fizinė</w:t>
      </w:r>
      <w:proofErr w:type="spellEnd"/>
      <w:r w:rsidRPr="00CC580B">
        <w:rPr>
          <w:lang w:val="pl-PL"/>
        </w:rPr>
        <w:t xml:space="preserve"> </w:t>
      </w:r>
      <w:proofErr w:type="spellStart"/>
      <w:r w:rsidRPr="00CC580B">
        <w:rPr>
          <w:lang w:val="pl-PL"/>
        </w:rPr>
        <w:t>veikla</w:t>
      </w:r>
      <w:proofErr w:type="spellEnd"/>
      <w:r w:rsidRPr="00CC580B">
        <w:rPr>
          <w:lang w:val="pl-PL"/>
        </w:rPr>
        <w:t xml:space="preserve"> – </w:t>
      </w:r>
      <w:proofErr w:type="spellStart"/>
      <w:r w:rsidRPr="00CC580B">
        <w:rPr>
          <w:lang w:val="pl-PL"/>
        </w:rPr>
        <w:t>komandinės</w:t>
      </w:r>
      <w:proofErr w:type="spellEnd"/>
      <w:r w:rsidRPr="00CC580B">
        <w:rPr>
          <w:lang w:val="pl-PL"/>
        </w:rPr>
        <w:t xml:space="preserve"> </w:t>
      </w:r>
      <w:proofErr w:type="spellStart"/>
      <w:r w:rsidRPr="00CC580B">
        <w:rPr>
          <w:lang w:val="pl-PL"/>
        </w:rPr>
        <w:t>žaidimai</w:t>
      </w:r>
      <w:proofErr w:type="spellEnd"/>
      <w:r w:rsidRPr="00CC580B">
        <w:rPr>
          <w:lang w:val="pl-PL"/>
        </w:rPr>
        <w:t xml:space="preserve"> (</w:t>
      </w:r>
      <w:proofErr w:type="spellStart"/>
      <w:r w:rsidRPr="00CC580B">
        <w:rPr>
          <w:lang w:val="pl-PL"/>
        </w:rPr>
        <w:t>pvz</w:t>
      </w:r>
      <w:proofErr w:type="spellEnd"/>
      <w:r w:rsidRPr="00CC580B">
        <w:rPr>
          <w:lang w:val="pl-PL"/>
        </w:rPr>
        <w:t xml:space="preserve">., </w:t>
      </w:r>
      <w:proofErr w:type="spellStart"/>
      <w:r w:rsidRPr="00CC580B">
        <w:rPr>
          <w:lang w:val="pl-PL"/>
        </w:rPr>
        <w:t>krepšinis</w:t>
      </w:r>
      <w:proofErr w:type="spellEnd"/>
      <w:r w:rsidRPr="00CC580B">
        <w:rPr>
          <w:lang w:val="pl-PL"/>
        </w:rPr>
        <w:t xml:space="preserve">, </w:t>
      </w:r>
      <w:proofErr w:type="spellStart"/>
      <w:r w:rsidRPr="00CC580B">
        <w:rPr>
          <w:lang w:val="pl-PL"/>
        </w:rPr>
        <w:t>futbolas</w:t>
      </w:r>
      <w:proofErr w:type="spellEnd"/>
      <w:r w:rsidRPr="00CC580B">
        <w:rPr>
          <w:lang w:val="pl-PL"/>
        </w:rPr>
        <w:t xml:space="preserve">, </w:t>
      </w:r>
      <w:proofErr w:type="spellStart"/>
      <w:r w:rsidRPr="00CC580B">
        <w:rPr>
          <w:lang w:val="pl-PL"/>
        </w:rPr>
        <w:t>tinklinis</w:t>
      </w:r>
      <w:proofErr w:type="spellEnd"/>
      <w:r w:rsidRPr="00CC580B">
        <w:rPr>
          <w:lang w:val="pl-PL"/>
        </w:rPr>
        <w:t xml:space="preserve">), </w:t>
      </w:r>
      <w:proofErr w:type="spellStart"/>
      <w:r w:rsidRPr="00CC580B">
        <w:rPr>
          <w:lang w:val="pl-PL"/>
        </w:rPr>
        <w:t>žaidimai</w:t>
      </w:r>
      <w:proofErr w:type="spellEnd"/>
      <w:r w:rsidRPr="00CC580B">
        <w:rPr>
          <w:lang w:val="pl-PL"/>
        </w:rPr>
        <w:t xml:space="preserve"> </w:t>
      </w:r>
      <w:proofErr w:type="spellStart"/>
      <w:r w:rsidRPr="00CC580B">
        <w:rPr>
          <w:lang w:val="pl-PL"/>
        </w:rPr>
        <w:t>su</w:t>
      </w:r>
      <w:proofErr w:type="spellEnd"/>
      <w:r w:rsidRPr="00CC580B">
        <w:rPr>
          <w:lang w:val="pl-PL"/>
        </w:rPr>
        <w:t xml:space="preserve"> </w:t>
      </w:r>
      <w:proofErr w:type="spellStart"/>
      <w:r w:rsidRPr="00CC580B">
        <w:rPr>
          <w:lang w:val="pl-PL"/>
        </w:rPr>
        <w:t>tinklu</w:t>
      </w:r>
      <w:proofErr w:type="spellEnd"/>
      <w:r w:rsidRPr="00CC580B">
        <w:rPr>
          <w:lang w:val="pl-PL"/>
        </w:rPr>
        <w:t xml:space="preserve"> (</w:t>
      </w:r>
      <w:proofErr w:type="spellStart"/>
      <w:r w:rsidRPr="00CC580B">
        <w:rPr>
          <w:lang w:val="pl-PL"/>
        </w:rPr>
        <w:t>pvz</w:t>
      </w:r>
      <w:proofErr w:type="spellEnd"/>
      <w:r w:rsidRPr="00CC580B">
        <w:rPr>
          <w:lang w:val="pl-PL"/>
        </w:rPr>
        <w:t xml:space="preserve">., </w:t>
      </w:r>
      <w:proofErr w:type="spellStart"/>
      <w:r w:rsidRPr="00CC580B">
        <w:rPr>
          <w:lang w:val="pl-PL"/>
        </w:rPr>
        <w:t>badmintonas</w:t>
      </w:r>
      <w:proofErr w:type="spellEnd"/>
      <w:r w:rsidRPr="00CC580B">
        <w:rPr>
          <w:lang w:val="pl-PL"/>
        </w:rPr>
        <w:t xml:space="preserve">) </w:t>
      </w:r>
      <w:proofErr w:type="spellStart"/>
      <w:r w:rsidRPr="00CC580B">
        <w:rPr>
          <w:lang w:val="pl-PL"/>
        </w:rPr>
        <w:t>ir</w:t>
      </w:r>
      <w:proofErr w:type="spellEnd"/>
      <w:r w:rsidRPr="00CC580B">
        <w:rPr>
          <w:lang w:val="pl-PL"/>
        </w:rPr>
        <w:t xml:space="preserve"> </w:t>
      </w:r>
      <w:proofErr w:type="spellStart"/>
      <w:r w:rsidRPr="00CC580B">
        <w:rPr>
          <w:lang w:val="pl-PL"/>
        </w:rPr>
        <w:t>kiti</w:t>
      </w:r>
      <w:proofErr w:type="spellEnd"/>
      <w:r w:rsidRPr="00CC580B">
        <w:rPr>
          <w:lang w:val="pl-PL"/>
        </w:rPr>
        <w:t>.</w:t>
      </w:r>
    </w:p>
    <w:p w14:paraId="39D62CCD" w14:textId="77777777" w:rsidR="00CC580B" w:rsidRPr="00CC580B" w:rsidRDefault="00CC580B" w:rsidP="00CC580B">
      <w:pPr>
        <w:pStyle w:val="prastasiniatinklio"/>
        <w:rPr>
          <w:lang w:val="pl-PL"/>
        </w:rPr>
      </w:pPr>
      <w:r w:rsidRPr="00CC580B">
        <w:rPr>
          <w:lang w:val="pl-PL"/>
        </w:rPr>
        <w:t xml:space="preserve">• </w:t>
      </w:r>
      <w:proofErr w:type="spellStart"/>
      <w:r w:rsidRPr="00CC580B">
        <w:rPr>
          <w:lang w:val="pl-PL"/>
        </w:rPr>
        <w:t>Sveikata</w:t>
      </w:r>
      <w:proofErr w:type="spellEnd"/>
      <w:r w:rsidRPr="00CC580B">
        <w:rPr>
          <w:lang w:val="pl-PL"/>
        </w:rPr>
        <w:t xml:space="preserve"> </w:t>
      </w:r>
      <w:proofErr w:type="spellStart"/>
      <w:r w:rsidRPr="00CC580B">
        <w:rPr>
          <w:lang w:val="pl-PL"/>
        </w:rPr>
        <w:t>ir</w:t>
      </w:r>
      <w:proofErr w:type="spellEnd"/>
      <w:r w:rsidRPr="00CC580B">
        <w:rPr>
          <w:lang w:val="pl-PL"/>
        </w:rPr>
        <w:t xml:space="preserve"> </w:t>
      </w:r>
      <w:proofErr w:type="spellStart"/>
      <w:r w:rsidRPr="00CC580B">
        <w:rPr>
          <w:lang w:val="pl-PL"/>
        </w:rPr>
        <w:t>fizinė</w:t>
      </w:r>
      <w:proofErr w:type="spellEnd"/>
      <w:r w:rsidRPr="00CC580B">
        <w:rPr>
          <w:lang w:val="pl-PL"/>
        </w:rPr>
        <w:t xml:space="preserve"> forma – </w:t>
      </w:r>
      <w:proofErr w:type="spellStart"/>
      <w:r w:rsidRPr="00CC580B">
        <w:rPr>
          <w:lang w:val="pl-PL"/>
        </w:rPr>
        <w:t>supratimas</w:t>
      </w:r>
      <w:proofErr w:type="spellEnd"/>
      <w:r w:rsidRPr="00CC580B">
        <w:rPr>
          <w:lang w:val="pl-PL"/>
        </w:rPr>
        <w:t xml:space="preserve"> </w:t>
      </w:r>
      <w:proofErr w:type="spellStart"/>
      <w:r w:rsidRPr="00CC580B">
        <w:rPr>
          <w:lang w:val="pl-PL"/>
        </w:rPr>
        <w:t>apie</w:t>
      </w:r>
      <w:proofErr w:type="spellEnd"/>
      <w:r w:rsidRPr="00CC580B">
        <w:rPr>
          <w:lang w:val="pl-PL"/>
        </w:rPr>
        <w:t xml:space="preserve"> </w:t>
      </w:r>
      <w:proofErr w:type="spellStart"/>
      <w:r w:rsidRPr="00CC580B">
        <w:rPr>
          <w:lang w:val="pl-PL"/>
        </w:rPr>
        <w:t>veiklos</w:t>
      </w:r>
      <w:proofErr w:type="spellEnd"/>
      <w:r w:rsidRPr="00CC580B">
        <w:rPr>
          <w:lang w:val="pl-PL"/>
        </w:rPr>
        <w:t xml:space="preserve"> </w:t>
      </w:r>
      <w:proofErr w:type="spellStart"/>
      <w:r w:rsidRPr="00CC580B">
        <w:rPr>
          <w:lang w:val="pl-PL"/>
        </w:rPr>
        <w:t>poveikį</w:t>
      </w:r>
      <w:proofErr w:type="spellEnd"/>
      <w:r w:rsidRPr="00CC580B">
        <w:rPr>
          <w:lang w:val="pl-PL"/>
        </w:rPr>
        <w:t xml:space="preserve"> </w:t>
      </w:r>
      <w:proofErr w:type="spellStart"/>
      <w:r w:rsidRPr="00CC580B">
        <w:rPr>
          <w:lang w:val="pl-PL"/>
        </w:rPr>
        <w:t>sveikatai</w:t>
      </w:r>
      <w:proofErr w:type="spellEnd"/>
      <w:r w:rsidRPr="00CC580B">
        <w:rPr>
          <w:lang w:val="pl-PL"/>
        </w:rPr>
        <w:t xml:space="preserve">, </w:t>
      </w:r>
      <w:proofErr w:type="spellStart"/>
      <w:r w:rsidRPr="00CC580B">
        <w:rPr>
          <w:lang w:val="pl-PL"/>
        </w:rPr>
        <w:t>fizinei</w:t>
      </w:r>
      <w:proofErr w:type="spellEnd"/>
      <w:r w:rsidRPr="00CC580B">
        <w:rPr>
          <w:lang w:val="pl-PL"/>
        </w:rPr>
        <w:t xml:space="preserve"> </w:t>
      </w:r>
      <w:proofErr w:type="spellStart"/>
      <w:r w:rsidRPr="00CC580B">
        <w:rPr>
          <w:lang w:val="pl-PL"/>
        </w:rPr>
        <w:t>formai</w:t>
      </w:r>
      <w:proofErr w:type="spellEnd"/>
      <w:r w:rsidRPr="00CC580B">
        <w:rPr>
          <w:lang w:val="pl-PL"/>
        </w:rPr>
        <w:t xml:space="preserve"> </w:t>
      </w:r>
      <w:proofErr w:type="spellStart"/>
      <w:r w:rsidRPr="00CC580B">
        <w:rPr>
          <w:lang w:val="pl-PL"/>
        </w:rPr>
        <w:t>ir</w:t>
      </w:r>
      <w:proofErr w:type="spellEnd"/>
      <w:r w:rsidRPr="00CC580B">
        <w:rPr>
          <w:lang w:val="pl-PL"/>
        </w:rPr>
        <w:t xml:space="preserve"> </w:t>
      </w:r>
      <w:proofErr w:type="spellStart"/>
      <w:proofErr w:type="gramStart"/>
      <w:r w:rsidRPr="00CC580B">
        <w:rPr>
          <w:lang w:val="pl-PL"/>
        </w:rPr>
        <w:t>gerovei</w:t>
      </w:r>
      <w:proofErr w:type="spellEnd"/>
      <w:r w:rsidRPr="00CC580B">
        <w:rPr>
          <w:lang w:val="pl-PL"/>
        </w:rPr>
        <w:t>.•</w:t>
      </w:r>
      <w:proofErr w:type="gramEnd"/>
      <w:r w:rsidRPr="00CC580B">
        <w:rPr>
          <w:lang w:val="pl-PL"/>
        </w:rPr>
        <w:t xml:space="preserve"> </w:t>
      </w:r>
      <w:proofErr w:type="spellStart"/>
      <w:r w:rsidRPr="00CC580B">
        <w:rPr>
          <w:lang w:val="pl-PL"/>
        </w:rPr>
        <w:t>Taktika</w:t>
      </w:r>
      <w:proofErr w:type="spellEnd"/>
      <w:r w:rsidRPr="00CC580B">
        <w:rPr>
          <w:lang w:val="pl-PL"/>
        </w:rPr>
        <w:t xml:space="preserve"> </w:t>
      </w:r>
      <w:proofErr w:type="spellStart"/>
      <w:r w:rsidRPr="00CC580B">
        <w:rPr>
          <w:lang w:val="pl-PL"/>
        </w:rPr>
        <w:t>ir</w:t>
      </w:r>
      <w:proofErr w:type="spellEnd"/>
      <w:r w:rsidRPr="00CC580B">
        <w:rPr>
          <w:lang w:val="pl-PL"/>
        </w:rPr>
        <w:t xml:space="preserve"> </w:t>
      </w:r>
      <w:proofErr w:type="spellStart"/>
      <w:r w:rsidRPr="00CC580B">
        <w:rPr>
          <w:lang w:val="pl-PL"/>
        </w:rPr>
        <w:t>bendradarbiavimas</w:t>
      </w:r>
      <w:proofErr w:type="spellEnd"/>
      <w:r w:rsidRPr="00CC580B">
        <w:rPr>
          <w:lang w:val="pl-PL"/>
        </w:rPr>
        <w:t xml:space="preserve"> – </w:t>
      </w:r>
      <w:proofErr w:type="spellStart"/>
      <w:r w:rsidRPr="00CC580B">
        <w:rPr>
          <w:lang w:val="pl-PL"/>
        </w:rPr>
        <w:t>planavimo</w:t>
      </w:r>
      <w:proofErr w:type="spellEnd"/>
      <w:r w:rsidRPr="00CC580B">
        <w:rPr>
          <w:lang w:val="pl-PL"/>
        </w:rPr>
        <w:t xml:space="preserve"> </w:t>
      </w:r>
      <w:proofErr w:type="spellStart"/>
      <w:r w:rsidRPr="00CC580B">
        <w:rPr>
          <w:lang w:val="pl-PL"/>
        </w:rPr>
        <w:t>ir</w:t>
      </w:r>
      <w:proofErr w:type="spellEnd"/>
      <w:r w:rsidRPr="00CC580B">
        <w:rPr>
          <w:lang w:val="pl-PL"/>
        </w:rPr>
        <w:t xml:space="preserve"> </w:t>
      </w:r>
      <w:proofErr w:type="spellStart"/>
      <w:r w:rsidRPr="00CC580B">
        <w:rPr>
          <w:lang w:val="pl-PL"/>
        </w:rPr>
        <w:t>taktinio</w:t>
      </w:r>
      <w:proofErr w:type="spellEnd"/>
      <w:r w:rsidRPr="00CC580B">
        <w:rPr>
          <w:lang w:val="pl-PL"/>
        </w:rPr>
        <w:t xml:space="preserve"> </w:t>
      </w:r>
      <w:proofErr w:type="spellStart"/>
      <w:r w:rsidRPr="00CC580B">
        <w:rPr>
          <w:lang w:val="pl-PL"/>
        </w:rPr>
        <w:t>mąstymo</w:t>
      </w:r>
      <w:proofErr w:type="spellEnd"/>
      <w:r w:rsidRPr="00CC580B">
        <w:rPr>
          <w:lang w:val="pl-PL"/>
        </w:rPr>
        <w:t xml:space="preserve"> </w:t>
      </w:r>
      <w:proofErr w:type="spellStart"/>
      <w:r w:rsidRPr="00CC580B">
        <w:rPr>
          <w:lang w:val="pl-PL"/>
        </w:rPr>
        <w:t>elementai</w:t>
      </w:r>
      <w:proofErr w:type="spellEnd"/>
      <w:r w:rsidRPr="00CC580B">
        <w:rPr>
          <w:lang w:val="pl-PL"/>
        </w:rPr>
        <w:t xml:space="preserve"> </w:t>
      </w:r>
      <w:proofErr w:type="spellStart"/>
      <w:r w:rsidRPr="00CC580B">
        <w:rPr>
          <w:lang w:val="pl-PL"/>
        </w:rPr>
        <w:t>žaidimuose</w:t>
      </w:r>
      <w:proofErr w:type="spellEnd"/>
      <w:r w:rsidRPr="00CC580B">
        <w:rPr>
          <w:lang w:val="pl-PL"/>
        </w:rPr>
        <w:t>.</w:t>
      </w:r>
    </w:p>
    <w:p w14:paraId="68818039" w14:textId="2B980A4A" w:rsidR="00CC580B" w:rsidRDefault="00CC580B" w:rsidP="00CC580B">
      <w:pPr>
        <w:pStyle w:val="prastasiniatinklio"/>
        <w:rPr>
          <w:lang w:val="pl-PL"/>
        </w:rPr>
      </w:pPr>
      <w:r w:rsidRPr="00CC580B">
        <w:rPr>
          <w:lang w:val="pl-PL"/>
        </w:rPr>
        <w:t xml:space="preserve">3. </w:t>
      </w:r>
      <w:proofErr w:type="spellStart"/>
      <w:r w:rsidRPr="00CC580B">
        <w:rPr>
          <w:lang w:val="pl-PL"/>
        </w:rPr>
        <w:t>Žaidimai</w:t>
      </w:r>
      <w:proofErr w:type="spellEnd"/>
      <w:r w:rsidRPr="00CC580B">
        <w:rPr>
          <w:lang w:val="pl-PL"/>
        </w:rPr>
        <w:t xml:space="preserve"> </w:t>
      </w:r>
      <w:proofErr w:type="spellStart"/>
      <w:r w:rsidRPr="00CC580B">
        <w:rPr>
          <w:lang w:val="pl-PL"/>
        </w:rPr>
        <w:t>ir</w:t>
      </w:r>
      <w:proofErr w:type="spellEnd"/>
      <w:r w:rsidRPr="00CC580B">
        <w:rPr>
          <w:lang w:val="pl-PL"/>
        </w:rPr>
        <w:t xml:space="preserve"> </w:t>
      </w:r>
      <w:proofErr w:type="spellStart"/>
      <w:r w:rsidRPr="00CC580B">
        <w:rPr>
          <w:lang w:val="pl-PL"/>
        </w:rPr>
        <w:t>žaidimas</w:t>
      </w:r>
      <w:proofErr w:type="spellEnd"/>
      <w:r w:rsidRPr="00CC580B">
        <w:rPr>
          <w:lang w:val="pl-PL"/>
        </w:rPr>
        <w:t xml:space="preserve"> </w:t>
      </w:r>
      <w:proofErr w:type="spellStart"/>
      <w:r w:rsidRPr="00CC580B">
        <w:rPr>
          <w:lang w:val="pl-PL"/>
        </w:rPr>
        <w:t>yra</w:t>
      </w:r>
      <w:proofErr w:type="spellEnd"/>
      <w:r w:rsidRPr="00CC580B">
        <w:rPr>
          <w:lang w:val="pl-PL"/>
        </w:rPr>
        <w:t xml:space="preserve"> </w:t>
      </w:r>
      <w:proofErr w:type="spellStart"/>
      <w:r w:rsidRPr="00CC580B">
        <w:rPr>
          <w:lang w:val="pl-PL"/>
        </w:rPr>
        <w:t>mokymo</w:t>
      </w:r>
      <w:proofErr w:type="spellEnd"/>
      <w:r w:rsidRPr="00CC580B">
        <w:rPr>
          <w:lang w:val="pl-PL"/>
        </w:rPr>
        <w:t xml:space="preserve"> </w:t>
      </w:r>
      <w:proofErr w:type="spellStart"/>
      <w:r w:rsidRPr="00CC580B">
        <w:rPr>
          <w:lang w:val="pl-PL"/>
        </w:rPr>
        <w:t>programos</w:t>
      </w:r>
      <w:proofErr w:type="spellEnd"/>
      <w:r w:rsidRPr="00CC580B">
        <w:rPr>
          <w:lang w:val="pl-PL"/>
        </w:rPr>
        <w:t xml:space="preserve"> </w:t>
      </w:r>
      <w:proofErr w:type="spellStart"/>
      <w:r w:rsidRPr="00CC580B">
        <w:rPr>
          <w:lang w:val="pl-PL"/>
        </w:rPr>
        <w:t>dalis</w:t>
      </w:r>
      <w:proofErr w:type="spellEnd"/>
      <w:r w:rsidRPr="00CC580B">
        <w:rPr>
          <w:lang w:val="pl-PL"/>
        </w:rPr>
        <w:t xml:space="preserve">, </w:t>
      </w:r>
      <w:proofErr w:type="spellStart"/>
      <w:r w:rsidRPr="00CC580B">
        <w:rPr>
          <w:lang w:val="pl-PL"/>
        </w:rPr>
        <w:t>ypač</w:t>
      </w:r>
      <w:proofErr w:type="spellEnd"/>
      <w:r w:rsidRPr="00CC580B">
        <w:rPr>
          <w:lang w:val="pl-PL"/>
        </w:rPr>
        <w:t xml:space="preserve"> </w:t>
      </w:r>
      <w:proofErr w:type="spellStart"/>
      <w:r w:rsidRPr="00CC580B">
        <w:rPr>
          <w:lang w:val="pl-PL"/>
        </w:rPr>
        <w:t>mokant</w:t>
      </w:r>
      <w:proofErr w:type="spellEnd"/>
      <w:r w:rsidRPr="00CC580B">
        <w:rPr>
          <w:lang w:val="pl-PL"/>
        </w:rPr>
        <w:t xml:space="preserve"> </w:t>
      </w:r>
      <w:proofErr w:type="spellStart"/>
      <w:r w:rsidRPr="00CC580B">
        <w:rPr>
          <w:lang w:val="pl-PL"/>
        </w:rPr>
        <w:t>vaikus</w:t>
      </w:r>
      <w:proofErr w:type="spellEnd"/>
    </w:p>
    <w:p w14:paraId="070A7792" w14:textId="77777777" w:rsidR="00347B7F" w:rsidRPr="00347B7F" w:rsidRDefault="00347B7F" w:rsidP="00347B7F">
      <w:pPr>
        <w:pStyle w:val="prastasiniatinklio"/>
        <w:rPr>
          <w:lang w:val="pl-PL"/>
        </w:rPr>
      </w:pPr>
      <w:proofErr w:type="spellStart"/>
      <w:r w:rsidRPr="00347B7F">
        <w:rPr>
          <w:lang w:val="pl-PL"/>
        </w:rPr>
        <w:t>Ankstyvieji</w:t>
      </w:r>
      <w:proofErr w:type="spellEnd"/>
      <w:r w:rsidRPr="00347B7F">
        <w:rPr>
          <w:lang w:val="pl-PL"/>
        </w:rPr>
        <w:t xml:space="preserve"> </w:t>
      </w:r>
      <w:proofErr w:type="spellStart"/>
      <w:r w:rsidRPr="00347B7F">
        <w:rPr>
          <w:lang w:val="pl-PL"/>
        </w:rPr>
        <w:t>metai</w:t>
      </w:r>
      <w:proofErr w:type="spellEnd"/>
    </w:p>
    <w:p w14:paraId="3799DC8E" w14:textId="77777777" w:rsidR="00347B7F" w:rsidRPr="00347B7F" w:rsidRDefault="00347B7F" w:rsidP="00347B7F">
      <w:pPr>
        <w:pStyle w:val="prastasiniatinklio"/>
        <w:rPr>
          <w:lang w:val="pl-PL"/>
        </w:rPr>
      </w:pPr>
      <w:r w:rsidRPr="00347B7F">
        <w:rPr>
          <w:lang w:val="pl-PL"/>
        </w:rPr>
        <w:t xml:space="preserve">• </w:t>
      </w:r>
      <w:proofErr w:type="spellStart"/>
      <w:r w:rsidRPr="00347B7F">
        <w:rPr>
          <w:lang w:val="pl-PL"/>
        </w:rPr>
        <w:t>Akcentas</w:t>
      </w:r>
      <w:proofErr w:type="spellEnd"/>
      <w:r w:rsidRPr="00347B7F">
        <w:rPr>
          <w:lang w:val="pl-PL"/>
        </w:rPr>
        <w:t xml:space="preserve"> </w:t>
      </w:r>
      <w:proofErr w:type="spellStart"/>
      <w:r w:rsidRPr="00347B7F">
        <w:rPr>
          <w:lang w:val="pl-PL"/>
        </w:rPr>
        <w:t>dedamas</w:t>
      </w:r>
      <w:proofErr w:type="spellEnd"/>
      <w:r w:rsidRPr="00347B7F">
        <w:rPr>
          <w:lang w:val="pl-PL"/>
        </w:rPr>
        <w:t xml:space="preserve"> į </w:t>
      </w:r>
      <w:proofErr w:type="spellStart"/>
      <w:r w:rsidRPr="00347B7F">
        <w:rPr>
          <w:lang w:val="pl-PL"/>
        </w:rPr>
        <w:t>aktyvumą</w:t>
      </w:r>
      <w:proofErr w:type="spellEnd"/>
      <w:r w:rsidRPr="00347B7F">
        <w:rPr>
          <w:lang w:val="pl-PL"/>
        </w:rPr>
        <w:t xml:space="preserve"> per </w:t>
      </w:r>
      <w:proofErr w:type="spellStart"/>
      <w:r w:rsidRPr="00347B7F">
        <w:rPr>
          <w:lang w:val="pl-PL"/>
        </w:rPr>
        <w:t>žaidimus</w:t>
      </w:r>
      <w:proofErr w:type="spellEnd"/>
      <w:r w:rsidRPr="00347B7F">
        <w:rPr>
          <w:lang w:val="pl-PL"/>
        </w:rPr>
        <w:t xml:space="preserve"> </w:t>
      </w:r>
      <w:proofErr w:type="spellStart"/>
      <w:r w:rsidRPr="00347B7F">
        <w:rPr>
          <w:lang w:val="pl-PL"/>
        </w:rPr>
        <w:t>ir</w:t>
      </w:r>
      <w:proofErr w:type="spellEnd"/>
      <w:r w:rsidRPr="00347B7F">
        <w:rPr>
          <w:lang w:val="pl-PL"/>
        </w:rPr>
        <w:t xml:space="preserve"> </w:t>
      </w:r>
      <w:proofErr w:type="spellStart"/>
      <w:r w:rsidRPr="00347B7F">
        <w:rPr>
          <w:lang w:val="pl-PL"/>
        </w:rPr>
        <w:t>judėjimo</w:t>
      </w:r>
      <w:proofErr w:type="spellEnd"/>
      <w:r w:rsidRPr="00347B7F">
        <w:rPr>
          <w:lang w:val="pl-PL"/>
        </w:rPr>
        <w:t xml:space="preserve"> </w:t>
      </w:r>
      <w:proofErr w:type="spellStart"/>
      <w:r w:rsidRPr="00347B7F">
        <w:rPr>
          <w:lang w:val="pl-PL"/>
        </w:rPr>
        <w:t>žaidimus</w:t>
      </w:r>
      <w:proofErr w:type="spellEnd"/>
      <w:r w:rsidRPr="00347B7F">
        <w:rPr>
          <w:lang w:val="pl-PL"/>
        </w:rPr>
        <w:t xml:space="preserve">, kurie </w:t>
      </w:r>
      <w:proofErr w:type="spellStart"/>
      <w:r w:rsidRPr="00347B7F">
        <w:rPr>
          <w:lang w:val="pl-PL"/>
        </w:rPr>
        <w:t>padeda</w:t>
      </w:r>
      <w:proofErr w:type="spellEnd"/>
      <w:r w:rsidRPr="00347B7F">
        <w:rPr>
          <w:lang w:val="pl-PL"/>
        </w:rPr>
        <w:t xml:space="preserve"> </w:t>
      </w:r>
      <w:proofErr w:type="spellStart"/>
      <w:r w:rsidRPr="00347B7F">
        <w:rPr>
          <w:lang w:val="pl-PL"/>
        </w:rPr>
        <w:t>ugdyti</w:t>
      </w:r>
      <w:proofErr w:type="spellEnd"/>
      <w:r w:rsidRPr="00347B7F">
        <w:rPr>
          <w:lang w:val="pl-PL"/>
        </w:rPr>
        <w:t xml:space="preserve"> </w:t>
      </w:r>
      <w:proofErr w:type="spellStart"/>
      <w:r w:rsidRPr="00347B7F">
        <w:rPr>
          <w:lang w:val="pl-PL"/>
        </w:rPr>
        <w:t>pagrindinius</w:t>
      </w:r>
      <w:proofErr w:type="spellEnd"/>
      <w:r w:rsidRPr="00347B7F">
        <w:rPr>
          <w:lang w:val="pl-PL"/>
        </w:rPr>
        <w:t xml:space="preserve"> </w:t>
      </w:r>
      <w:proofErr w:type="spellStart"/>
      <w:r w:rsidRPr="00347B7F">
        <w:rPr>
          <w:lang w:val="pl-PL"/>
        </w:rPr>
        <w:t>motorinius</w:t>
      </w:r>
      <w:proofErr w:type="spellEnd"/>
      <w:r w:rsidRPr="00347B7F">
        <w:rPr>
          <w:lang w:val="pl-PL"/>
        </w:rPr>
        <w:t xml:space="preserve"> </w:t>
      </w:r>
      <w:proofErr w:type="spellStart"/>
      <w:r w:rsidRPr="00347B7F">
        <w:rPr>
          <w:lang w:val="pl-PL"/>
        </w:rPr>
        <w:t>įgūdžius</w:t>
      </w:r>
      <w:proofErr w:type="spellEnd"/>
      <w:r w:rsidRPr="00347B7F">
        <w:rPr>
          <w:lang w:val="pl-PL"/>
        </w:rPr>
        <w:t xml:space="preserve">, </w:t>
      </w:r>
      <w:proofErr w:type="spellStart"/>
      <w:r w:rsidRPr="00347B7F">
        <w:rPr>
          <w:lang w:val="pl-PL"/>
        </w:rPr>
        <w:t>pasitikėjimą</w:t>
      </w:r>
      <w:proofErr w:type="spellEnd"/>
      <w:r w:rsidRPr="00347B7F">
        <w:rPr>
          <w:lang w:val="pl-PL"/>
        </w:rPr>
        <w:t xml:space="preserve"> </w:t>
      </w:r>
      <w:proofErr w:type="spellStart"/>
      <w:r w:rsidRPr="00347B7F">
        <w:rPr>
          <w:lang w:val="pl-PL"/>
        </w:rPr>
        <w:t>savimi</w:t>
      </w:r>
      <w:proofErr w:type="spellEnd"/>
      <w:r w:rsidRPr="00347B7F">
        <w:rPr>
          <w:lang w:val="pl-PL"/>
        </w:rPr>
        <w:t xml:space="preserve"> </w:t>
      </w:r>
      <w:proofErr w:type="spellStart"/>
      <w:r w:rsidRPr="00347B7F">
        <w:rPr>
          <w:lang w:val="pl-PL"/>
        </w:rPr>
        <w:t>ir</w:t>
      </w:r>
      <w:proofErr w:type="spellEnd"/>
      <w:r w:rsidRPr="00347B7F">
        <w:rPr>
          <w:lang w:val="pl-PL"/>
        </w:rPr>
        <w:t xml:space="preserve"> </w:t>
      </w:r>
      <w:proofErr w:type="spellStart"/>
      <w:r w:rsidRPr="00347B7F">
        <w:rPr>
          <w:lang w:val="pl-PL"/>
        </w:rPr>
        <w:t>judėjimo</w:t>
      </w:r>
      <w:proofErr w:type="spellEnd"/>
      <w:r w:rsidRPr="00347B7F">
        <w:rPr>
          <w:lang w:val="pl-PL"/>
        </w:rPr>
        <w:t xml:space="preserve"> </w:t>
      </w:r>
      <w:proofErr w:type="spellStart"/>
      <w:r w:rsidRPr="00347B7F">
        <w:rPr>
          <w:lang w:val="pl-PL"/>
        </w:rPr>
        <w:t>malonumą</w:t>
      </w:r>
      <w:proofErr w:type="spellEnd"/>
      <w:r w:rsidRPr="00347B7F">
        <w:rPr>
          <w:lang w:val="pl-PL"/>
        </w:rPr>
        <w:t>.</w:t>
      </w:r>
    </w:p>
    <w:p w14:paraId="24AEF620" w14:textId="77777777" w:rsidR="00347B7F" w:rsidRPr="00347B7F" w:rsidRDefault="00347B7F" w:rsidP="00347B7F">
      <w:pPr>
        <w:pStyle w:val="prastasiniatinklio"/>
        <w:rPr>
          <w:lang w:val="pl-PL"/>
        </w:rPr>
      </w:pPr>
      <w:r w:rsidRPr="00347B7F">
        <w:rPr>
          <w:lang w:val="pl-PL"/>
        </w:rPr>
        <w:t xml:space="preserve">• </w:t>
      </w:r>
      <w:proofErr w:type="spellStart"/>
      <w:r w:rsidRPr="00347B7F">
        <w:rPr>
          <w:lang w:val="pl-PL"/>
        </w:rPr>
        <w:t>Žaismingos</w:t>
      </w:r>
      <w:proofErr w:type="spellEnd"/>
      <w:r w:rsidRPr="00347B7F">
        <w:rPr>
          <w:lang w:val="pl-PL"/>
        </w:rPr>
        <w:t xml:space="preserve"> </w:t>
      </w:r>
      <w:proofErr w:type="spellStart"/>
      <w:r w:rsidRPr="00347B7F">
        <w:rPr>
          <w:lang w:val="pl-PL"/>
        </w:rPr>
        <w:t>veiklos</w:t>
      </w:r>
      <w:proofErr w:type="spellEnd"/>
      <w:r w:rsidRPr="00347B7F">
        <w:rPr>
          <w:lang w:val="pl-PL"/>
        </w:rPr>
        <w:t xml:space="preserve"> </w:t>
      </w:r>
      <w:proofErr w:type="spellStart"/>
      <w:r w:rsidRPr="00347B7F">
        <w:rPr>
          <w:lang w:val="pl-PL"/>
        </w:rPr>
        <w:t>ir</w:t>
      </w:r>
      <w:proofErr w:type="spellEnd"/>
      <w:r w:rsidRPr="00347B7F">
        <w:rPr>
          <w:lang w:val="pl-PL"/>
        </w:rPr>
        <w:t xml:space="preserve"> </w:t>
      </w:r>
      <w:proofErr w:type="spellStart"/>
      <w:r w:rsidRPr="00347B7F">
        <w:rPr>
          <w:lang w:val="pl-PL"/>
        </w:rPr>
        <w:t>paprasti</w:t>
      </w:r>
      <w:proofErr w:type="spellEnd"/>
      <w:r w:rsidRPr="00347B7F">
        <w:rPr>
          <w:lang w:val="pl-PL"/>
        </w:rPr>
        <w:t xml:space="preserve"> </w:t>
      </w:r>
      <w:proofErr w:type="spellStart"/>
      <w:r w:rsidRPr="00347B7F">
        <w:rPr>
          <w:lang w:val="pl-PL"/>
        </w:rPr>
        <w:t>žaidimai</w:t>
      </w:r>
      <w:proofErr w:type="spellEnd"/>
      <w:r w:rsidRPr="00347B7F">
        <w:rPr>
          <w:lang w:val="pl-PL"/>
        </w:rPr>
        <w:t xml:space="preserve"> </w:t>
      </w:r>
      <w:proofErr w:type="spellStart"/>
      <w:r w:rsidRPr="00347B7F">
        <w:rPr>
          <w:lang w:val="pl-PL"/>
        </w:rPr>
        <w:t>dažnai</w:t>
      </w:r>
      <w:proofErr w:type="spellEnd"/>
      <w:r w:rsidRPr="00347B7F">
        <w:rPr>
          <w:lang w:val="pl-PL"/>
        </w:rPr>
        <w:t xml:space="preserve"> </w:t>
      </w:r>
      <w:proofErr w:type="spellStart"/>
      <w:r w:rsidRPr="00347B7F">
        <w:rPr>
          <w:lang w:val="pl-PL"/>
        </w:rPr>
        <w:t>naudojami</w:t>
      </w:r>
      <w:proofErr w:type="spellEnd"/>
      <w:r w:rsidRPr="00347B7F">
        <w:rPr>
          <w:lang w:val="pl-PL"/>
        </w:rPr>
        <w:t xml:space="preserve"> </w:t>
      </w:r>
      <w:proofErr w:type="spellStart"/>
      <w:r w:rsidRPr="00347B7F">
        <w:rPr>
          <w:lang w:val="pl-PL"/>
        </w:rPr>
        <w:t>siekiant</w:t>
      </w:r>
      <w:proofErr w:type="spellEnd"/>
      <w:r w:rsidRPr="00347B7F">
        <w:rPr>
          <w:lang w:val="pl-PL"/>
        </w:rPr>
        <w:t xml:space="preserve"> </w:t>
      </w:r>
      <w:proofErr w:type="spellStart"/>
      <w:r w:rsidRPr="00347B7F">
        <w:rPr>
          <w:lang w:val="pl-PL"/>
        </w:rPr>
        <w:t>integruoti</w:t>
      </w:r>
      <w:proofErr w:type="spellEnd"/>
      <w:r w:rsidRPr="00347B7F">
        <w:rPr>
          <w:lang w:val="pl-PL"/>
        </w:rPr>
        <w:t xml:space="preserve"> </w:t>
      </w:r>
      <w:proofErr w:type="spellStart"/>
      <w:r w:rsidRPr="00347B7F">
        <w:rPr>
          <w:lang w:val="pl-PL"/>
        </w:rPr>
        <w:t>vaikus</w:t>
      </w:r>
      <w:proofErr w:type="spellEnd"/>
      <w:r w:rsidRPr="00347B7F">
        <w:rPr>
          <w:lang w:val="pl-PL"/>
        </w:rPr>
        <w:t xml:space="preserve"> </w:t>
      </w:r>
      <w:proofErr w:type="spellStart"/>
      <w:r w:rsidRPr="00347B7F">
        <w:rPr>
          <w:lang w:val="pl-PL"/>
        </w:rPr>
        <w:t>ir</w:t>
      </w:r>
      <w:proofErr w:type="spellEnd"/>
      <w:r w:rsidRPr="00347B7F">
        <w:rPr>
          <w:lang w:val="pl-PL"/>
        </w:rPr>
        <w:t xml:space="preserve"> </w:t>
      </w:r>
      <w:proofErr w:type="spellStart"/>
      <w:r w:rsidRPr="00347B7F">
        <w:rPr>
          <w:lang w:val="pl-PL"/>
        </w:rPr>
        <w:t>mokyti</w:t>
      </w:r>
      <w:proofErr w:type="spellEnd"/>
      <w:r w:rsidRPr="00347B7F">
        <w:rPr>
          <w:lang w:val="pl-PL"/>
        </w:rPr>
        <w:t xml:space="preserve"> </w:t>
      </w:r>
      <w:proofErr w:type="spellStart"/>
      <w:proofErr w:type="gramStart"/>
      <w:r w:rsidRPr="00347B7F">
        <w:rPr>
          <w:lang w:val="pl-PL"/>
        </w:rPr>
        <w:t>bendradarbiauti.Vyresnių</w:t>
      </w:r>
      <w:proofErr w:type="spellEnd"/>
      <w:proofErr w:type="gramEnd"/>
      <w:r w:rsidRPr="00347B7F">
        <w:rPr>
          <w:lang w:val="pl-PL"/>
        </w:rPr>
        <w:t xml:space="preserve"> </w:t>
      </w:r>
      <w:proofErr w:type="spellStart"/>
      <w:r w:rsidRPr="00347B7F">
        <w:rPr>
          <w:lang w:val="pl-PL"/>
        </w:rPr>
        <w:t>amžiaus</w:t>
      </w:r>
      <w:proofErr w:type="spellEnd"/>
      <w:r w:rsidRPr="00347B7F">
        <w:rPr>
          <w:lang w:val="pl-PL"/>
        </w:rPr>
        <w:t xml:space="preserve"> </w:t>
      </w:r>
      <w:proofErr w:type="spellStart"/>
      <w:r w:rsidRPr="00347B7F">
        <w:rPr>
          <w:lang w:val="pl-PL"/>
        </w:rPr>
        <w:t>grupių</w:t>
      </w:r>
      <w:proofErr w:type="spellEnd"/>
      <w:r w:rsidRPr="00347B7F">
        <w:rPr>
          <w:lang w:val="pl-PL"/>
        </w:rPr>
        <w:t xml:space="preserve"> </w:t>
      </w:r>
      <w:proofErr w:type="spellStart"/>
      <w:r w:rsidRPr="00347B7F">
        <w:rPr>
          <w:lang w:val="pl-PL"/>
        </w:rPr>
        <w:t>atveju</w:t>
      </w:r>
      <w:proofErr w:type="spellEnd"/>
    </w:p>
    <w:p w14:paraId="6724E87D" w14:textId="77777777" w:rsidR="00347B7F" w:rsidRPr="00347B7F" w:rsidRDefault="00347B7F" w:rsidP="00347B7F">
      <w:pPr>
        <w:pStyle w:val="prastasiniatinklio"/>
        <w:rPr>
          <w:lang w:val="pl-PL"/>
        </w:rPr>
      </w:pPr>
      <w:r w:rsidRPr="00347B7F">
        <w:rPr>
          <w:lang w:val="pl-PL"/>
        </w:rPr>
        <w:t xml:space="preserve">• </w:t>
      </w:r>
      <w:proofErr w:type="spellStart"/>
      <w:r w:rsidRPr="00347B7F">
        <w:rPr>
          <w:lang w:val="pl-PL"/>
        </w:rPr>
        <w:t>Vietoj</w:t>
      </w:r>
      <w:proofErr w:type="spellEnd"/>
      <w:r w:rsidRPr="00347B7F">
        <w:rPr>
          <w:lang w:val="pl-PL"/>
        </w:rPr>
        <w:t xml:space="preserve"> </w:t>
      </w:r>
      <w:proofErr w:type="spellStart"/>
      <w:r w:rsidRPr="00347B7F">
        <w:rPr>
          <w:lang w:val="pl-PL"/>
        </w:rPr>
        <w:t>neformalaus</w:t>
      </w:r>
      <w:proofErr w:type="spellEnd"/>
      <w:r w:rsidRPr="00347B7F">
        <w:rPr>
          <w:lang w:val="pl-PL"/>
        </w:rPr>
        <w:t xml:space="preserve"> </w:t>
      </w:r>
      <w:proofErr w:type="spellStart"/>
      <w:r w:rsidRPr="00347B7F">
        <w:rPr>
          <w:lang w:val="pl-PL"/>
        </w:rPr>
        <w:t>žaidimo</w:t>
      </w:r>
      <w:proofErr w:type="spellEnd"/>
      <w:r w:rsidRPr="00347B7F">
        <w:rPr>
          <w:lang w:val="pl-PL"/>
        </w:rPr>
        <w:t xml:space="preserve"> </w:t>
      </w:r>
      <w:proofErr w:type="spellStart"/>
      <w:r w:rsidRPr="00347B7F">
        <w:rPr>
          <w:lang w:val="pl-PL"/>
        </w:rPr>
        <w:t>dominuoja</w:t>
      </w:r>
      <w:proofErr w:type="spellEnd"/>
      <w:r w:rsidRPr="00347B7F">
        <w:rPr>
          <w:lang w:val="pl-PL"/>
        </w:rPr>
        <w:t xml:space="preserve"> </w:t>
      </w:r>
      <w:proofErr w:type="spellStart"/>
      <w:r w:rsidRPr="00347B7F">
        <w:rPr>
          <w:lang w:val="pl-PL"/>
        </w:rPr>
        <w:t>sportiniai</w:t>
      </w:r>
      <w:proofErr w:type="spellEnd"/>
      <w:r w:rsidRPr="00347B7F">
        <w:rPr>
          <w:lang w:val="pl-PL"/>
        </w:rPr>
        <w:t xml:space="preserve"> </w:t>
      </w:r>
      <w:proofErr w:type="spellStart"/>
      <w:r w:rsidRPr="00347B7F">
        <w:rPr>
          <w:lang w:val="pl-PL"/>
        </w:rPr>
        <w:t>žaidimai</w:t>
      </w:r>
      <w:proofErr w:type="spellEnd"/>
      <w:r w:rsidRPr="00347B7F">
        <w:rPr>
          <w:lang w:val="pl-PL"/>
        </w:rPr>
        <w:t xml:space="preserve"> </w:t>
      </w:r>
      <w:proofErr w:type="spellStart"/>
      <w:r w:rsidRPr="00347B7F">
        <w:rPr>
          <w:lang w:val="pl-PL"/>
        </w:rPr>
        <w:t>ir</w:t>
      </w:r>
      <w:proofErr w:type="spellEnd"/>
      <w:r w:rsidRPr="00347B7F">
        <w:rPr>
          <w:lang w:val="pl-PL"/>
        </w:rPr>
        <w:t xml:space="preserve"> mini </w:t>
      </w:r>
      <w:proofErr w:type="spellStart"/>
      <w:r w:rsidRPr="00347B7F">
        <w:rPr>
          <w:lang w:val="pl-PL"/>
        </w:rPr>
        <w:t>komandų</w:t>
      </w:r>
      <w:proofErr w:type="spellEnd"/>
      <w:r w:rsidRPr="00347B7F">
        <w:rPr>
          <w:lang w:val="pl-PL"/>
        </w:rPr>
        <w:t xml:space="preserve"> </w:t>
      </w:r>
      <w:proofErr w:type="spellStart"/>
      <w:r w:rsidRPr="00347B7F">
        <w:rPr>
          <w:lang w:val="pl-PL"/>
        </w:rPr>
        <w:t>žaidimai</w:t>
      </w:r>
      <w:proofErr w:type="spellEnd"/>
      <w:r w:rsidRPr="00347B7F">
        <w:rPr>
          <w:lang w:val="pl-PL"/>
        </w:rPr>
        <w:t xml:space="preserve">, </w:t>
      </w:r>
      <w:proofErr w:type="spellStart"/>
      <w:r w:rsidRPr="00347B7F">
        <w:rPr>
          <w:lang w:val="pl-PL"/>
        </w:rPr>
        <w:t>pvz</w:t>
      </w:r>
      <w:proofErr w:type="spellEnd"/>
      <w:r w:rsidRPr="00347B7F">
        <w:rPr>
          <w:lang w:val="pl-PL"/>
        </w:rPr>
        <w:t xml:space="preserve">., </w:t>
      </w:r>
      <w:proofErr w:type="spellStart"/>
      <w:r w:rsidRPr="00347B7F">
        <w:rPr>
          <w:lang w:val="pl-PL"/>
        </w:rPr>
        <w:t>mažos</w:t>
      </w:r>
      <w:proofErr w:type="spellEnd"/>
      <w:r w:rsidRPr="00347B7F">
        <w:rPr>
          <w:lang w:val="pl-PL"/>
        </w:rPr>
        <w:t xml:space="preserve"> komandos </w:t>
      </w:r>
      <w:proofErr w:type="spellStart"/>
      <w:r w:rsidRPr="00347B7F">
        <w:rPr>
          <w:lang w:val="pl-PL"/>
        </w:rPr>
        <w:t>krepšinio</w:t>
      </w:r>
      <w:proofErr w:type="spellEnd"/>
      <w:r w:rsidRPr="00347B7F">
        <w:rPr>
          <w:lang w:val="pl-PL"/>
        </w:rPr>
        <w:t xml:space="preserve">, </w:t>
      </w:r>
      <w:proofErr w:type="spellStart"/>
      <w:r w:rsidRPr="00347B7F">
        <w:rPr>
          <w:lang w:val="pl-PL"/>
        </w:rPr>
        <w:t>futbolo</w:t>
      </w:r>
      <w:proofErr w:type="spellEnd"/>
      <w:r w:rsidRPr="00347B7F">
        <w:rPr>
          <w:lang w:val="pl-PL"/>
        </w:rPr>
        <w:t xml:space="preserve"> ar </w:t>
      </w:r>
      <w:proofErr w:type="spellStart"/>
      <w:r w:rsidRPr="00347B7F">
        <w:rPr>
          <w:lang w:val="pl-PL"/>
        </w:rPr>
        <w:t>regbio</w:t>
      </w:r>
      <w:proofErr w:type="spellEnd"/>
      <w:r w:rsidRPr="00347B7F">
        <w:rPr>
          <w:lang w:val="pl-PL"/>
        </w:rPr>
        <w:t xml:space="preserve"> </w:t>
      </w:r>
      <w:proofErr w:type="spellStart"/>
      <w:r w:rsidRPr="00347B7F">
        <w:rPr>
          <w:lang w:val="pl-PL"/>
        </w:rPr>
        <w:t>žaidimai</w:t>
      </w:r>
      <w:proofErr w:type="spellEnd"/>
      <w:r w:rsidRPr="00347B7F">
        <w:rPr>
          <w:lang w:val="pl-PL"/>
        </w:rPr>
        <w:t xml:space="preserve">, </w:t>
      </w:r>
      <w:proofErr w:type="spellStart"/>
      <w:r w:rsidRPr="00347B7F">
        <w:rPr>
          <w:lang w:val="pl-PL"/>
        </w:rPr>
        <w:t>taip</w:t>
      </w:r>
      <w:proofErr w:type="spellEnd"/>
      <w:r w:rsidRPr="00347B7F">
        <w:rPr>
          <w:lang w:val="pl-PL"/>
        </w:rPr>
        <w:t xml:space="preserve"> pat </w:t>
      </w:r>
      <w:proofErr w:type="spellStart"/>
      <w:r w:rsidRPr="00347B7F">
        <w:rPr>
          <w:lang w:val="pl-PL"/>
        </w:rPr>
        <w:t>taktiniai</w:t>
      </w:r>
      <w:proofErr w:type="spellEnd"/>
      <w:r w:rsidRPr="00347B7F">
        <w:rPr>
          <w:lang w:val="pl-PL"/>
        </w:rPr>
        <w:t xml:space="preserve"> </w:t>
      </w:r>
      <w:proofErr w:type="spellStart"/>
      <w:r w:rsidRPr="00347B7F">
        <w:rPr>
          <w:lang w:val="pl-PL"/>
        </w:rPr>
        <w:t>ir</w:t>
      </w:r>
      <w:proofErr w:type="spellEnd"/>
      <w:r w:rsidRPr="00347B7F">
        <w:rPr>
          <w:lang w:val="pl-PL"/>
        </w:rPr>
        <w:t xml:space="preserve"> </w:t>
      </w:r>
      <w:proofErr w:type="spellStart"/>
      <w:r w:rsidRPr="00347B7F">
        <w:rPr>
          <w:lang w:val="pl-PL"/>
        </w:rPr>
        <w:t>edukaciniai</w:t>
      </w:r>
      <w:proofErr w:type="spellEnd"/>
      <w:r w:rsidRPr="00347B7F">
        <w:rPr>
          <w:lang w:val="pl-PL"/>
        </w:rPr>
        <w:t xml:space="preserve"> </w:t>
      </w:r>
      <w:proofErr w:type="spellStart"/>
      <w:r w:rsidRPr="00347B7F">
        <w:rPr>
          <w:lang w:val="pl-PL"/>
        </w:rPr>
        <w:t>žaidimai</w:t>
      </w:r>
      <w:proofErr w:type="spellEnd"/>
      <w:r w:rsidRPr="00347B7F">
        <w:rPr>
          <w:lang w:val="pl-PL"/>
        </w:rPr>
        <w:t xml:space="preserve"> (</w:t>
      </w:r>
      <w:proofErr w:type="spellStart"/>
      <w:r w:rsidRPr="00347B7F">
        <w:rPr>
          <w:lang w:val="pl-PL"/>
        </w:rPr>
        <w:t>TGfU</w:t>
      </w:r>
      <w:proofErr w:type="spellEnd"/>
      <w:r w:rsidRPr="00347B7F">
        <w:rPr>
          <w:lang w:val="pl-PL"/>
        </w:rPr>
        <w:t xml:space="preserve"> / </w:t>
      </w:r>
      <w:proofErr w:type="spellStart"/>
      <w:r w:rsidRPr="00347B7F">
        <w:rPr>
          <w:lang w:val="pl-PL"/>
        </w:rPr>
        <w:t>Tactical</w:t>
      </w:r>
      <w:proofErr w:type="spellEnd"/>
      <w:r w:rsidRPr="00347B7F">
        <w:rPr>
          <w:lang w:val="pl-PL"/>
        </w:rPr>
        <w:t xml:space="preserve"> Games).</w:t>
      </w:r>
    </w:p>
    <w:p w14:paraId="0DF7EC77" w14:textId="77777777" w:rsidR="00347B7F" w:rsidRPr="00347B7F" w:rsidRDefault="00347B7F" w:rsidP="00347B7F">
      <w:pPr>
        <w:pStyle w:val="prastasiniatinklio"/>
        <w:rPr>
          <w:lang w:val="pl-PL"/>
        </w:rPr>
      </w:pPr>
      <w:r w:rsidRPr="00347B7F">
        <w:rPr>
          <w:lang w:val="pl-PL"/>
        </w:rPr>
        <w:t xml:space="preserve">• </w:t>
      </w:r>
      <w:proofErr w:type="spellStart"/>
      <w:r w:rsidRPr="00347B7F">
        <w:rPr>
          <w:lang w:val="pl-PL"/>
        </w:rPr>
        <w:t>Žaidimai</w:t>
      </w:r>
      <w:proofErr w:type="spellEnd"/>
      <w:r w:rsidRPr="00347B7F">
        <w:rPr>
          <w:lang w:val="pl-PL"/>
        </w:rPr>
        <w:t xml:space="preserve"> </w:t>
      </w:r>
      <w:proofErr w:type="spellStart"/>
      <w:r w:rsidRPr="00347B7F">
        <w:rPr>
          <w:lang w:val="pl-PL"/>
        </w:rPr>
        <w:t>padeda</w:t>
      </w:r>
      <w:proofErr w:type="spellEnd"/>
      <w:r w:rsidRPr="00347B7F">
        <w:rPr>
          <w:lang w:val="pl-PL"/>
        </w:rPr>
        <w:t xml:space="preserve"> </w:t>
      </w:r>
      <w:proofErr w:type="spellStart"/>
      <w:r w:rsidRPr="00347B7F">
        <w:rPr>
          <w:lang w:val="pl-PL"/>
        </w:rPr>
        <w:t>išmokti</w:t>
      </w:r>
      <w:proofErr w:type="spellEnd"/>
      <w:r w:rsidRPr="00347B7F">
        <w:rPr>
          <w:lang w:val="pl-PL"/>
        </w:rPr>
        <w:t xml:space="preserve"> techniką, </w:t>
      </w:r>
      <w:proofErr w:type="spellStart"/>
      <w:r w:rsidRPr="00347B7F">
        <w:rPr>
          <w:lang w:val="pl-PL"/>
        </w:rPr>
        <w:t>taktiką</w:t>
      </w:r>
      <w:proofErr w:type="spellEnd"/>
      <w:r w:rsidRPr="00347B7F">
        <w:rPr>
          <w:lang w:val="pl-PL"/>
        </w:rPr>
        <w:t xml:space="preserve"> </w:t>
      </w:r>
      <w:proofErr w:type="spellStart"/>
      <w:r w:rsidRPr="00347B7F">
        <w:rPr>
          <w:lang w:val="pl-PL"/>
        </w:rPr>
        <w:t>ir</w:t>
      </w:r>
      <w:proofErr w:type="spellEnd"/>
      <w:r w:rsidRPr="00347B7F">
        <w:rPr>
          <w:lang w:val="pl-PL"/>
        </w:rPr>
        <w:t xml:space="preserve"> </w:t>
      </w:r>
      <w:proofErr w:type="spellStart"/>
      <w:r w:rsidRPr="00347B7F">
        <w:rPr>
          <w:lang w:val="pl-PL"/>
        </w:rPr>
        <w:t>bendradarbiavimo</w:t>
      </w:r>
      <w:proofErr w:type="spellEnd"/>
      <w:r w:rsidRPr="00347B7F">
        <w:rPr>
          <w:lang w:val="pl-PL"/>
        </w:rPr>
        <w:t xml:space="preserve"> </w:t>
      </w:r>
      <w:proofErr w:type="spellStart"/>
      <w:r w:rsidRPr="00347B7F">
        <w:rPr>
          <w:lang w:val="pl-PL"/>
        </w:rPr>
        <w:t>taisykles</w:t>
      </w:r>
      <w:proofErr w:type="spellEnd"/>
      <w:r w:rsidRPr="00347B7F">
        <w:rPr>
          <w:lang w:val="pl-PL"/>
        </w:rPr>
        <w:t xml:space="preserve">, </w:t>
      </w:r>
      <w:proofErr w:type="spellStart"/>
      <w:r w:rsidRPr="00347B7F">
        <w:rPr>
          <w:lang w:val="pl-PL"/>
        </w:rPr>
        <w:t>taip</w:t>
      </w:r>
      <w:proofErr w:type="spellEnd"/>
      <w:r w:rsidRPr="00347B7F">
        <w:rPr>
          <w:lang w:val="pl-PL"/>
        </w:rPr>
        <w:t xml:space="preserve"> pat </w:t>
      </w:r>
      <w:proofErr w:type="spellStart"/>
      <w:r w:rsidRPr="00347B7F">
        <w:rPr>
          <w:lang w:val="pl-PL"/>
        </w:rPr>
        <w:t>išmokti</w:t>
      </w:r>
      <w:proofErr w:type="spellEnd"/>
      <w:r w:rsidRPr="00347B7F">
        <w:rPr>
          <w:lang w:val="pl-PL"/>
        </w:rPr>
        <w:t xml:space="preserve"> </w:t>
      </w:r>
      <w:proofErr w:type="spellStart"/>
      <w:r w:rsidRPr="00347B7F">
        <w:rPr>
          <w:lang w:val="pl-PL"/>
        </w:rPr>
        <w:t>įvairius</w:t>
      </w:r>
      <w:proofErr w:type="spellEnd"/>
      <w:r w:rsidRPr="00347B7F">
        <w:rPr>
          <w:lang w:val="pl-PL"/>
        </w:rPr>
        <w:t xml:space="preserve"> </w:t>
      </w:r>
      <w:proofErr w:type="spellStart"/>
      <w:r w:rsidRPr="00347B7F">
        <w:rPr>
          <w:lang w:val="pl-PL"/>
        </w:rPr>
        <w:t>vaidmenis</w:t>
      </w:r>
      <w:proofErr w:type="spellEnd"/>
      <w:r w:rsidRPr="00347B7F">
        <w:rPr>
          <w:lang w:val="pl-PL"/>
        </w:rPr>
        <w:t xml:space="preserve"> (</w:t>
      </w:r>
      <w:proofErr w:type="spellStart"/>
      <w:r w:rsidRPr="00347B7F">
        <w:rPr>
          <w:lang w:val="pl-PL"/>
        </w:rPr>
        <w:t>žaidėjas</w:t>
      </w:r>
      <w:proofErr w:type="spellEnd"/>
      <w:r w:rsidRPr="00347B7F">
        <w:rPr>
          <w:lang w:val="pl-PL"/>
        </w:rPr>
        <w:t xml:space="preserve">, </w:t>
      </w:r>
      <w:proofErr w:type="spellStart"/>
      <w:r w:rsidRPr="00347B7F">
        <w:rPr>
          <w:lang w:val="pl-PL"/>
        </w:rPr>
        <w:t>teisėjas</w:t>
      </w:r>
      <w:proofErr w:type="spellEnd"/>
      <w:r w:rsidRPr="00347B7F">
        <w:rPr>
          <w:lang w:val="pl-PL"/>
        </w:rPr>
        <w:t xml:space="preserve">, </w:t>
      </w:r>
      <w:proofErr w:type="spellStart"/>
      <w:r w:rsidRPr="00347B7F">
        <w:rPr>
          <w:lang w:val="pl-PL"/>
        </w:rPr>
        <w:t>organizatorius</w:t>
      </w:r>
      <w:proofErr w:type="spellEnd"/>
      <w:r w:rsidRPr="00347B7F">
        <w:rPr>
          <w:lang w:val="pl-PL"/>
        </w:rPr>
        <w:t xml:space="preserve">) </w:t>
      </w:r>
      <w:proofErr w:type="spellStart"/>
      <w:r w:rsidRPr="00347B7F">
        <w:rPr>
          <w:lang w:val="pl-PL"/>
        </w:rPr>
        <w:t>ir</w:t>
      </w:r>
      <w:proofErr w:type="spellEnd"/>
      <w:r w:rsidRPr="00347B7F">
        <w:rPr>
          <w:lang w:val="pl-PL"/>
        </w:rPr>
        <w:t xml:space="preserve"> </w:t>
      </w:r>
      <w:proofErr w:type="spellStart"/>
      <w:r w:rsidRPr="00347B7F">
        <w:rPr>
          <w:lang w:val="pl-PL"/>
        </w:rPr>
        <w:t>strateginį</w:t>
      </w:r>
      <w:proofErr w:type="spellEnd"/>
      <w:r w:rsidRPr="00347B7F">
        <w:rPr>
          <w:lang w:val="pl-PL"/>
        </w:rPr>
        <w:t xml:space="preserve"> </w:t>
      </w:r>
      <w:proofErr w:type="spellStart"/>
      <w:r w:rsidRPr="00347B7F">
        <w:rPr>
          <w:lang w:val="pl-PL"/>
        </w:rPr>
        <w:t>mąstymą</w:t>
      </w:r>
      <w:proofErr w:type="spellEnd"/>
      <w:r w:rsidRPr="00347B7F">
        <w:rPr>
          <w:lang w:val="pl-PL"/>
        </w:rPr>
        <w:t>.</w:t>
      </w:r>
    </w:p>
    <w:p w14:paraId="7B3737AA" w14:textId="77777777" w:rsidR="00347B7F" w:rsidRPr="00347B7F" w:rsidRDefault="00347B7F" w:rsidP="00347B7F">
      <w:pPr>
        <w:pStyle w:val="prastasiniatinklio"/>
        <w:rPr>
          <w:lang w:val="pl-PL"/>
        </w:rPr>
      </w:pPr>
      <w:r w:rsidRPr="00347B7F">
        <w:rPr>
          <w:lang w:val="pl-PL"/>
        </w:rPr>
        <w:t xml:space="preserve">4. </w:t>
      </w:r>
      <w:proofErr w:type="spellStart"/>
      <w:r w:rsidRPr="00347B7F">
        <w:rPr>
          <w:lang w:val="pl-PL"/>
        </w:rPr>
        <w:t>Sportas</w:t>
      </w:r>
      <w:proofErr w:type="spellEnd"/>
      <w:r w:rsidRPr="00347B7F">
        <w:rPr>
          <w:lang w:val="pl-PL"/>
        </w:rPr>
        <w:t xml:space="preserve"> </w:t>
      </w:r>
      <w:proofErr w:type="spellStart"/>
      <w:r w:rsidRPr="00347B7F">
        <w:rPr>
          <w:lang w:val="pl-PL"/>
        </w:rPr>
        <w:t>ir</w:t>
      </w:r>
      <w:proofErr w:type="spellEnd"/>
      <w:r w:rsidRPr="00347B7F">
        <w:rPr>
          <w:lang w:val="pl-PL"/>
        </w:rPr>
        <w:t xml:space="preserve"> </w:t>
      </w:r>
      <w:proofErr w:type="spellStart"/>
      <w:r w:rsidRPr="00347B7F">
        <w:rPr>
          <w:lang w:val="pl-PL"/>
        </w:rPr>
        <w:t>popamokinė</w:t>
      </w:r>
      <w:proofErr w:type="spellEnd"/>
      <w:r w:rsidRPr="00347B7F">
        <w:rPr>
          <w:lang w:val="pl-PL"/>
        </w:rPr>
        <w:t xml:space="preserve"> </w:t>
      </w:r>
      <w:proofErr w:type="spellStart"/>
      <w:r w:rsidRPr="00347B7F">
        <w:rPr>
          <w:lang w:val="pl-PL"/>
        </w:rPr>
        <w:t>veikla</w:t>
      </w:r>
      <w:proofErr w:type="spellEnd"/>
    </w:p>
    <w:p w14:paraId="105F7BEF" w14:textId="77777777" w:rsidR="00347B7F" w:rsidRPr="00347B7F" w:rsidRDefault="00347B7F" w:rsidP="00347B7F">
      <w:pPr>
        <w:pStyle w:val="prastasiniatinklio"/>
        <w:rPr>
          <w:lang w:val="pl-PL"/>
        </w:rPr>
      </w:pPr>
      <w:r w:rsidRPr="00347B7F">
        <w:rPr>
          <w:lang w:val="pl-PL"/>
        </w:rPr>
        <w:t xml:space="preserve">Be </w:t>
      </w:r>
      <w:proofErr w:type="spellStart"/>
      <w:r w:rsidRPr="00347B7F">
        <w:rPr>
          <w:lang w:val="pl-PL"/>
        </w:rPr>
        <w:t>įprastų</w:t>
      </w:r>
      <w:proofErr w:type="spellEnd"/>
      <w:r w:rsidRPr="00347B7F">
        <w:rPr>
          <w:lang w:val="pl-PL"/>
        </w:rPr>
        <w:t xml:space="preserve"> </w:t>
      </w:r>
      <w:proofErr w:type="spellStart"/>
      <w:r w:rsidRPr="00347B7F">
        <w:rPr>
          <w:lang w:val="pl-PL"/>
        </w:rPr>
        <w:t>fizinio</w:t>
      </w:r>
      <w:proofErr w:type="spellEnd"/>
      <w:r w:rsidRPr="00347B7F">
        <w:rPr>
          <w:lang w:val="pl-PL"/>
        </w:rPr>
        <w:t xml:space="preserve"> </w:t>
      </w:r>
      <w:proofErr w:type="spellStart"/>
      <w:r w:rsidRPr="00347B7F">
        <w:rPr>
          <w:lang w:val="pl-PL"/>
        </w:rPr>
        <w:t>lavinimo</w:t>
      </w:r>
      <w:proofErr w:type="spellEnd"/>
      <w:r w:rsidRPr="00347B7F">
        <w:rPr>
          <w:lang w:val="pl-PL"/>
        </w:rPr>
        <w:t xml:space="preserve"> </w:t>
      </w:r>
      <w:proofErr w:type="spellStart"/>
      <w:r w:rsidRPr="00347B7F">
        <w:rPr>
          <w:lang w:val="pl-PL"/>
        </w:rPr>
        <w:t>pamokų</w:t>
      </w:r>
      <w:proofErr w:type="spellEnd"/>
      <w:r w:rsidRPr="00347B7F">
        <w:rPr>
          <w:lang w:val="pl-PL"/>
        </w:rPr>
        <w:t xml:space="preserve">, </w:t>
      </w:r>
      <w:proofErr w:type="spellStart"/>
      <w:r w:rsidRPr="00347B7F">
        <w:rPr>
          <w:lang w:val="pl-PL"/>
        </w:rPr>
        <w:t>mokyklos</w:t>
      </w:r>
      <w:proofErr w:type="spellEnd"/>
      <w:r w:rsidRPr="00347B7F">
        <w:rPr>
          <w:lang w:val="pl-PL"/>
        </w:rPr>
        <w:t xml:space="preserve"> </w:t>
      </w:r>
      <w:proofErr w:type="spellStart"/>
      <w:r w:rsidRPr="00347B7F">
        <w:rPr>
          <w:lang w:val="pl-PL"/>
        </w:rPr>
        <w:t>dažnai</w:t>
      </w:r>
      <w:proofErr w:type="spellEnd"/>
      <w:r w:rsidRPr="00347B7F">
        <w:rPr>
          <w:lang w:val="pl-PL"/>
        </w:rPr>
        <w:t xml:space="preserve"> </w:t>
      </w:r>
      <w:proofErr w:type="spellStart"/>
      <w:r w:rsidRPr="00347B7F">
        <w:rPr>
          <w:lang w:val="pl-PL"/>
        </w:rPr>
        <w:t>organizuoja</w:t>
      </w:r>
      <w:proofErr w:type="spellEnd"/>
      <w:r w:rsidRPr="00347B7F">
        <w:rPr>
          <w:lang w:val="pl-PL"/>
        </w:rPr>
        <w:t>:</w:t>
      </w:r>
    </w:p>
    <w:p w14:paraId="3A222703" w14:textId="77777777" w:rsidR="00347B7F" w:rsidRDefault="00347B7F" w:rsidP="00347B7F">
      <w:pPr>
        <w:pStyle w:val="prastasiniatinklio"/>
      </w:pPr>
      <w:r>
        <w:t xml:space="preserve">• </w:t>
      </w:r>
      <w:proofErr w:type="spellStart"/>
      <w:r>
        <w:t>sporto</w:t>
      </w:r>
      <w:proofErr w:type="spellEnd"/>
      <w:r>
        <w:t xml:space="preserve"> </w:t>
      </w:r>
      <w:proofErr w:type="spellStart"/>
      <w:r>
        <w:t>šventes</w:t>
      </w:r>
      <w:proofErr w:type="spellEnd"/>
      <w:r>
        <w:t xml:space="preserve"> </w:t>
      </w:r>
      <w:proofErr w:type="spellStart"/>
      <w:r>
        <w:t>ir</w:t>
      </w:r>
      <w:proofErr w:type="spellEnd"/>
      <w:r>
        <w:t xml:space="preserve"> </w:t>
      </w:r>
      <w:proofErr w:type="spellStart"/>
      <w:r>
        <w:t>veiklos</w:t>
      </w:r>
      <w:proofErr w:type="spellEnd"/>
      <w:r>
        <w:t xml:space="preserve"> </w:t>
      </w:r>
      <w:proofErr w:type="spellStart"/>
      <w:r>
        <w:t>dienas</w:t>
      </w:r>
      <w:proofErr w:type="spellEnd"/>
      <w:r>
        <w:t xml:space="preserve">, </w:t>
      </w:r>
      <w:proofErr w:type="spellStart"/>
      <w:r>
        <w:t>kuriose</w:t>
      </w:r>
      <w:proofErr w:type="spellEnd"/>
      <w:r>
        <w:t xml:space="preserve"> </w:t>
      </w:r>
      <w:proofErr w:type="spellStart"/>
      <w:r>
        <w:t>derinamos</w:t>
      </w:r>
      <w:proofErr w:type="spellEnd"/>
      <w:r>
        <w:t xml:space="preserve"> </w:t>
      </w:r>
      <w:proofErr w:type="spellStart"/>
      <w:r>
        <w:t>įvairios</w:t>
      </w:r>
      <w:proofErr w:type="spellEnd"/>
      <w:r>
        <w:t xml:space="preserve"> </w:t>
      </w:r>
      <w:proofErr w:type="spellStart"/>
      <w:r>
        <w:t>stotelės</w:t>
      </w:r>
      <w:proofErr w:type="spellEnd"/>
      <w:r>
        <w:t xml:space="preserve"> </w:t>
      </w:r>
      <w:proofErr w:type="spellStart"/>
      <w:r>
        <w:t>ir</w:t>
      </w:r>
      <w:proofErr w:type="spellEnd"/>
      <w:r>
        <w:t xml:space="preserve"> </w:t>
      </w:r>
      <w:proofErr w:type="spellStart"/>
      <w:r>
        <w:t>fizinė</w:t>
      </w:r>
      <w:proofErr w:type="spellEnd"/>
      <w:r>
        <w:t xml:space="preserve"> </w:t>
      </w:r>
      <w:proofErr w:type="spellStart"/>
      <w:r>
        <w:t>veikla</w:t>
      </w:r>
      <w:proofErr w:type="spellEnd"/>
      <w:r>
        <w:t>,</w:t>
      </w:r>
    </w:p>
    <w:p w14:paraId="4B3F77DB" w14:textId="02AA6FE4" w:rsidR="00347B7F" w:rsidRDefault="00347B7F" w:rsidP="00347B7F">
      <w:pPr>
        <w:pStyle w:val="prastasiniatinklio"/>
      </w:pPr>
      <w:r>
        <w:t xml:space="preserve">• </w:t>
      </w:r>
      <w:proofErr w:type="spellStart"/>
      <w:r>
        <w:t>tarpškolinius</w:t>
      </w:r>
      <w:proofErr w:type="spellEnd"/>
      <w:r>
        <w:t xml:space="preserve"> </w:t>
      </w:r>
      <w:proofErr w:type="spellStart"/>
      <w:r>
        <w:t>turnyrus</w:t>
      </w:r>
      <w:proofErr w:type="spellEnd"/>
      <w:r>
        <w:t xml:space="preserve"> </w:t>
      </w:r>
      <w:proofErr w:type="spellStart"/>
      <w:r>
        <w:t>ir</w:t>
      </w:r>
      <w:proofErr w:type="spellEnd"/>
      <w:r>
        <w:t xml:space="preserve"> </w:t>
      </w:r>
      <w:proofErr w:type="spellStart"/>
      <w:r>
        <w:t>renginius</w:t>
      </w:r>
      <w:proofErr w:type="spellEnd"/>
      <w:r>
        <w:t xml:space="preserve">, </w:t>
      </w:r>
      <w:proofErr w:type="spellStart"/>
      <w:r>
        <w:t>kurie</w:t>
      </w:r>
      <w:proofErr w:type="spellEnd"/>
      <w:r>
        <w:t xml:space="preserve"> </w:t>
      </w:r>
      <w:proofErr w:type="spellStart"/>
      <w:r>
        <w:t>stiprina</w:t>
      </w:r>
      <w:proofErr w:type="spellEnd"/>
      <w:r>
        <w:t xml:space="preserve"> </w:t>
      </w:r>
      <w:proofErr w:type="spellStart"/>
      <w:r>
        <w:t>motyvaciją</w:t>
      </w:r>
      <w:proofErr w:type="spellEnd"/>
      <w:r>
        <w:t xml:space="preserve"> </w:t>
      </w:r>
      <w:proofErr w:type="spellStart"/>
      <w:r>
        <w:t>varžytis</w:t>
      </w:r>
      <w:proofErr w:type="spellEnd"/>
      <w:r>
        <w:t xml:space="preserve"> </w:t>
      </w:r>
      <w:proofErr w:type="spellStart"/>
      <w:r>
        <w:t>ir</w:t>
      </w:r>
      <w:proofErr w:type="spellEnd"/>
      <w:r>
        <w:t xml:space="preserve"> </w:t>
      </w:r>
      <w:proofErr w:type="spellStart"/>
      <w:r>
        <w:t>bendradarbiauti</w:t>
      </w:r>
      <w:proofErr w:type="spellEnd"/>
      <w:r>
        <w:t>.</w:t>
      </w:r>
    </w:p>
    <w:p w14:paraId="2BFCD180" w14:textId="77777777" w:rsidR="00347B7F" w:rsidRDefault="00347B7F" w:rsidP="00347B7F">
      <w:pPr>
        <w:pStyle w:val="prastasiniatinklio"/>
      </w:pPr>
      <w:r>
        <w:t xml:space="preserve">5. </w:t>
      </w:r>
      <w:proofErr w:type="spellStart"/>
      <w:r>
        <w:t>Maltos</w:t>
      </w:r>
      <w:proofErr w:type="spellEnd"/>
      <w:r>
        <w:t xml:space="preserve"> </w:t>
      </w:r>
      <w:proofErr w:type="spellStart"/>
      <w:r>
        <w:t>fizinio</w:t>
      </w:r>
      <w:proofErr w:type="spellEnd"/>
      <w:r>
        <w:t xml:space="preserve"> </w:t>
      </w:r>
      <w:proofErr w:type="spellStart"/>
      <w:r>
        <w:t>lavinimo</w:t>
      </w:r>
      <w:proofErr w:type="spellEnd"/>
      <w:r>
        <w:t xml:space="preserve"> </w:t>
      </w:r>
      <w:proofErr w:type="spellStart"/>
      <w:r>
        <w:t>programos</w:t>
      </w:r>
      <w:proofErr w:type="spellEnd"/>
      <w:r>
        <w:t xml:space="preserve"> </w:t>
      </w:r>
      <w:proofErr w:type="spellStart"/>
      <w:r>
        <w:t>pagrindiniai</w:t>
      </w:r>
      <w:proofErr w:type="spellEnd"/>
      <w:r>
        <w:t xml:space="preserve"> </w:t>
      </w:r>
      <w:proofErr w:type="spellStart"/>
      <w:r>
        <w:t>tikslai</w:t>
      </w:r>
      <w:proofErr w:type="spellEnd"/>
      <w:r>
        <w:t xml:space="preserve"> </w:t>
      </w:r>
      <w:proofErr w:type="spellStart"/>
      <w:r>
        <w:t>yra</w:t>
      </w:r>
      <w:proofErr w:type="spellEnd"/>
      <w:r>
        <w:t xml:space="preserve"> </w:t>
      </w:r>
      <w:proofErr w:type="spellStart"/>
      <w:r>
        <w:t>trys</w:t>
      </w:r>
      <w:proofErr w:type="spellEnd"/>
      <w:r>
        <w:t>:</w:t>
      </w:r>
    </w:p>
    <w:p w14:paraId="1CFDED79" w14:textId="77777777" w:rsidR="00347B7F" w:rsidRDefault="00347B7F" w:rsidP="00347B7F">
      <w:pPr>
        <w:pStyle w:val="prastasiniatinklio"/>
      </w:pPr>
      <w:r>
        <w:t xml:space="preserve">1. </w:t>
      </w:r>
      <w:proofErr w:type="spellStart"/>
      <w:r>
        <w:t>Ugdyti</w:t>
      </w:r>
      <w:proofErr w:type="spellEnd"/>
      <w:r>
        <w:t xml:space="preserve"> </w:t>
      </w:r>
      <w:proofErr w:type="spellStart"/>
      <w:r>
        <w:t>fizinį</w:t>
      </w:r>
      <w:proofErr w:type="spellEnd"/>
      <w:r>
        <w:t xml:space="preserve"> </w:t>
      </w:r>
      <w:proofErr w:type="spellStart"/>
      <w:r>
        <w:t>pasirengimą</w:t>
      </w:r>
      <w:proofErr w:type="spellEnd"/>
      <w:r>
        <w:t xml:space="preserve"> </w:t>
      </w:r>
      <w:proofErr w:type="spellStart"/>
      <w:r>
        <w:t>ir</w:t>
      </w:r>
      <w:proofErr w:type="spellEnd"/>
      <w:r>
        <w:t xml:space="preserve"> </w:t>
      </w:r>
      <w:proofErr w:type="spellStart"/>
      <w:r>
        <w:t>motorinius</w:t>
      </w:r>
      <w:proofErr w:type="spellEnd"/>
      <w:r>
        <w:t xml:space="preserve"> </w:t>
      </w:r>
      <w:proofErr w:type="spellStart"/>
      <w:r>
        <w:t>įgūdžius</w:t>
      </w:r>
      <w:proofErr w:type="spellEnd"/>
      <w:r>
        <w:t>,</w:t>
      </w:r>
    </w:p>
    <w:p w14:paraId="548C09DB" w14:textId="77777777" w:rsidR="00347B7F" w:rsidRDefault="00347B7F" w:rsidP="00347B7F">
      <w:pPr>
        <w:pStyle w:val="prastasiniatinklio"/>
      </w:pPr>
      <w:r>
        <w:t xml:space="preserve">2. </w:t>
      </w:r>
      <w:proofErr w:type="spellStart"/>
      <w:r>
        <w:t>Skatinti</w:t>
      </w:r>
      <w:proofErr w:type="spellEnd"/>
      <w:r>
        <w:t xml:space="preserve"> </w:t>
      </w:r>
      <w:proofErr w:type="spellStart"/>
      <w:r>
        <w:t>sveiką</w:t>
      </w:r>
      <w:proofErr w:type="spellEnd"/>
      <w:r>
        <w:t xml:space="preserve">, </w:t>
      </w:r>
      <w:proofErr w:type="spellStart"/>
      <w:r>
        <w:t>aktyvų</w:t>
      </w:r>
      <w:proofErr w:type="spellEnd"/>
      <w:r>
        <w:t xml:space="preserve"> </w:t>
      </w:r>
      <w:proofErr w:type="spellStart"/>
      <w:r>
        <w:t>gyvenimo</w:t>
      </w:r>
      <w:proofErr w:type="spellEnd"/>
      <w:r>
        <w:t xml:space="preserve"> </w:t>
      </w:r>
      <w:proofErr w:type="spellStart"/>
      <w:r>
        <w:t>būdą</w:t>
      </w:r>
      <w:proofErr w:type="spellEnd"/>
      <w:r>
        <w:t>,</w:t>
      </w:r>
    </w:p>
    <w:p w14:paraId="1B62FAAA" w14:textId="77777777" w:rsidR="00347B7F" w:rsidRDefault="00347B7F" w:rsidP="00347B7F">
      <w:pPr>
        <w:pStyle w:val="prastasiniatinklio"/>
      </w:pPr>
      <w:r>
        <w:lastRenderedPageBreak/>
        <w:t xml:space="preserve">3. </w:t>
      </w:r>
      <w:proofErr w:type="spellStart"/>
      <w:r>
        <w:t>Mokyti</w:t>
      </w:r>
      <w:proofErr w:type="spellEnd"/>
      <w:r>
        <w:t xml:space="preserve"> </w:t>
      </w:r>
      <w:proofErr w:type="spellStart"/>
      <w:r>
        <w:t>bendradarbiavimo</w:t>
      </w:r>
      <w:proofErr w:type="spellEnd"/>
      <w:r>
        <w:t xml:space="preserve">, </w:t>
      </w:r>
      <w:proofErr w:type="spellStart"/>
      <w:r>
        <w:t>sąžiningo</w:t>
      </w:r>
      <w:proofErr w:type="spellEnd"/>
      <w:r>
        <w:t xml:space="preserve"> </w:t>
      </w:r>
      <w:proofErr w:type="spellStart"/>
      <w:r>
        <w:t>žaidimo</w:t>
      </w:r>
      <w:proofErr w:type="spellEnd"/>
      <w:r>
        <w:t xml:space="preserve"> </w:t>
      </w:r>
      <w:proofErr w:type="spellStart"/>
      <w:r>
        <w:t>ir</w:t>
      </w:r>
      <w:proofErr w:type="spellEnd"/>
      <w:r>
        <w:t xml:space="preserve"> </w:t>
      </w:r>
      <w:proofErr w:type="spellStart"/>
      <w:r>
        <w:t>socialinio</w:t>
      </w:r>
      <w:proofErr w:type="spellEnd"/>
      <w:r>
        <w:t xml:space="preserve"> </w:t>
      </w:r>
      <w:proofErr w:type="spellStart"/>
      <w:r>
        <w:t>elgesio</w:t>
      </w:r>
      <w:proofErr w:type="spellEnd"/>
      <w:r>
        <w:t xml:space="preserve"> per </w:t>
      </w:r>
      <w:proofErr w:type="spellStart"/>
      <w:r>
        <w:t>žaidimus</w:t>
      </w:r>
      <w:proofErr w:type="spellEnd"/>
      <w:r>
        <w:t xml:space="preserve"> </w:t>
      </w:r>
      <w:proofErr w:type="spellStart"/>
      <w:r>
        <w:t>ir</w:t>
      </w:r>
      <w:proofErr w:type="spellEnd"/>
      <w:r>
        <w:t xml:space="preserve"> </w:t>
      </w:r>
      <w:proofErr w:type="spellStart"/>
      <w:r>
        <w:t>sportą</w:t>
      </w:r>
      <w:proofErr w:type="spellEnd"/>
      <w:r>
        <w:t>.</w:t>
      </w:r>
    </w:p>
    <w:p w14:paraId="5F93338D" w14:textId="77777777" w:rsidR="00347B7F" w:rsidRDefault="00347B7F" w:rsidP="00347B7F">
      <w:pPr>
        <w:pStyle w:val="prastasiniatinklio"/>
      </w:pPr>
    </w:p>
    <w:p w14:paraId="02CF8790" w14:textId="77777777" w:rsidR="00347B7F" w:rsidRPr="00347B7F" w:rsidRDefault="00347B7F" w:rsidP="00CC580B">
      <w:pPr>
        <w:pStyle w:val="prastasiniatinklio"/>
      </w:pPr>
    </w:p>
    <w:p w14:paraId="50BFF9DE" w14:textId="4FB041E0" w:rsidR="009316A0" w:rsidRPr="009316A0" w:rsidRDefault="009316A0" w:rsidP="009316A0">
      <w:pPr>
        <w:pStyle w:val="prastasiniatinklio"/>
        <w:jc w:val="center"/>
        <w:rPr>
          <w:b/>
          <w:bCs/>
        </w:rPr>
      </w:pPr>
      <w:proofErr w:type="spellStart"/>
      <w:r w:rsidRPr="009316A0">
        <w:rPr>
          <w:b/>
          <w:bCs/>
        </w:rPr>
        <w:t>Fizinio</w:t>
      </w:r>
      <w:proofErr w:type="spellEnd"/>
      <w:r w:rsidRPr="009316A0">
        <w:rPr>
          <w:b/>
          <w:bCs/>
        </w:rPr>
        <w:t xml:space="preserve"> </w:t>
      </w:r>
      <w:proofErr w:type="spellStart"/>
      <w:r w:rsidRPr="009316A0">
        <w:rPr>
          <w:b/>
          <w:bCs/>
        </w:rPr>
        <w:t>ugdymo</w:t>
      </w:r>
      <w:proofErr w:type="spellEnd"/>
      <w:r w:rsidRPr="009316A0">
        <w:rPr>
          <w:b/>
          <w:bCs/>
        </w:rPr>
        <w:t xml:space="preserve"> </w:t>
      </w:r>
      <w:proofErr w:type="spellStart"/>
      <w:r w:rsidRPr="009316A0">
        <w:rPr>
          <w:b/>
          <w:bCs/>
        </w:rPr>
        <w:t>pamokos</w:t>
      </w:r>
      <w:proofErr w:type="spellEnd"/>
      <w:r w:rsidRPr="009316A0">
        <w:rPr>
          <w:b/>
          <w:bCs/>
        </w:rPr>
        <w:t xml:space="preserve"> </w:t>
      </w:r>
      <w:proofErr w:type="spellStart"/>
      <w:r w:rsidRPr="009316A0">
        <w:rPr>
          <w:b/>
          <w:bCs/>
        </w:rPr>
        <w:t>Lietuvoje</w:t>
      </w:r>
      <w:proofErr w:type="spellEnd"/>
    </w:p>
    <w:p w14:paraId="6FE194D5" w14:textId="77777777" w:rsidR="009316A0" w:rsidRDefault="009316A0" w:rsidP="009316A0">
      <w:pPr>
        <w:pStyle w:val="prastasiniatinklio"/>
      </w:pPr>
      <w:proofErr w:type="spellStart"/>
      <w:r>
        <w:t>Atnaujintos</w:t>
      </w:r>
      <w:proofErr w:type="spellEnd"/>
      <w:r>
        <w:t xml:space="preserve"> </w:t>
      </w:r>
      <w:proofErr w:type="spellStart"/>
      <w:r>
        <w:t>kūno</w:t>
      </w:r>
      <w:proofErr w:type="spellEnd"/>
      <w:r>
        <w:t xml:space="preserve"> </w:t>
      </w:r>
      <w:proofErr w:type="spellStart"/>
      <w:r>
        <w:t>kultūros</w:t>
      </w:r>
      <w:proofErr w:type="spellEnd"/>
      <w:r>
        <w:t xml:space="preserve"> </w:t>
      </w:r>
      <w:proofErr w:type="spellStart"/>
      <w:r>
        <w:t>programos</w:t>
      </w:r>
      <w:proofErr w:type="spellEnd"/>
      <w:r>
        <w:t xml:space="preserve"> </w:t>
      </w:r>
      <w:proofErr w:type="spellStart"/>
      <w:r>
        <w:t>Lietuvoje</w:t>
      </w:r>
      <w:proofErr w:type="spellEnd"/>
      <w:r>
        <w:t xml:space="preserve"> </w:t>
      </w:r>
      <w:proofErr w:type="spellStart"/>
      <w:r>
        <w:t>akcentuoja</w:t>
      </w:r>
      <w:proofErr w:type="spellEnd"/>
      <w:r>
        <w:t xml:space="preserve"> </w:t>
      </w:r>
      <w:proofErr w:type="spellStart"/>
      <w:r>
        <w:t>visapusišką</w:t>
      </w:r>
      <w:proofErr w:type="spellEnd"/>
      <w:r>
        <w:t xml:space="preserve"> </w:t>
      </w:r>
      <w:proofErr w:type="spellStart"/>
      <w:r>
        <w:t>mokinių</w:t>
      </w:r>
      <w:proofErr w:type="spellEnd"/>
      <w:r>
        <w:t xml:space="preserve"> </w:t>
      </w:r>
      <w:proofErr w:type="spellStart"/>
      <w:r>
        <w:t>ugdymą</w:t>
      </w:r>
      <w:proofErr w:type="spellEnd"/>
      <w:r>
        <w:t xml:space="preserve">, </w:t>
      </w:r>
      <w:proofErr w:type="spellStart"/>
      <w:r>
        <w:t>derinant</w:t>
      </w:r>
      <w:proofErr w:type="spellEnd"/>
      <w:r>
        <w:t xml:space="preserve"> </w:t>
      </w:r>
      <w:proofErr w:type="spellStart"/>
      <w:r>
        <w:t>fizinį</w:t>
      </w:r>
      <w:proofErr w:type="spellEnd"/>
      <w:r>
        <w:t xml:space="preserve"> </w:t>
      </w:r>
      <w:proofErr w:type="spellStart"/>
      <w:r>
        <w:t>aktyvumą</w:t>
      </w:r>
      <w:proofErr w:type="spellEnd"/>
      <w:r>
        <w:t xml:space="preserve">, </w:t>
      </w:r>
      <w:proofErr w:type="spellStart"/>
      <w:r>
        <w:t>sveikatą</w:t>
      </w:r>
      <w:proofErr w:type="spellEnd"/>
      <w:r>
        <w:t xml:space="preserve">, </w:t>
      </w:r>
      <w:proofErr w:type="spellStart"/>
      <w:r>
        <w:t>socialinius</w:t>
      </w:r>
      <w:proofErr w:type="spellEnd"/>
      <w:r>
        <w:t xml:space="preserve"> </w:t>
      </w:r>
      <w:proofErr w:type="spellStart"/>
      <w:r>
        <w:t>įgūdžius</w:t>
      </w:r>
      <w:proofErr w:type="spellEnd"/>
      <w:r>
        <w:t xml:space="preserve"> </w:t>
      </w:r>
      <w:proofErr w:type="spellStart"/>
      <w:r>
        <w:t>ir</w:t>
      </w:r>
      <w:proofErr w:type="spellEnd"/>
      <w:r>
        <w:t xml:space="preserve"> </w:t>
      </w:r>
      <w:proofErr w:type="spellStart"/>
      <w:r>
        <w:t>kultūrinę</w:t>
      </w:r>
      <w:proofErr w:type="spellEnd"/>
      <w:r>
        <w:t xml:space="preserve"> </w:t>
      </w:r>
      <w:proofErr w:type="spellStart"/>
      <w:r>
        <w:t>tapatybę</w:t>
      </w:r>
      <w:proofErr w:type="spellEnd"/>
      <w:r>
        <w:t>.</w:t>
      </w:r>
    </w:p>
    <w:p w14:paraId="3C17B1C1" w14:textId="77777777" w:rsidR="009316A0" w:rsidRDefault="009316A0" w:rsidP="009316A0">
      <w:pPr>
        <w:pStyle w:val="prastasiniatinklio"/>
      </w:pPr>
      <w:proofErr w:type="spellStart"/>
      <w:r>
        <w:t>Kūno</w:t>
      </w:r>
      <w:proofErr w:type="spellEnd"/>
      <w:r>
        <w:t xml:space="preserve"> </w:t>
      </w:r>
      <w:proofErr w:type="spellStart"/>
      <w:r>
        <w:t>kultūra</w:t>
      </w:r>
      <w:proofErr w:type="spellEnd"/>
      <w:r>
        <w:t xml:space="preserve"> </w:t>
      </w:r>
      <w:proofErr w:type="spellStart"/>
      <w:r>
        <w:t>nėra</w:t>
      </w:r>
      <w:proofErr w:type="spellEnd"/>
      <w:r>
        <w:t xml:space="preserve"> </w:t>
      </w:r>
      <w:proofErr w:type="spellStart"/>
      <w:r>
        <w:t>vertinama</w:t>
      </w:r>
      <w:proofErr w:type="spellEnd"/>
      <w:r>
        <w:t xml:space="preserve"> tik </w:t>
      </w:r>
      <w:proofErr w:type="spellStart"/>
      <w:r>
        <w:t>kaip</w:t>
      </w:r>
      <w:proofErr w:type="spellEnd"/>
      <w:r>
        <w:t xml:space="preserve"> </w:t>
      </w:r>
      <w:proofErr w:type="spellStart"/>
      <w:r>
        <w:t>fizinės</w:t>
      </w:r>
      <w:proofErr w:type="spellEnd"/>
      <w:r>
        <w:t xml:space="preserve"> </w:t>
      </w:r>
      <w:proofErr w:type="spellStart"/>
      <w:r>
        <w:t>formos</w:t>
      </w:r>
      <w:proofErr w:type="spellEnd"/>
      <w:r>
        <w:t xml:space="preserve"> </w:t>
      </w:r>
      <w:proofErr w:type="spellStart"/>
      <w:r>
        <w:t>ugdymas</w:t>
      </w:r>
      <w:proofErr w:type="spellEnd"/>
      <w:r>
        <w:t xml:space="preserve">, bet </w:t>
      </w:r>
      <w:proofErr w:type="spellStart"/>
      <w:r>
        <w:t>kaip</w:t>
      </w:r>
      <w:proofErr w:type="spellEnd"/>
      <w:r>
        <w:t xml:space="preserve"> </w:t>
      </w:r>
      <w:proofErr w:type="spellStart"/>
      <w:r>
        <w:t>esminė</w:t>
      </w:r>
      <w:proofErr w:type="spellEnd"/>
      <w:r>
        <w:t xml:space="preserve"> </w:t>
      </w:r>
      <w:proofErr w:type="spellStart"/>
      <w:r>
        <w:t>vaiko</w:t>
      </w:r>
      <w:proofErr w:type="spellEnd"/>
      <w:r>
        <w:t xml:space="preserve"> </w:t>
      </w:r>
      <w:proofErr w:type="spellStart"/>
      <w:r>
        <w:t>ugdymo</w:t>
      </w:r>
      <w:proofErr w:type="spellEnd"/>
      <w:r>
        <w:t xml:space="preserve"> </w:t>
      </w:r>
      <w:proofErr w:type="spellStart"/>
      <w:r>
        <w:t>dalis</w:t>
      </w:r>
      <w:proofErr w:type="spellEnd"/>
      <w:r>
        <w:t xml:space="preserve">, </w:t>
      </w:r>
      <w:proofErr w:type="spellStart"/>
      <w:r>
        <w:t>skatinanti</w:t>
      </w:r>
      <w:proofErr w:type="spellEnd"/>
      <w:r>
        <w:t xml:space="preserve"> </w:t>
      </w:r>
      <w:proofErr w:type="spellStart"/>
      <w:r>
        <w:t>fizinę</w:t>
      </w:r>
      <w:proofErr w:type="spellEnd"/>
      <w:r>
        <w:t xml:space="preserve">, </w:t>
      </w:r>
      <w:proofErr w:type="spellStart"/>
      <w:r>
        <w:t>emocinę</w:t>
      </w:r>
      <w:proofErr w:type="spellEnd"/>
      <w:r>
        <w:t xml:space="preserve"> </w:t>
      </w:r>
      <w:proofErr w:type="spellStart"/>
      <w:r>
        <w:t>ir</w:t>
      </w:r>
      <w:proofErr w:type="spellEnd"/>
      <w:r>
        <w:t xml:space="preserve"> </w:t>
      </w:r>
      <w:proofErr w:type="spellStart"/>
      <w:r>
        <w:t>socialinę</w:t>
      </w:r>
      <w:proofErr w:type="spellEnd"/>
      <w:r>
        <w:t xml:space="preserve"> </w:t>
      </w:r>
      <w:proofErr w:type="spellStart"/>
      <w:r>
        <w:t>gerovę</w:t>
      </w:r>
      <w:proofErr w:type="spellEnd"/>
      <w:r>
        <w:t xml:space="preserve">. </w:t>
      </w:r>
      <w:proofErr w:type="spellStart"/>
      <w:r>
        <w:t>Pagal</w:t>
      </w:r>
      <w:proofErr w:type="spellEnd"/>
      <w:r>
        <w:t xml:space="preserve"> </w:t>
      </w:r>
      <w:proofErr w:type="spellStart"/>
      <w:r>
        <w:t>Lietuvos</w:t>
      </w:r>
      <w:proofErr w:type="spellEnd"/>
      <w:r>
        <w:t xml:space="preserve"> </w:t>
      </w:r>
      <w:proofErr w:type="spellStart"/>
      <w:r>
        <w:t>švietimo</w:t>
      </w:r>
      <w:proofErr w:type="spellEnd"/>
      <w:r>
        <w:t xml:space="preserve"> </w:t>
      </w:r>
      <w:proofErr w:type="spellStart"/>
      <w:r>
        <w:t>ministerijos</w:t>
      </w:r>
      <w:proofErr w:type="spellEnd"/>
      <w:r>
        <w:t xml:space="preserve"> </w:t>
      </w:r>
      <w:proofErr w:type="spellStart"/>
      <w:r>
        <w:t>gaires</w:t>
      </w:r>
      <w:proofErr w:type="spellEnd"/>
      <w:r>
        <w:t xml:space="preserve"> </w:t>
      </w:r>
      <w:proofErr w:type="spellStart"/>
      <w:r>
        <w:t>programos</w:t>
      </w:r>
      <w:proofErr w:type="spellEnd"/>
      <w:r>
        <w:t xml:space="preserve"> </w:t>
      </w:r>
      <w:proofErr w:type="spellStart"/>
      <w:r>
        <w:t>grindžiamos</w:t>
      </w:r>
      <w:proofErr w:type="spellEnd"/>
      <w:r>
        <w:t xml:space="preserve"> </w:t>
      </w:r>
      <w:proofErr w:type="spellStart"/>
      <w:r>
        <w:t>kompetencijomis</w:t>
      </w:r>
      <w:proofErr w:type="spellEnd"/>
      <w:r>
        <w:t xml:space="preserve"> </w:t>
      </w:r>
      <w:proofErr w:type="spellStart"/>
      <w:r>
        <w:t>ir</w:t>
      </w:r>
      <w:proofErr w:type="spellEnd"/>
      <w:r>
        <w:t xml:space="preserve"> </w:t>
      </w:r>
      <w:proofErr w:type="spellStart"/>
      <w:r>
        <w:t>individualia</w:t>
      </w:r>
      <w:proofErr w:type="spellEnd"/>
      <w:r>
        <w:t xml:space="preserve"> </w:t>
      </w:r>
      <w:proofErr w:type="spellStart"/>
      <w:r>
        <w:t>mokinio</w:t>
      </w:r>
      <w:proofErr w:type="spellEnd"/>
      <w:r>
        <w:t xml:space="preserve"> </w:t>
      </w:r>
      <w:proofErr w:type="spellStart"/>
      <w:r>
        <w:t>pažanga</w:t>
      </w:r>
      <w:proofErr w:type="spellEnd"/>
      <w:r>
        <w:t xml:space="preserve">, o </w:t>
      </w:r>
      <w:proofErr w:type="spellStart"/>
      <w:r>
        <w:t>mokytojai</w:t>
      </w:r>
      <w:proofErr w:type="spellEnd"/>
      <w:r>
        <w:t xml:space="preserve"> </w:t>
      </w:r>
      <w:proofErr w:type="spellStart"/>
      <w:r>
        <w:t>turi</w:t>
      </w:r>
      <w:proofErr w:type="spellEnd"/>
      <w:r>
        <w:t xml:space="preserve"> </w:t>
      </w:r>
      <w:proofErr w:type="spellStart"/>
      <w:r>
        <w:t>autonomiją</w:t>
      </w:r>
      <w:proofErr w:type="spellEnd"/>
      <w:r>
        <w:t xml:space="preserve"> </w:t>
      </w:r>
      <w:proofErr w:type="spellStart"/>
      <w:r>
        <w:t>renkantis</w:t>
      </w:r>
      <w:proofErr w:type="spellEnd"/>
      <w:r>
        <w:t xml:space="preserve"> </w:t>
      </w:r>
      <w:proofErr w:type="spellStart"/>
      <w:r>
        <w:t>turinį</w:t>
      </w:r>
      <w:proofErr w:type="spellEnd"/>
      <w:r>
        <w:t xml:space="preserve">, </w:t>
      </w:r>
      <w:proofErr w:type="spellStart"/>
      <w:r>
        <w:t>metodus</w:t>
      </w:r>
      <w:proofErr w:type="spellEnd"/>
      <w:r>
        <w:t xml:space="preserve"> </w:t>
      </w:r>
      <w:proofErr w:type="spellStart"/>
      <w:r>
        <w:t>ir</w:t>
      </w:r>
      <w:proofErr w:type="spellEnd"/>
      <w:r>
        <w:t xml:space="preserve"> </w:t>
      </w:r>
      <w:proofErr w:type="spellStart"/>
      <w:r>
        <w:t>darbo</w:t>
      </w:r>
      <w:proofErr w:type="spellEnd"/>
      <w:r>
        <w:t xml:space="preserve"> </w:t>
      </w:r>
      <w:proofErr w:type="spellStart"/>
      <w:r>
        <w:t>formas</w:t>
      </w:r>
      <w:proofErr w:type="spellEnd"/>
      <w:r>
        <w:t>.</w:t>
      </w:r>
    </w:p>
    <w:p w14:paraId="740B150C" w14:textId="790A191C" w:rsidR="009316A0" w:rsidRDefault="009316A0" w:rsidP="009316A0">
      <w:pPr>
        <w:pStyle w:val="prastasiniatinklio"/>
      </w:pPr>
      <w:proofErr w:type="spellStart"/>
      <w:r>
        <w:t>Kūno</w:t>
      </w:r>
      <w:proofErr w:type="spellEnd"/>
      <w:r>
        <w:t xml:space="preserve"> </w:t>
      </w:r>
      <w:proofErr w:type="spellStart"/>
      <w:r>
        <w:t>kultūros</w:t>
      </w:r>
      <w:proofErr w:type="spellEnd"/>
      <w:r>
        <w:t xml:space="preserve"> </w:t>
      </w:r>
      <w:proofErr w:type="spellStart"/>
      <w:r>
        <w:t>tikslas</w:t>
      </w:r>
      <w:proofErr w:type="spellEnd"/>
      <w:r>
        <w:t xml:space="preserve"> – </w:t>
      </w:r>
      <w:proofErr w:type="spellStart"/>
      <w:r>
        <w:t>ugdyti</w:t>
      </w:r>
      <w:proofErr w:type="spellEnd"/>
      <w:r>
        <w:t xml:space="preserve"> </w:t>
      </w:r>
      <w:proofErr w:type="spellStart"/>
      <w:r>
        <w:t>ilgalaikį</w:t>
      </w:r>
      <w:proofErr w:type="spellEnd"/>
      <w:r>
        <w:t xml:space="preserve"> </w:t>
      </w:r>
      <w:proofErr w:type="spellStart"/>
      <w:r>
        <w:t>poreikį</w:t>
      </w:r>
      <w:proofErr w:type="spellEnd"/>
      <w:r>
        <w:t xml:space="preserve"> </w:t>
      </w:r>
      <w:proofErr w:type="spellStart"/>
      <w:r>
        <w:t>fiziškai</w:t>
      </w:r>
      <w:proofErr w:type="spellEnd"/>
      <w:r>
        <w:t xml:space="preserve"> </w:t>
      </w:r>
      <w:proofErr w:type="spellStart"/>
      <w:r>
        <w:t>aktyviai</w:t>
      </w:r>
      <w:proofErr w:type="spellEnd"/>
      <w:r>
        <w:t xml:space="preserve"> </w:t>
      </w:r>
      <w:proofErr w:type="spellStart"/>
      <w:r>
        <w:t>veikti</w:t>
      </w:r>
      <w:proofErr w:type="spellEnd"/>
      <w:r>
        <w:t xml:space="preserve">, </w:t>
      </w:r>
      <w:proofErr w:type="spellStart"/>
      <w:r>
        <w:t>lavinti</w:t>
      </w:r>
      <w:proofErr w:type="spellEnd"/>
      <w:r>
        <w:t xml:space="preserve"> </w:t>
      </w:r>
      <w:proofErr w:type="spellStart"/>
      <w:r>
        <w:t>pagrindinius</w:t>
      </w:r>
      <w:proofErr w:type="spellEnd"/>
      <w:r>
        <w:t xml:space="preserve"> </w:t>
      </w:r>
      <w:proofErr w:type="spellStart"/>
      <w:r>
        <w:t>motorinius</w:t>
      </w:r>
      <w:proofErr w:type="spellEnd"/>
      <w:r>
        <w:t xml:space="preserve"> </w:t>
      </w:r>
      <w:proofErr w:type="spellStart"/>
      <w:r>
        <w:t>įgūdžius</w:t>
      </w:r>
      <w:proofErr w:type="spellEnd"/>
      <w:r>
        <w:t xml:space="preserve"> (</w:t>
      </w:r>
      <w:proofErr w:type="spellStart"/>
      <w:r>
        <w:t>jėgą</w:t>
      </w:r>
      <w:proofErr w:type="spellEnd"/>
      <w:r>
        <w:t xml:space="preserve">, </w:t>
      </w:r>
      <w:proofErr w:type="spellStart"/>
      <w:r>
        <w:t>greitumą</w:t>
      </w:r>
      <w:proofErr w:type="spellEnd"/>
      <w:r>
        <w:t xml:space="preserve">, </w:t>
      </w:r>
      <w:proofErr w:type="spellStart"/>
      <w:r>
        <w:t>ištvermę</w:t>
      </w:r>
      <w:proofErr w:type="spellEnd"/>
      <w:r>
        <w:t xml:space="preserve">, </w:t>
      </w:r>
      <w:proofErr w:type="spellStart"/>
      <w:r>
        <w:t>koordinaciją</w:t>
      </w:r>
      <w:proofErr w:type="spellEnd"/>
      <w:r>
        <w:t xml:space="preserve"> </w:t>
      </w:r>
      <w:proofErr w:type="spellStart"/>
      <w:r>
        <w:t>ir</w:t>
      </w:r>
      <w:proofErr w:type="spellEnd"/>
      <w:r>
        <w:t xml:space="preserve"> </w:t>
      </w:r>
      <w:proofErr w:type="spellStart"/>
      <w:r>
        <w:t>lankstumą</w:t>
      </w:r>
      <w:proofErr w:type="spellEnd"/>
      <w:r>
        <w:t xml:space="preserve">) </w:t>
      </w:r>
      <w:proofErr w:type="spellStart"/>
      <w:r>
        <w:t>bei</w:t>
      </w:r>
      <w:proofErr w:type="spellEnd"/>
      <w:r>
        <w:t xml:space="preserve"> </w:t>
      </w:r>
      <w:proofErr w:type="spellStart"/>
      <w:r>
        <w:t>skatinti</w:t>
      </w:r>
      <w:proofErr w:type="spellEnd"/>
      <w:r>
        <w:t xml:space="preserve"> </w:t>
      </w:r>
      <w:proofErr w:type="spellStart"/>
      <w:r>
        <w:t>sveiką</w:t>
      </w:r>
      <w:proofErr w:type="spellEnd"/>
      <w:r>
        <w:t xml:space="preserve"> </w:t>
      </w:r>
      <w:proofErr w:type="spellStart"/>
      <w:r>
        <w:t>gyvenimo</w:t>
      </w:r>
      <w:proofErr w:type="spellEnd"/>
      <w:r>
        <w:t xml:space="preserve"> </w:t>
      </w:r>
      <w:proofErr w:type="spellStart"/>
      <w:r>
        <w:t>būdą</w:t>
      </w:r>
      <w:proofErr w:type="spellEnd"/>
      <w:r>
        <w:t xml:space="preserve">. </w:t>
      </w:r>
      <w:proofErr w:type="spellStart"/>
      <w:r>
        <w:t>Tuo</w:t>
      </w:r>
      <w:proofErr w:type="spellEnd"/>
      <w:r>
        <w:t xml:space="preserve"> </w:t>
      </w:r>
      <w:proofErr w:type="spellStart"/>
      <w:r>
        <w:t>pačiu</w:t>
      </w:r>
      <w:proofErr w:type="spellEnd"/>
      <w:r>
        <w:t xml:space="preserve"> </w:t>
      </w:r>
      <w:proofErr w:type="spellStart"/>
      <w:r>
        <w:t>metu</w:t>
      </w:r>
      <w:proofErr w:type="spellEnd"/>
      <w:r>
        <w:t xml:space="preserve"> </w:t>
      </w:r>
      <w:proofErr w:type="spellStart"/>
      <w:r>
        <w:t>pabrėžiama</w:t>
      </w:r>
      <w:proofErr w:type="spellEnd"/>
      <w:r>
        <w:t xml:space="preserve"> </w:t>
      </w:r>
      <w:proofErr w:type="spellStart"/>
      <w:r>
        <w:t>bendradarbiavimo</w:t>
      </w:r>
      <w:proofErr w:type="spellEnd"/>
      <w:r>
        <w:t xml:space="preserve">, </w:t>
      </w:r>
      <w:proofErr w:type="spellStart"/>
      <w:r>
        <w:t>sąžiningo</w:t>
      </w:r>
      <w:proofErr w:type="spellEnd"/>
      <w:r>
        <w:t xml:space="preserve"> </w:t>
      </w:r>
      <w:proofErr w:type="spellStart"/>
      <w:r>
        <w:t>žaidimo</w:t>
      </w:r>
      <w:proofErr w:type="spellEnd"/>
      <w:r>
        <w:t xml:space="preserve">, </w:t>
      </w:r>
      <w:proofErr w:type="spellStart"/>
      <w:r>
        <w:t>atsakomybės</w:t>
      </w:r>
      <w:proofErr w:type="spellEnd"/>
      <w:r>
        <w:t xml:space="preserve"> </w:t>
      </w:r>
      <w:proofErr w:type="spellStart"/>
      <w:r>
        <w:t>ir</w:t>
      </w:r>
      <w:proofErr w:type="spellEnd"/>
      <w:r>
        <w:t xml:space="preserve"> </w:t>
      </w:r>
      <w:proofErr w:type="spellStart"/>
      <w:r>
        <w:t>teigiamo</w:t>
      </w:r>
      <w:proofErr w:type="spellEnd"/>
      <w:r>
        <w:t xml:space="preserve"> </w:t>
      </w:r>
      <w:proofErr w:type="spellStart"/>
      <w:r>
        <w:t>požiūrio</w:t>
      </w:r>
      <w:proofErr w:type="spellEnd"/>
      <w:r>
        <w:t xml:space="preserve"> į </w:t>
      </w:r>
      <w:proofErr w:type="spellStart"/>
      <w:r>
        <w:t>judėjimą</w:t>
      </w:r>
      <w:proofErr w:type="spellEnd"/>
      <w:r>
        <w:t xml:space="preserve"> </w:t>
      </w:r>
      <w:proofErr w:type="spellStart"/>
      <w:r>
        <w:t>bei</w:t>
      </w:r>
      <w:proofErr w:type="spellEnd"/>
      <w:r>
        <w:t xml:space="preserve"> </w:t>
      </w:r>
      <w:proofErr w:type="spellStart"/>
      <w:r>
        <w:t>savo</w:t>
      </w:r>
      <w:proofErr w:type="spellEnd"/>
      <w:r>
        <w:t xml:space="preserve"> </w:t>
      </w:r>
      <w:proofErr w:type="spellStart"/>
      <w:r>
        <w:t>kūną</w:t>
      </w:r>
      <w:proofErr w:type="spellEnd"/>
      <w:r>
        <w:t xml:space="preserve"> </w:t>
      </w:r>
      <w:proofErr w:type="spellStart"/>
      <w:r>
        <w:t>svarba</w:t>
      </w:r>
      <w:proofErr w:type="spellEnd"/>
      <w:r>
        <w:t xml:space="preserve">. </w:t>
      </w:r>
      <w:proofErr w:type="spellStart"/>
      <w:r>
        <w:t>Mokymo</w:t>
      </w:r>
      <w:proofErr w:type="spellEnd"/>
      <w:r>
        <w:t xml:space="preserve"> </w:t>
      </w:r>
      <w:proofErr w:type="spellStart"/>
      <w:r>
        <w:t>programa</w:t>
      </w:r>
      <w:proofErr w:type="spellEnd"/>
      <w:r>
        <w:t xml:space="preserve"> </w:t>
      </w:r>
      <w:proofErr w:type="spellStart"/>
      <w:r>
        <w:t>apima</w:t>
      </w:r>
      <w:proofErr w:type="spellEnd"/>
      <w:r>
        <w:t xml:space="preserve"> ne tik </w:t>
      </w:r>
      <w:proofErr w:type="spellStart"/>
      <w:r>
        <w:t>fizinius</w:t>
      </w:r>
      <w:proofErr w:type="spellEnd"/>
      <w:r>
        <w:t xml:space="preserve"> </w:t>
      </w:r>
      <w:proofErr w:type="spellStart"/>
      <w:r>
        <w:t>pratimus</w:t>
      </w:r>
      <w:proofErr w:type="spellEnd"/>
      <w:r>
        <w:t xml:space="preserve">, bet </w:t>
      </w:r>
      <w:proofErr w:type="spellStart"/>
      <w:r>
        <w:t>ir</w:t>
      </w:r>
      <w:proofErr w:type="spellEnd"/>
      <w:r>
        <w:t xml:space="preserve"> </w:t>
      </w:r>
      <w:proofErr w:type="spellStart"/>
      <w:r>
        <w:t>žinias</w:t>
      </w:r>
      <w:proofErr w:type="spellEnd"/>
      <w:r>
        <w:t xml:space="preserve"> </w:t>
      </w:r>
      <w:proofErr w:type="spellStart"/>
      <w:r>
        <w:t>apie</w:t>
      </w:r>
      <w:proofErr w:type="spellEnd"/>
      <w:r>
        <w:t xml:space="preserve"> </w:t>
      </w:r>
      <w:proofErr w:type="spellStart"/>
      <w:r>
        <w:t>sveikatą</w:t>
      </w:r>
      <w:proofErr w:type="spellEnd"/>
      <w:r>
        <w:t xml:space="preserve"> </w:t>
      </w:r>
      <w:proofErr w:type="spellStart"/>
      <w:r>
        <w:t>ir</w:t>
      </w:r>
      <w:proofErr w:type="spellEnd"/>
      <w:r>
        <w:t xml:space="preserve"> </w:t>
      </w:r>
      <w:proofErr w:type="spellStart"/>
      <w:r>
        <w:t>saugą</w:t>
      </w:r>
      <w:proofErr w:type="spellEnd"/>
      <w:r>
        <w:t xml:space="preserve">, </w:t>
      </w:r>
      <w:proofErr w:type="spellStart"/>
      <w:r>
        <w:t>socialinius</w:t>
      </w:r>
      <w:proofErr w:type="spellEnd"/>
      <w:r>
        <w:t xml:space="preserve"> </w:t>
      </w:r>
      <w:proofErr w:type="spellStart"/>
      <w:r>
        <w:t>ir</w:t>
      </w:r>
      <w:proofErr w:type="spellEnd"/>
      <w:r>
        <w:t xml:space="preserve"> </w:t>
      </w:r>
      <w:proofErr w:type="spellStart"/>
      <w:r>
        <w:t>emocinius</w:t>
      </w:r>
      <w:proofErr w:type="spellEnd"/>
      <w:r>
        <w:t xml:space="preserve"> </w:t>
      </w:r>
      <w:proofErr w:type="spellStart"/>
      <w:r>
        <w:t>įgūdžius</w:t>
      </w:r>
      <w:proofErr w:type="spellEnd"/>
      <w:r>
        <w:t xml:space="preserve"> </w:t>
      </w:r>
      <w:proofErr w:type="spellStart"/>
      <w:r>
        <w:t>bei</w:t>
      </w:r>
      <w:proofErr w:type="spellEnd"/>
      <w:r>
        <w:t xml:space="preserve"> </w:t>
      </w:r>
      <w:proofErr w:type="spellStart"/>
      <w:r>
        <w:t>savo</w:t>
      </w:r>
      <w:proofErr w:type="spellEnd"/>
      <w:r>
        <w:t xml:space="preserve"> </w:t>
      </w:r>
      <w:proofErr w:type="spellStart"/>
      <w:r>
        <w:t>veiklos</w:t>
      </w:r>
      <w:proofErr w:type="spellEnd"/>
      <w:r>
        <w:t xml:space="preserve"> </w:t>
      </w:r>
      <w:proofErr w:type="spellStart"/>
      <w:r>
        <w:t>refleksiją</w:t>
      </w:r>
      <w:proofErr w:type="spellEnd"/>
      <w:r>
        <w:t>.</w:t>
      </w:r>
    </w:p>
    <w:p w14:paraId="3DB5B7D4" w14:textId="3A23A91F" w:rsidR="009316A0" w:rsidRDefault="009316A0" w:rsidP="009316A0">
      <w:pPr>
        <w:pStyle w:val="prastasiniatinklio"/>
      </w:pPr>
      <w:r>
        <w:t xml:space="preserve">  </w:t>
      </w:r>
      <w:proofErr w:type="spellStart"/>
      <w:r>
        <w:t>Svarbus</w:t>
      </w:r>
      <w:proofErr w:type="spellEnd"/>
      <w:r>
        <w:t xml:space="preserve"> </w:t>
      </w:r>
      <w:proofErr w:type="spellStart"/>
      <w:r>
        <w:t>peržiūrėtų</w:t>
      </w:r>
      <w:proofErr w:type="spellEnd"/>
      <w:r>
        <w:t xml:space="preserve"> </w:t>
      </w:r>
      <w:proofErr w:type="spellStart"/>
      <w:r>
        <w:t>planų</w:t>
      </w:r>
      <w:proofErr w:type="spellEnd"/>
      <w:r>
        <w:t xml:space="preserve"> </w:t>
      </w:r>
      <w:proofErr w:type="spellStart"/>
      <w:r>
        <w:t>elementas</w:t>
      </w:r>
      <w:proofErr w:type="spellEnd"/>
      <w:r>
        <w:t xml:space="preserve"> </w:t>
      </w:r>
      <w:proofErr w:type="spellStart"/>
      <w:r>
        <w:t>yra</w:t>
      </w:r>
      <w:proofErr w:type="spellEnd"/>
      <w:r>
        <w:t xml:space="preserve"> </w:t>
      </w:r>
      <w:proofErr w:type="spellStart"/>
      <w:r>
        <w:t>tradicinių</w:t>
      </w:r>
      <w:proofErr w:type="spellEnd"/>
      <w:r>
        <w:t xml:space="preserve"> </w:t>
      </w:r>
      <w:proofErr w:type="spellStart"/>
      <w:r>
        <w:t>liaudies</w:t>
      </w:r>
      <w:proofErr w:type="spellEnd"/>
      <w:r>
        <w:t xml:space="preserve"> </w:t>
      </w:r>
      <w:proofErr w:type="spellStart"/>
      <w:r>
        <w:t>žaidimų</w:t>
      </w:r>
      <w:proofErr w:type="spellEnd"/>
      <w:r>
        <w:t xml:space="preserve"> </w:t>
      </w:r>
      <w:proofErr w:type="spellStart"/>
      <w:r>
        <w:t>ir</w:t>
      </w:r>
      <w:proofErr w:type="spellEnd"/>
      <w:r>
        <w:t xml:space="preserve"> </w:t>
      </w:r>
      <w:proofErr w:type="spellStart"/>
      <w:r>
        <w:t>veiklos</w:t>
      </w:r>
      <w:proofErr w:type="spellEnd"/>
      <w:r>
        <w:t xml:space="preserve"> </w:t>
      </w:r>
      <w:proofErr w:type="spellStart"/>
      <w:r>
        <w:t>integravimas</w:t>
      </w:r>
      <w:proofErr w:type="spellEnd"/>
      <w:r>
        <w:t xml:space="preserve"> į </w:t>
      </w:r>
      <w:proofErr w:type="spellStart"/>
      <w:r>
        <w:t>fizinio</w:t>
      </w:r>
      <w:proofErr w:type="spellEnd"/>
      <w:r>
        <w:t xml:space="preserve"> </w:t>
      </w:r>
      <w:proofErr w:type="spellStart"/>
      <w:r>
        <w:t>lavinimo</w:t>
      </w:r>
      <w:proofErr w:type="spellEnd"/>
      <w:r>
        <w:t xml:space="preserve"> </w:t>
      </w:r>
      <w:proofErr w:type="spellStart"/>
      <w:r>
        <w:t>pamokas</w:t>
      </w:r>
      <w:proofErr w:type="spellEnd"/>
      <w:r>
        <w:t xml:space="preserve">. </w:t>
      </w:r>
      <w:proofErr w:type="spellStart"/>
      <w:r>
        <w:t>Šie</w:t>
      </w:r>
      <w:proofErr w:type="spellEnd"/>
      <w:r>
        <w:t xml:space="preserve"> </w:t>
      </w:r>
      <w:proofErr w:type="spellStart"/>
      <w:r>
        <w:t>žaidimai</w:t>
      </w:r>
      <w:proofErr w:type="spellEnd"/>
      <w:r>
        <w:t xml:space="preserve"> </w:t>
      </w:r>
      <w:proofErr w:type="spellStart"/>
      <w:r>
        <w:t>skatina</w:t>
      </w:r>
      <w:proofErr w:type="spellEnd"/>
      <w:r>
        <w:t xml:space="preserve"> </w:t>
      </w:r>
      <w:proofErr w:type="spellStart"/>
      <w:r>
        <w:t>natūralų</w:t>
      </w:r>
      <w:proofErr w:type="spellEnd"/>
      <w:r>
        <w:t xml:space="preserve"> </w:t>
      </w:r>
      <w:proofErr w:type="spellStart"/>
      <w:r>
        <w:t>judėjimo</w:t>
      </w:r>
      <w:proofErr w:type="spellEnd"/>
      <w:r>
        <w:t xml:space="preserve"> </w:t>
      </w:r>
      <w:proofErr w:type="spellStart"/>
      <w:r>
        <w:t>poreikį</w:t>
      </w:r>
      <w:proofErr w:type="spellEnd"/>
      <w:r>
        <w:t xml:space="preserve">, </w:t>
      </w:r>
      <w:proofErr w:type="spellStart"/>
      <w:r>
        <w:t>lavina</w:t>
      </w:r>
      <w:proofErr w:type="spellEnd"/>
      <w:r>
        <w:t xml:space="preserve"> </w:t>
      </w:r>
      <w:proofErr w:type="spellStart"/>
      <w:r>
        <w:t>koordinaciją</w:t>
      </w:r>
      <w:proofErr w:type="spellEnd"/>
      <w:r>
        <w:t xml:space="preserve">, </w:t>
      </w:r>
      <w:proofErr w:type="spellStart"/>
      <w:r>
        <w:t>erdvinę</w:t>
      </w:r>
      <w:proofErr w:type="spellEnd"/>
      <w:r>
        <w:t xml:space="preserve"> </w:t>
      </w:r>
      <w:proofErr w:type="spellStart"/>
      <w:r>
        <w:t>orientaciją</w:t>
      </w:r>
      <w:proofErr w:type="spellEnd"/>
      <w:r>
        <w:t xml:space="preserve"> </w:t>
      </w:r>
      <w:proofErr w:type="spellStart"/>
      <w:r>
        <w:t>ir</w:t>
      </w:r>
      <w:proofErr w:type="spellEnd"/>
      <w:r>
        <w:t xml:space="preserve"> </w:t>
      </w:r>
      <w:proofErr w:type="spellStart"/>
      <w:r>
        <w:t>refleksus</w:t>
      </w:r>
      <w:proofErr w:type="spellEnd"/>
      <w:r>
        <w:t xml:space="preserve">, </w:t>
      </w:r>
      <w:proofErr w:type="spellStart"/>
      <w:r>
        <w:t>tuo</w:t>
      </w:r>
      <w:proofErr w:type="spellEnd"/>
      <w:r>
        <w:t xml:space="preserve"> </w:t>
      </w:r>
      <w:proofErr w:type="spellStart"/>
      <w:r>
        <w:t>pačiu</w:t>
      </w:r>
      <w:proofErr w:type="spellEnd"/>
      <w:r>
        <w:t xml:space="preserve"> </w:t>
      </w:r>
      <w:proofErr w:type="spellStart"/>
      <w:r>
        <w:t>mokydami</w:t>
      </w:r>
      <w:proofErr w:type="spellEnd"/>
      <w:r>
        <w:t xml:space="preserve"> </w:t>
      </w:r>
      <w:proofErr w:type="spellStart"/>
      <w:r>
        <w:t>bendradarbiauti</w:t>
      </w:r>
      <w:proofErr w:type="spellEnd"/>
      <w:r>
        <w:t xml:space="preserve">, </w:t>
      </w:r>
      <w:proofErr w:type="spellStart"/>
      <w:r>
        <w:t>bendrauti</w:t>
      </w:r>
      <w:proofErr w:type="spellEnd"/>
      <w:r>
        <w:t xml:space="preserve"> </w:t>
      </w:r>
      <w:proofErr w:type="spellStart"/>
      <w:r>
        <w:t>ir</w:t>
      </w:r>
      <w:proofErr w:type="spellEnd"/>
      <w:r>
        <w:t xml:space="preserve"> </w:t>
      </w:r>
      <w:proofErr w:type="spellStart"/>
      <w:r>
        <w:t>gerbti</w:t>
      </w:r>
      <w:proofErr w:type="spellEnd"/>
      <w:r>
        <w:t xml:space="preserve"> </w:t>
      </w:r>
      <w:proofErr w:type="spellStart"/>
      <w:r>
        <w:t>taisykles</w:t>
      </w:r>
      <w:proofErr w:type="spellEnd"/>
      <w:r>
        <w:t xml:space="preserve">. </w:t>
      </w:r>
      <w:proofErr w:type="spellStart"/>
      <w:r>
        <w:t>Kultūrinio</w:t>
      </w:r>
      <w:proofErr w:type="spellEnd"/>
      <w:r>
        <w:t xml:space="preserve"> </w:t>
      </w:r>
      <w:proofErr w:type="spellStart"/>
      <w:r>
        <w:t>paveldo</w:t>
      </w:r>
      <w:proofErr w:type="spellEnd"/>
      <w:r>
        <w:t xml:space="preserve"> </w:t>
      </w:r>
      <w:proofErr w:type="spellStart"/>
      <w:r>
        <w:t>elementų</w:t>
      </w:r>
      <w:proofErr w:type="spellEnd"/>
      <w:r>
        <w:t xml:space="preserve"> </w:t>
      </w:r>
      <w:proofErr w:type="spellStart"/>
      <w:r>
        <w:t>įtraukimas</w:t>
      </w:r>
      <w:proofErr w:type="spellEnd"/>
      <w:r>
        <w:t xml:space="preserve"> į </w:t>
      </w:r>
      <w:proofErr w:type="spellStart"/>
      <w:r>
        <w:t>fizinio</w:t>
      </w:r>
      <w:proofErr w:type="spellEnd"/>
      <w:r>
        <w:t xml:space="preserve"> </w:t>
      </w:r>
      <w:proofErr w:type="spellStart"/>
      <w:r>
        <w:t>lavinimo</w:t>
      </w:r>
      <w:proofErr w:type="spellEnd"/>
      <w:r>
        <w:t xml:space="preserve"> </w:t>
      </w:r>
      <w:proofErr w:type="spellStart"/>
      <w:r>
        <w:t>pamokas</w:t>
      </w:r>
      <w:proofErr w:type="spellEnd"/>
      <w:r>
        <w:t xml:space="preserve"> </w:t>
      </w:r>
      <w:proofErr w:type="spellStart"/>
      <w:r>
        <w:t>stiprina</w:t>
      </w:r>
      <w:proofErr w:type="spellEnd"/>
      <w:r>
        <w:t xml:space="preserve"> </w:t>
      </w:r>
      <w:proofErr w:type="spellStart"/>
      <w:r>
        <w:t>tapatybės</w:t>
      </w:r>
      <w:proofErr w:type="spellEnd"/>
      <w:r>
        <w:t xml:space="preserve"> </w:t>
      </w:r>
      <w:proofErr w:type="spellStart"/>
      <w:r>
        <w:t>jausmą</w:t>
      </w:r>
      <w:proofErr w:type="spellEnd"/>
      <w:r>
        <w:t xml:space="preserve"> </w:t>
      </w:r>
      <w:proofErr w:type="spellStart"/>
      <w:r>
        <w:t>ir</w:t>
      </w:r>
      <w:proofErr w:type="spellEnd"/>
      <w:r>
        <w:t xml:space="preserve"> </w:t>
      </w:r>
      <w:proofErr w:type="spellStart"/>
      <w:r>
        <w:t>leidžia</w:t>
      </w:r>
      <w:proofErr w:type="spellEnd"/>
      <w:r>
        <w:t xml:space="preserve"> </w:t>
      </w:r>
      <w:proofErr w:type="spellStart"/>
      <w:r>
        <w:t>mokiniams</w:t>
      </w:r>
      <w:proofErr w:type="spellEnd"/>
      <w:r>
        <w:t xml:space="preserve"> </w:t>
      </w:r>
      <w:proofErr w:type="spellStart"/>
      <w:r>
        <w:t>aktyviai</w:t>
      </w:r>
      <w:proofErr w:type="spellEnd"/>
      <w:r>
        <w:t xml:space="preserve"> </w:t>
      </w:r>
      <w:proofErr w:type="spellStart"/>
      <w:r>
        <w:t>ir</w:t>
      </w:r>
      <w:proofErr w:type="spellEnd"/>
      <w:r>
        <w:t xml:space="preserve"> </w:t>
      </w:r>
      <w:proofErr w:type="spellStart"/>
      <w:r>
        <w:t>įdomiai</w:t>
      </w:r>
      <w:proofErr w:type="spellEnd"/>
      <w:r>
        <w:t xml:space="preserve"> </w:t>
      </w:r>
      <w:proofErr w:type="spellStart"/>
      <w:r>
        <w:t>mokytis</w:t>
      </w:r>
      <w:proofErr w:type="spellEnd"/>
      <w:r>
        <w:t xml:space="preserve"> </w:t>
      </w:r>
      <w:proofErr w:type="spellStart"/>
      <w:r>
        <w:t>apie</w:t>
      </w:r>
      <w:proofErr w:type="spellEnd"/>
      <w:r>
        <w:t xml:space="preserve"> </w:t>
      </w:r>
      <w:proofErr w:type="spellStart"/>
      <w:r>
        <w:t>tradicijas</w:t>
      </w:r>
      <w:proofErr w:type="spellEnd"/>
      <w:r>
        <w:t>.</w:t>
      </w:r>
      <w:r w:rsidRPr="009316A0">
        <w:t xml:space="preserve"> </w:t>
      </w:r>
      <w:proofErr w:type="spellStart"/>
      <w:r>
        <w:t>Šis</w:t>
      </w:r>
      <w:proofErr w:type="spellEnd"/>
      <w:r>
        <w:t xml:space="preserve"> </w:t>
      </w:r>
      <w:proofErr w:type="spellStart"/>
      <w:r>
        <w:t>požiūris</w:t>
      </w:r>
      <w:proofErr w:type="spellEnd"/>
      <w:r>
        <w:t xml:space="preserve"> </w:t>
      </w:r>
      <w:proofErr w:type="spellStart"/>
      <w:r>
        <w:t>nuosekliai</w:t>
      </w:r>
      <w:proofErr w:type="spellEnd"/>
      <w:r>
        <w:t xml:space="preserve"> </w:t>
      </w:r>
      <w:proofErr w:type="spellStart"/>
      <w:r>
        <w:t>įgyvendinamas</w:t>
      </w:r>
      <w:proofErr w:type="spellEnd"/>
      <w:r>
        <w:t xml:space="preserve"> </w:t>
      </w:r>
      <w:proofErr w:type="spellStart"/>
      <w:r>
        <w:t>Jano</w:t>
      </w:r>
      <w:proofErr w:type="spellEnd"/>
      <w:r>
        <w:t xml:space="preserve"> Sniadeckio </w:t>
      </w:r>
      <w:proofErr w:type="spellStart"/>
      <w:r>
        <w:t>mokykloje</w:t>
      </w:r>
      <w:proofErr w:type="spellEnd"/>
      <w:r>
        <w:t xml:space="preserve">, </w:t>
      </w:r>
      <w:proofErr w:type="spellStart"/>
      <w:r>
        <w:t>kurioje</w:t>
      </w:r>
      <w:proofErr w:type="spellEnd"/>
      <w:r>
        <w:t xml:space="preserve"> </w:t>
      </w:r>
      <w:proofErr w:type="spellStart"/>
      <w:r>
        <w:t>nuo</w:t>
      </w:r>
      <w:proofErr w:type="spellEnd"/>
      <w:r>
        <w:t xml:space="preserve"> pat </w:t>
      </w:r>
      <w:proofErr w:type="spellStart"/>
      <w:r>
        <w:t>pirmųjų</w:t>
      </w:r>
      <w:proofErr w:type="spellEnd"/>
      <w:r>
        <w:t xml:space="preserve"> </w:t>
      </w:r>
      <w:proofErr w:type="spellStart"/>
      <w:r>
        <w:t>metų</w:t>
      </w:r>
      <w:proofErr w:type="spellEnd"/>
      <w:r>
        <w:t xml:space="preserve"> </w:t>
      </w:r>
      <w:proofErr w:type="spellStart"/>
      <w:r>
        <w:t>sistemingai</w:t>
      </w:r>
      <w:proofErr w:type="spellEnd"/>
      <w:r>
        <w:t xml:space="preserve"> </w:t>
      </w:r>
      <w:proofErr w:type="spellStart"/>
      <w:r>
        <w:t>naudojami</w:t>
      </w:r>
      <w:proofErr w:type="spellEnd"/>
      <w:r>
        <w:t xml:space="preserve"> </w:t>
      </w:r>
      <w:proofErr w:type="spellStart"/>
      <w:r>
        <w:t>žaidimai</w:t>
      </w:r>
      <w:proofErr w:type="spellEnd"/>
      <w:r>
        <w:t xml:space="preserve"> </w:t>
      </w:r>
      <w:proofErr w:type="spellStart"/>
      <w:r>
        <w:t>ir</w:t>
      </w:r>
      <w:proofErr w:type="spellEnd"/>
      <w:r>
        <w:t xml:space="preserve"> </w:t>
      </w:r>
      <w:proofErr w:type="spellStart"/>
      <w:r>
        <w:t>veiklos</w:t>
      </w:r>
      <w:proofErr w:type="spellEnd"/>
      <w:r>
        <w:t xml:space="preserve">, </w:t>
      </w:r>
      <w:proofErr w:type="spellStart"/>
      <w:r>
        <w:t>sukurti</w:t>
      </w:r>
      <w:proofErr w:type="spellEnd"/>
      <w:r>
        <w:t xml:space="preserve"> </w:t>
      </w:r>
      <w:proofErr w:type="spellStart"/>
      <w:r>
        <w:t>pagal</w:t>
      </w:r>
      <w:proofErr w:type="spellEnd"/>
      <w:r>
        <w:t xml:space="preserve"> Erasmus+ </w:t>
      </w:r>
      <w:proofErr w:type="spellStart"/>
      <w:r>
        <w:t>projektą</w:t>
      </w:r>
      <w:proofErr w:type="spellEnd"/>
      <w:r>
        <w:t xml:space="preserve"> „Let's Play </w:t>
      </w:r>
      <w:proofErr w:type="gramStart"/>
      <w:r>
        <w:t>Again“ (</w:t>
      </w:r>
      <w:proofErr w:type="spellStart"/>
      <w:proofErr w:type="gramEnd"/>
      <w:r>
        <w:t>Žaiskime</w:t>
      </w:r>
      <w:proofErr w:type="spellEnd"/>
      <w:r>
        <w:t xml:space="preserve"> </w:t>
      </w:r>
      <w:proofErr w:type="spellStart"/>
      <w:r>
        <w:t>vėl</w:t>
      </w:r>
      <w:proofErr w:type="spellEnd"/>
      <w:r>
        <w:t xml:space="preserve">). </w:t>
      </w:r>
      <w:proofErr w:type="spellStart"/>
      <w:r>
        <w:t>Projekto</w:t>
      </w:r>
      <w:proofErr w:type="spellEnd"/>
      <w:r>
        <w:t xml:space="preserve"> </w:t>
      </w:r>
      <w:proofErr w:type="spellStart"/>
      <w:r>
        <w:t>žaidimai</w:t>
      </w:r>
      <w:proofErr w:type="spellEnd"/>
      <w:r>
        <w:t xml:space="preserve"> </w:t>
      </w:r>
      <w:proofErr w:type="spellStart"/>
      <w:r>
        <w:t>yra</w:t>
      </w:r>
      <w:proofErr w:type="spellEnd"/>
      <w:r>
        <w:t xml:space="preserve"> </w:t>
      </w:r>
      <w:proofErr w:type="spellStart"/>
      <w:r>
        <w:t>įtraukti</w:t>
      </w:r>
      <w:proofErr w:type="spellEnd"/>
      <w:r>
        <w:t xml:space="preserve"> į </w:t>
      </w:r>
      <w:proofErr w:type="spellStart"/>
      <w:r>
        <w:t>kasdienę</w:t>
      </w:r>
      <w:proofErr w:type="spellEnd"/>
      <w:r>
        <w:t xml:space="preserve"> </w:t>
      </w:r>
      <w:proofErr w:type="spellStart"/>
      <w:r>
        <w:t>fizinio</w:t>
      </w:r>
      <w:proofErr w:type="spellEnd"/>
      <w:r>
        <w:t xml:space="preserve"> </w:t>
      </w:r>
      <w:proofErr w:type="spellStart"/>
      <w:r>
        <w:t>lavinimo</w:t>
      </w:r>
      <w:proofErr w:type="spellEnd"/>
      <w:r>
        <w:t xml:space="preserve"> </w:t>
      </w:r>
      <w:proofErr w:type="spellStart"/>
      <w:r>
        <w:t>praktiką</w:t>
      </w:r>
      <w:proofErr w:type="spellEnd"/>
      <w:r>
        <w:t xml:space="preserve"> </w:t>
      </w:r>
      <w:proofErr w:type="spellStart"/>
      <w:r>
        <w:t>kaip</w:t>
      </w:r>
      <w:proofErr w:type="spellEnd"/>
      <w:r>
        <w:t xml:space="preserve"> </w:t>
      </w:r>
      <w:proofErr w:type="spellStart"/>
      <w:r>
        <w:t>neatskiriama</w:t>
      </w:r>
      <w:proofErr w:type="spellEnd"/>
      <w:r>
        <w:t xml:space="preserve"> </w:t>
      </w:r>
      <w:proofErr w:type="spellStart"/>
      <w:r>
        <w:t>mokymo</w:t>
      </w:r>
      <w:proofErr w:type="spellEnd"/>
      <w:r>
        <w:t xml:space="preserve"> </w:t>
      </w:r>
      <w:proofErr w:type="spellStart"/>
      <w:r>
        <w:t>programos</w:t>
      </w:r>
      <w:proofErr w:type="spellEnd"/>
      <w:r>
        <w:t xml:space="preserve"> </w:t>
      </w:r>
      <w:proofErr w:type="spellStart"/>
      <w:r>
        <w:t>dalis</w:t>
      </w:r>
      <w:proofErr w:type="spellEnd"/>
      <w:r>
        <w:t xml:space="preserve">. </w:t>
      </w:r>
      <w:proofErr w:type="spellStart"/>
      <w:r>
        <w:t>Jie</w:t>
      </w:r>
      <w:proofErr w:type="spellEnd"/>
      <w:r>
        <w:t xml:space="preserve"> </w:t>
      </w:r>
      <w:proofErr w:type="spellStart"/>
      <w:r>
        <w:t>pritaikyti</w:t>
      </w:r>
      <w:proofErr w:type="spellEnd"/>
      <w:r>
        <w:t xml:space="preserve"> </w:t>
      </w:r>
      <w:proofErr w:type="spellStart"/>
      <w:r>
        <w:t>mokinių</w:t>
      </w:r>
      <w:proofErr w:type="spellEnd"/>
      <w:r>
        <w:t xml:space="preserve"> </w:t>
      </w:r>
      <w:proofErr w:type="spellStart"/>
      <w:r>
        <w:t>amžiui</w:t>
      </w:r>
      <w:proofErr w:type="spellEnd"/>
      <w:r>
        <w:t xml:space="preserve"> </w:t>
      </w:r>
      <w:proofErr w:type="spellStart"/>
      <w:r>
        <w:t>ir</w:t>
      </w:r>
      <w:proofErr w:type="spellEnd"/>
      <w:r>
        <w:t xml:space="preserve"> </w:t>
      </w:r>
      <w:proofErr w:type="spellStart"/>
      <w:r>
        <w:t>gebėjimams</w:t>
      </w:r>
      <w:proofErr w:type="spellEnd"/>
      <w:r>
        <w:t xml:space="preserve">, </w:t>
      </w:r>
      <w:proofErr w:type="spellStart"/>
      <w:r>
        <w:t>juose</w:t>
      </w:r>
      <w:proofErr w:type="spellEnd"/>
      <w:r>
        <w:t xml:space="preserve"> </w:t>
      </w:r>
      <w:proofErr w:type="spellStart"/>
      <w:r>
        <w:t>derinami</w:t>
      </w:r>
      <w:proofErr w:type="spellEnd"/>
      <w:r>
        <w:t xml:space="preserve"> </w:t>
      </w:r>
      <w:proofErr w:type="spellStart"/>
      <w:r>
        <w:t>judesiai</w:t>
      </w:r>
      <w:proofErr w:type="spellEnd"/>
      <w:r>
        <w:t xml:space="preserve"> </w:t>
      </w:r>
      <w:proofErr w:type="spellStart"/>
      <w:r>
        <w:t>su</w:t>
      </w:r>
      <w:proofErr w:type="spellEnd"/>
      <w:r>
        <w:t xml:space="preserve"> </w:t>
      </w:r>
      <w:proofErr w:type="spellStart"/>
      <w:r>
        <w:t>ritmu</w:t>
      </w:r>
      <w:proofErr w:type="spellEnd"/>
      <w:r>
        <w:t xml:space="preserve">, </w:t>
      </w:r>
      <w:proofErr w:type="spellStart"/>
      <w:r>
        <w:t>bendradarbiavimo</w:t>
      </w:r>
      <w:proofErr w:type="spellEnd"/>
      <w:r>
        <w:t xml:space="preserve"> </w:t>
      </w:r>
      <w:proofErr w:type="spellStart"/>
      <w:r>
        <w:t>elementais</w:t>
      </w:r>
      <w:proofErr w:type="spellEnd"/>
      <w:r>
        <w:t xml:space="preserve"> </w:t>
      </w:r>
      <w:proofErr w:type="spellStart"/>
      <w:r>
        <w:t>ir</w:t>
      </w:r>
      <w:proofErr w:type="spellEnd"/>
      <w:r>
        <w:t xml:space="preserve"> </w:t>
      </w:r>
      <w:proofErr w:type="spellStart"/>
      <w:r>
        <w:t>liaudies</w:t>
      </w:r>
      <w:proofErr w:type="spellEnd"/>
      <w:r>
        <w:t xml:space="preserve"> </w:t>
      </w:r>
      <w:proofErr w:type="spellStart"/>
      <w:r>
        <w:t>tradicijomis</w:t>
      </w:r>
      <w:proofErr w:type="spellEnd"/>
      <w:r>
        <w:t xml:space="preserve">, </w:t>
      </w:r>
      <w:proofErr w:type="spellStart"/>
      <w:r>
        <w:t>tuo</w:t>
      </w:r>
      <w:proofErr w:type="spellEnd"/>
      <w:r>
        <w:t xml:space="preserve"> </w:t>
      </w:r>
      <w:proofErr w:type="spellStart"/>
      <w:r>
        <w:t>pačiu</w:t>
      </w:r>
      <w:proofErr w:type="spellEnd"/>
      <w:r>
        <w:t xml:space="preserve"> </w:t>
      </w:r>
      <w:proofErr w:type="spellStart"/>
      <w:r>
        <w:t>skatinant</w:t>
      </w:r>
      <w:proofErr w:type="spellEnd"/>
      <w:r>
        <w:t xml:space="preserve"> </w:t>
      </w:r>
      <w:proofErr w:type="spellStart"/>
      <w:r>
        <w:t>integraciją</w:t>
      </w:r>
      <w:proofErr w:type="spellEnd"/>
      <w:r>
        <w:t xml:space="preserve"> </w:t>
      </w:r>
      <w:proofErr w:type="spellStart"/>
      <w:r>
        <w:t>klasėje</w:t>
      </w:r>
      <w:proofErr w:type="spellEnd"/>
      <w:r>
        <w:t xml:space="preserve"> </w:t>
      </w:r>
      <w:proofErr w:type="spellStart"/>
      <w:r>
        <w:t>ir</w:t>
      </w:r>
      <w:proofErr w:type="spellEnd"/>
      <w:r>
        <w:t xml:space="preserve"> </w:t>
      </w:r>
      <w:proofErr w:type="spellStart"/>
      <w:r>
        <w:t>tarpkultūrinį</w:t>
      </w:r>
      <w:proofErr w:type="spellEnd"/>
      <w:r>
        <w:t xml:space="preserve"> </w:t>
      </w:r>
      <w:proofErr w:type="spellStart"/>
      <w:r>
        <w:t>ugdymą</w:t>
      </w:r>
      <w:proofErr w:type="spellEnd"/>
      <w:r>
        <w:t>.</w:t>
      </w:r>
    </w:p>
    <w:p w14:paraId="0ECA8FBB" w14:textId="36854F3C" w:rsidR="009316A0" w:rsidRDefault="009316A0" w:rsidP="009316A0">
      <w:pPr>
        <w:pStyle w:val="prastasiniatinklio"/>
      </w:pPr>
      <w:r>
        <w:t xml:space="preserve">    </w:t>
      </w:r>
      <w:proofErr w:type="spellStart"/>
      <w:r>
        <w:t>Patirtis</w:t>
      </w:r>
      <w:proofErr w:type="spellEnd"/>
      <w:r>
        <w:t xml:space="preserve"> </w:t>
      </w:r>
      <w:proofErr w:type="spellStart"/>
      <w:r>
        <w:t>rodo</w:t>
      </w:r>
      <w:proofErr w:type="spellEnd"/>
      <w:r>
        <w:t xml:space="preserve">, </w:t>
      </w:r>
      <w:proofErr w:type="spellStart"/>
      <w:r>
        <w:t>kad</w:t>
      </w:r>
      <w:proofErr w:type="spellEnd"/>
      <w:r>
        <w:t xml:space="preserve"> </w:t>
      </w:r>
      <w:proofErr w:type="spellStart"/>
      <w:r>
        <w:t>vaikai</w:t>
      </w:r>
      <w:proofErr w:type="spellEnd"/>
      <w:r>
        <w:t xml:space="preserve"> </w:t>
      </w:r>
      <w:proofErr w:type="spellStart"/>
      <w:r>
        <w:t>ir</w:t>
      </w:r>
      <w:proofErr w:type="spellEnd"/>
      <w:r>
        <w:t xml:space="preserve"> </w:t>
      </w:r>
      <w:proofErr w:type="spellStart"/>
      <w:r>
        <w:t>jaunuoliai</w:t>
      </w:r>
      <w:proofErr w:type="spellEnd"/>
      <w:r>
        <w:t xml:space="preserve"> </w:t>
      </w:r>
      <w:proofErr w:type="spellStart"/>
      <w:r>
        <w:t>labai</w:t>
      </w:r>
      <w:proofErr w:type="spellEnd"/>
      <w:r>
        <w:t xml:space="preserve"> </w:t>
      </w:r>
      <w:proofErr w:type="spellStart"/>
      <w:r>
        <w:t>noriai</w:t>
      </w:r>
      <w:proofErr w:type="spellEnd"/>
      <w:r>
        <w:t xml:space="preserve"> </w:t>
      </w:r>
      <w:proofErr w:type="spellStart"/>
      <w:r>
        <w:t>dalyvauja</w:t>
      </w:r>
      <w:proofErr w:type="spellEnd"/>
      <w:r>
        <w:t xml:space="preserve"> </w:t>
      </w:r>
      <w:proofErr w:type="spellStart"/>
      <w:r>
        <w:t>tokio</w:t>
      </w:r>
      <w:proofErr w:type="spellEnd"/>
      <w:r>
        <w:t xml:space="preserve"> </w:t>
      </w:r>
      <w:proofErr w:type="spellStart"/>
      <w:r>
        <w:t>tipo</w:t>
      </w:r>
      <w:proofErr w:type="spellEnd"/>
      <w:r>
        <w:t xml:space="preserve"> </w:t>
      </w:r>
      <w:proofErr w:type="spellStart"/>
      <w:r>
        <w:t>veikloje</w:t>
      </w:r>
      <w:proofErr w:type="spellEnd"/>
      <w:r>
        <w:t xml:space="preserve">. </w:t>
      </w:r>
      <w:proofErr w:type="spellStart"/>
      <w:r>
        <w:t>Projekto</w:t>
      </w:r>
      <w:proofErr w:type="spellEnd"/>
      <w:r>
        <w:t xml:space="preserve"> </w:t>
      </w:r>
      <w:proofErr w:type="spellStart"/>
      <w:r>
        <w:t>žaidimai</w:t>
      </w:r>
      <w:proofErr w:type="spellEnd"/>
      <w:r>
        <w:t xml:space="preserve"> </w:t>
      </w:r>
      <w:proofErr w:type="spellStart"/>
      <w:r>
        <w:t>yra</w:t>
      </w:r>
      <w:proofErr w:type="spellEnd"/>
      <w:r>
        <w:t xml:space="preserve"> </w:t>
      </w:r>
      <w:proofErr w:type="spellStart"/>
      <w:r>
        <w:t>įdomūs</w:t>
      </w:r>
      <w:proofErr w:type="spellEnd"/>
      <w:r>
        <w:t xml:space="preserve">, </w:t>
      </w:r>
      <w:proofErr w:type="spellStart"/>
      <w:r>
        <w:t>dinamiški</w:t>
      </w:r>
      <w:proofErr w:type="spellEnd"/>
      <w:r>
        <w:t xml:space="preserve"> </w:t>
      </w:r>
      <w:proofErr w:type="spellStart"/>
      <w:r>
        <w:t>ir</w:t>
      </w:r>
      <w:proofErr w:type="spellEnd"/>
      <w:r>
        <w:t xml:space="preserve"> </w:t>
      </w:r>
      <w:proofErr w:type="spellStart"/>
      <w:r>
        <w:t>suteikia</w:t>
      </w:r>
      <w:proofErr w:type="spellEnd"/>
      <w:r>
        <w:t xml:space="preserve"> </w:t>
      </w:r>
      <w:proofErr w:type="spellStart"/>
      <w:r>
        <w:t>bendro</w:t>
      </w:r>
      <w:proofErr w:type="spellEnd"/>
      <w:r>
        <w:t xml:space="preserve"> </w:t>
      </w:r>
      <w:proofErr w:type="spellStart"/>
      <w:r>
        <w:t>malonumo</w:t>
      </w:r>
      <w:proofErr w:type="spellEnd"/>
      <w:r>
        <w:t xml:space="preserve"> </w:t>
      </w:r>
      <w:proofErr w:type="spellStart"/>
      <w:r>
        <w:t>jausmą</w:t>
      </w:r>
      <w:proofErr w:type="spellEnd"/>
      <w:r>
        <w:t xml:space="preserve">, o tai </w:t>
      </w:r>
      <w:proofErr w:type="spellStart"/>
      <w:r>
        <w:t>žymiai</w:t>
      </w:r>
      <w:proofErr w:type="spellEnd"/>
      <w:r>
        <w:t xml:space="preserve"> </w:t>
      </w:r>
      <w:proofErr w:type="spellStart"/>
      <w:r>
        <w:t>padidina</w:t>
      </w:r>
      <w:proofErr w:type="spellEnd"/>
      <w:r>
        <w:t xml:space="preserve"> </w:t>
      </w:r>
      <w:proofErr w:type="spellStart"/>
      <w:r>
        <w:t>motyvaciją</w:t>
      </w:r>
      <w:proofErr w:type="spellEnd"/>
      <w:r>
        <w:t xml:space="preserve"> </w:t>
      </w:r>
      <w:proofErr w:type="spellStart"/>
      <w:r>
        <w:t>dalyvauti</w:t>
      </w:r>
      <w:proofErr w:type="spellEnd"/>
      <w:r>
        <w:t xml:space="preserve"> </w:t>
      </w:r>
      <w:proofErr w:type="spellStart"/>
      <w:r>
        <w:t>fizinio</w:t>
      </w:r>
      <w:proofErr w:type="spellEnd"/>
      <w:r>
        <w:t xml:space="preserve"> </w:t>
      </w:r>
      <w:proofErr w:type="spellStart"/>
      <w:r>
        <w:t>lavinimo</w:t>
      </w:r>
      <w:proofErr w:type="spellEnd"/>
      <w:r>
        <w:t xml:space="preserve"> </w:t>
      </w:r>
      <w:proofErr w:type="spellStart"/>
      <w:r>
        <w:t>pamokose</w:t>
      </w:r>
      <w:proofErr w:type="spellEnd"/>
      <w:r>
        <w:t xml:space="preserve">. </w:t>
      </w:r>
      <w:proofErr w:type="spellStart"/>
      <w:r>
        <w:t>Mokiniai</w:t>
      </w:r>
      <w:proofErr w:type="spellEnd"/>
      <w:r>
        <w:t xml:space="preserve"> </w:t>
      </w:r>
      <w:proofErr w:type="spellStart"/>
      <w:r>
        <w:t>aktyviai</w:t>
      </w:r>
      <w:proofErr w:type="spellEnd"/>
      <w:r>
        <w:t xml:space="preserve"> </w:t>
      </w:r>
      <w:proofErr w:type="spellStart"/>
      <w:r>
        <w:t>dalyvauja</w:t>
      </w:r>
      <w:proofErr w:type="spellEnd"/>
      <w:r>
        <w:t xml:space="preserve"> </w:t>
      </w:r>
      <w:proofErr w:type="spellStart"/>
      <w:r>
        <w:t>žaidimuose</w:t>
      </w:r>
      <w:proofErr w:type="spellEnd"/>
      <w:r>
        <w:t xml:space="preserve">, </w:t>
      </w:r>
      <w:proofErr w:type="spellStart"/>
      <w:r>
        <w:t>rodo</w:t>
      </w:r>
      <w:proofErr w:type="spellEnd"/>
      <w:r>
        <w:t xml:space="preserve"> </w:t>
      </w:r>
      <w:proofErr w:type="spellStart"/>
      <w:r>
        <w:t>iniciatyvą</w:t>
      </w:r>
      <w:proofErr w:type="spellEnd"/>
      <w:r>
        <w:t xml:space="preserve"> </w:t>
      </w:r>
      <w:proofErr w:type="spellStart"/>
      <w:r>
        <w:t>ir</w:t>
      </w:r>
      <w:proofErr w:type="spellEnd"/>
      <w:r>
        <w:t xml:space="preserve"> </w:t>
      </w:r>
      <w:proofErr w:type="spellStart"/>
      <w:r>
        <w:t>bendradarbiaujasi</w:t>
      </w:r>
      <w:proofErr w:type="spellEnd"/>
      <w:r>
        <w:t xml:space="preserve">, </w:t>
      </w:r>
      <w:proofErr w:type="spellStart"/>
      <w:r>
        <w:t>nepriklausomai</w:t>
      </w:r>
      <w:proofErr w:type="spellEnd"/>
      <w:r>
        <w:t xml:space="preserve"> </w:t>
      </w:r>
      <w:proofErr w:type="spellStart"/>
      <w:r>
        <w:t>nuo</w:t>
      </w:r>
      <w:proofErr w:type="spellEnd"/>
      <w:r>
        <w:t xml:space="preserve"> </w:t>
      </w:r>
      <w:proofErr w:type="spellStart"/>
      <w:r>
        <w:t>savo</w:t>
      </w:r>
      <w:proofErr w:type="spellEnd"/>
      <w:r>
        <w:t xml:space="preserve"> </w:t>
      </w:r>
      <w:proofErr w:type="spellStart"/>
      <w:r>
        <w:t>fizinio</w:t>
      </w:r>
      <w:proofErr w:type="spellEnd"/>
      <w:r>
        <w:t xml:space="preserve"> </w:t>
      </w:r>
      <w:proofErr w:type="spellStart"/>
      <w:r>
        <w:t>pasirengimo</w:t>
      </w:r>
      <w:proofErr w:type="spellEnd"/>
      <w:r>
        <w:t xml:space="preserve"> </w:t>
      </w:r>
      <w:proofErr w:type="spellStart"/>
      <w:r>
        <w:t>lygio</w:t>
      </w:r>
      <w:proofErr w:type="spellEnd"/>
      <w:r>
        <w:t xml:space="preserve">. </w:t>
      </w:r>
      <w:proofErr w:type="spellStart"/>
      <w:r>
        <w:t>Dėl</w:t>
      </w:r>
      <w:proofErr w:type="spellEnd"/>
      <w:r>
        <w:t xml:space="preserve"> to </w:t>
      </w:r>
      <w:proofErr w:type="spellStart"/>
      <w:r>
        <w:t>fizinis</w:t>
      </w:r>
      <w:proofErr w:type="spellEnd"/>
      <w:r>
        <w:t xml:space="preserve"> </w:t>
      </w:r>
      <w:proofErr w:type="spellStart"/>
      <w:r>
        <w:t>lavinimas</w:t>
      </w:r>
      <w:proofErr w:type="spellEnd"/>
      <w:r>
        <w:t xml:space="preserve"> </w:t>
      </w:r>
      <w:proofErr w:type="spellStart"/>
      <w:r>
        <w:t>tampa</w:t>
      </w:r>
      <w:proofErr w:type="spellEnd"/>
      <w:r>
        <w:t xml:space="preserve"> </w:t>
      </w:r>
      <w:proofErr w:type="spellStart"/>
      <w:r>
        <w:t>įtraukties</w:t>
      </w:r>
      <w:proofErr w:type="spellEnd"/>
      <w:r>
        <w:t xml:space="preserve"> </w:t>
      </w:r>
      <w:proofErr w:type="spellStart"/>
      <w:r>
        <w:t>ir</w:t>
      </w:r>
      <w:proofErr w:type="spellEnd"/>
      <w:r>
        <w:t xml:space="preserve"> </w:t>
      </w:r>
      <w:proofErr w:type="spellStart"/>
      <w:r>
        <w:t>teigiamų</w:t>
      </w:r>
      <w:proofErr w:type="spellEnd"/>
      <w:r>
        <w:t xml:space="preserve"> </w:t>
      </w:r>
      <w:proofErr w:type="spellStart"/>
      <w:r>
        <w:t>fizinių</w:t>
      </w:r>
      <w:proofErr w:type="spellEnd"/>
      <w:r>
        <w:t xml:space="preserve"> </w:t>
      </w:r>
      <w:proofErr w:type="spellStart"/>
      <w:r>
        <w:t>patirčių</w:t>
      </w:r>
      <w:proofErr w:type="spellEnd"/>
      <w:r>
        <w:t xml:space="preserve"> </w:t>
      </w:r>
      <w:proofErr w:type="spellStart"/>
      <w:r>
        <w:t>erdve</w:t>
      </w:r>
      <w:proofErr w:type="spellEnd"/>
      <w:r>
        <w:t xml:space="preserve">. </w:t>
      </w:r>
      <w:proofErr w:type="spellStart"/>
      <w:r>
        <w:t>Tradiciniai</w:t>
      </w:r>
      <w:proofErr w:type="spellEnd"/>
      <w:r>
        <w:t xml:space="preserve"> </w:t>
      </w:r>
      <w:proofErr w:type="spellStart"/>
      <w:r>
        <w:t>žaidimai</w:t>
      </w:r>
      <w:proofErr w:type="spellEnd"/>
      <w:r>
        <w:t xml:space="preserve"> </w:t>
      </w:r>
      <w:proofErr w:type="spellStart"/>
      <w:r>
        <w:t>ir</w:t>
      </w:r>
      <w:proofErr w:type="spellEnd"/>
      <w:r>
        <w:t xml:space="preserve"> </w:t>
      </w:r>
      <w:proofErr w:type="spellStart"/>
      <w:r>
        <w:t>veiklos</w:t>
      </w:r>
      <w:proofErr w:type="spellEnd"/>
      <w:r>
        <w:t xml:space="preserve"> </w:t>
      </w:r>
      <w:proofErr w:type="spellStart"/>
      <w:r>
        <w:t>skatina</w:t>
      </w:r>
      <w:proofErr w:type="spellEnd"/>
      <w:r>
        <w:t xml:space="preserve"> </w:t>
      </w:r>
      <w:proofErr w:type="spellStart"/>
      <w:r>
        <w:t>visus</w:t>
      </w:r>
      <w:proofErr w:type="spellEnd"/>
      <w:r>
        <w:t xml:space="preserve"> </w:t>
      </w:r>
      <w:proofErr w:type="spellStart"/>
      <w:r>
        <w:t>mokinius</w:t>
      </w:r>
      <w:proofErr w:type="spellEnd"/>
      <w:r>
        <w:t xml:space="preserve"> </w:t>
      </w:r>
      <w:proofErr w:type="spellStart"/>
      <w:r>
        <w:t>dalyvauti</w:t>
      </w:r>
      <w:proofErr w:type="spellEnd"/>
      <w:r>
        <w:t xml:space="preserve">, </w:t>
      </w:r>
      <w:proofErr w:type="spellStart"/>
      <w:r>
        <w:t>įskaitant</w:t>
      </w:r>
      <w:proofErr w:type="spellEnd"/>
      <w:r>
        <w:t xml:space="preserve"> </w:t>
      </w:r>
      <w:proofErr w:type="spellStart"/>
      <w:r>
        <w:t>tuos</w:t>
      </w:r>
      <w:proofErr w:type="spellEnd"/>
      <w:r>
        <w:t xml:space="preserve">, </w:t>
      </w:r>
      <w:proofErr w:type="spellStart"/>
      <w:r>
        <w:t>kurie</w:t>
      </w:r>
      <w:proofErr w:type="spellEnd"/>
      <w:r>
        <w:t xml:space="preserve"> </w:t>
      </w:r>
      <w:proofErr w:type="spellStart"/>
      <w:r>
        <w:t>turi</w:t>
      </w:r>
      <w:proofErr w:type="spellEnd"/>
      <w:r>
        <w:t xml:space="preserve"> </w:t>
      </w:r>
      <w:proofErr w:type="spellStart"/>
      <w:r>
        <w:t>skirtingus</w:t>
      </w:r>
      <w:proofErr w:type="spellEnd"/>
      <w:r>
        <w:t xml:space="preserve"> </w:t>
      </w:r>
      <w:proofErr w:type="spellStart"/>
      <w:r>
        <w:t>gebėjimus</w:t>
      </w:r>
      <w:proofErr w:type="spellEnd"/>
      <w:r>
        <w:t xml:space="preserve">, </w:t>
      </w:r>
      <w:proofErr w:type="spellStart"/>
      <w:r>
        <w:t>mokymosi</w:t>
      </w:r>
      <w:proofErr w:type="spellEnd"/>
      <w:r>
        <w:t xml:space="preserve"> </w:t>
      </w:r>
      <w:proofErr w:type="spellStart"/>
      <w:r>
        <w:t>poreikius</w:t>
      </w:r>
      <w:proofErr w:type="spellEnd"/>
      <w:r>
        <w:t xml:space="preserve"> </w:t>
      </w:r>
      <w:proofErr w:type="spellStart"/>
      <w:r>
        <w:t>ar</w:t>
      </w:r>
      <w:proofErr w:type="spellEnd"/>
      <w:r>
        <w:t xml:space="preserve"> </w:t>
      </w:r>
      <w:proofErr w:type="spellStart"/>
      <w:r>
        <w:t>fizinę</w:t>
      </w:r>
      <w:proofErr w:type="spellEnd"/>
      <w:r>
        <w:t xml:space="preserve"> </w:t>
      </w:r>
      <w:proofErr w:type="spellStart"/>
      <w:r>
        <w:t>patirtį</w:t>
      </w:r>
      <w:proofErr w:type="spellEnd"/>
      <w:r>
        <w:t xml:space="preserve">. </w:t>
      </w:r>
      <w:proofErr w:type="spellStart"/>
      <w:r>
        <w:t>Vertinimas</w:t>
      </w:r>
      <w:proofErr w:type="spellEnd"/>
      <w:r>
        <w:t xml:space="preserve"> </w:t>
      </w:r>
      <w:proofErr w:type="spellStart"/>
      <w:r>
        <w:t>yra</w:t>
      </w:r>
      <w:proofErr w:type="spellEnd"/>
      <w:r>
        <w:t xml:space="preserve"> </w:t>
      </w:r>
      <w:proofErr w:type="spellStart"/>
      <w:r>
        <w:t>palaikantis</w:t>
      </w:r>
      <w:proofErr w:type="spellEnd"/>
      <w:r>
        <w:t xml:space="preserve"> </w:t>
      </w:r>
      <w:proofErr w:type="spellStart"/>
      <w:r>
        <w:t>ir</w:t>
      </w:r>
      <w:proofErr w:type="spellEnd"/>
      <w:r>
        <w:t xml:space="preserve"> </w:t>
      </w:r>
      <w:proofErr w:type="spellStart"/>
      <w:r>
        <w:t>motyvuojantis</w:t>
      </w:r>
      <w:proofErr w:type="spellEnd"/>
      <w:r>
        <w:t xml:space="preserve">, </w:t>
      </w:r>
      <w:proofErr w:type="spellStart"/>
      <w:r>
        <w:t>sutelkiamas</w:t>
      </w:r>
      <w:proofErr w:type="spellEnd"/>
      <w:r>
        <w:t xml:space="preserve"> į </w:t>
      </w:r>
      <w:proofErr w:type="spellStart"/>
      <w:r>
        <w:t>įsitraukimą</w:t>
      </w:r>
      <w:proofErr w:type="spellEnd"/>
      <w:r>
        <w:t xml:space="preserve">, </w:t>
      </w:r>
      <w:proofErr w:type="spellStart"/>
      <w:r>
        <w:t>pažangą</w:t>
      </w:r>
      <w:proofErr w:type="spellEnd"/>
      <w:r>
        <w:t xml:space="preserve"> </w:t>
      </w:r>
      <w:proofErr w:type="spellStart"/>
      <w:r>
        <w:t>ir</w:t>
      </w:r>
      <w:proofErr w:type="spellEnd"/>
      <w:r>
        <w:t xml:space="preserve"> </w:t>
      </w:r>
      <w:proofErr w:type="spellStart"/>
      <w:r>
        <w:t>bendradarbiavimą</w:t>
      </w:r>
      <w:proofErr w:type="spellEnd"/>
      <w:r>
        <w:t xml:space="preserve">, </w:t>
      </w:r>
      <w:proofErr w:type="spellStart"/>
      <w:r>
        <w:t>o ne</w:t>
      </w:r>
      <w:proofErr w:type="spellEnd"/>
      <w:r>
        <w:t xml:space="preserve"> tik į </w:t>
      </w:r>
      <w:proofErr w:type="spellStart"/>
      <w:r>
        <w:t>sportinius</w:t>
      </w:r>
      <w:proofErr w:type="spellEnd"/>
      <w:r>
        <w:t xml:space="preserve"> </w:t>
      </w:r>
      <w:proofErr w:type="spellStart"/>
      <w:r>
        <w:t>pasiekimus</w:t>
      </w:r>
      <w:proofErr w:type="spellEnd"/>
      <w:r>
        <w:t xml:space="preserve">. </w:t>
      </w:r>
      <w:proofErr w:type="spellStart"/>
      <w:r>
        <w:t>Dalyvavimas</w:t>
      </w:r>
      <w:proofErr w:type="spellEnd"/>
      <w:r>
        <w:t xml:space="preserve"> </w:t>
      </w:r>
      <w:proofErr w:type="spellStart"/>
      <w:r>
        <w:t>žaidimuose</w:t>
      </w:r>
      <w:proofErr w:type="spellEnd"/>
      <w:r>
        <w:t xml:space="preserve"> </w:t>
      </w:r>
      <w:proofErr w:type="spellStart"/>
      <w:r>
        <w:t>daro</w:t>
      </w:r>
      <w:proofErr w:type="spellEnd"/>
      <w:r>
        <w:t xml:space="preserve"> </w:t>
      </w:r>
      <w:proofErr w:type="spellStart"/>
      <w:r>
        <w:t>fizinį</w:t>
      </w:r>
      <w:proofErr w:type="spellEnd"/>
      <w:r>
        <w:t xml:space="preserve"> </w:t>
      </w:r>
      <w:proofErr w:type="spellStart"/>
      <w:r>
        <w:t>lavinimą</w:t>
      </w:r>
      <w:proofErr w:type="spellEnd"/>
      <w:r>
        <w:t xml:space="preserve"> ne tik </w:t>
      </w:r>
      <w:proofErr w:type="spellStart"/>
      <w:r>
        <w:t>judėjimo</w:t>
      </w:r>
      <w:proofErr w:type="spellEnd"/>
      <w:r>
        <w:t xml:space="preserve"> </w:t>
      </w:r>
      <w:proofErr w:type="spellStart"/>
      <w:r>
        <w:t>pamoka</w:t>
      </w:r>
      <w:proofErr w:type="spellEnd"/>
      <w:r>
        <w:t xml:space="preserve">, bet </w:t>
      </w:r>
      <w:proofErr w:type="spellStart"/>
      <w:r>
        <w:t>ir</w:t>
      </w:r>
      <w:proofErr w:type="spellEnd"/>
      <w:r>
        <w:t xml:space="preserve"> </w:t>
      </w:r>
      <w:proofErr w:type="spellStart"/>
      <w:r>
        <w:t>svarbiu</w:t>
      </w:r>
      <w:proofErr w:type="spellEnd"/>
      <w:r>
        <w:t xml:space="preserve"> </w:t>
      </w:r>
      <w:proofErr w:type="spellStart"/>
      <w:r>
        <w:t>švietimo</w:t>
      </w:r>
      <w:proofErr w:type="spellEnd"/>
      <w:r>
        <w:t xml:space="preserve">, </w:t>
      </w:r>
      <w:proofErr w:type="spellStart"/>
      <w:r>
        <w:t>socialinės</w:t>
      </w:r>
      <w:proofErr w:type="spellEnd"/>
      <w:r>
        <w:t xml:space="preserve"> </w:t>
      </w:r>
      <w:proofErr w:type="spellStart"/>
      <w:r>
        <w:t>integracijos</w:t>
      </w:r>
      <w:proofErr w:type="spellEnd"/>
      <w:r>
        <w:t xml:space="preserve"> </w:t>
      </w:r>
      <w:proofErr w:type="spellStart"/>
      <w:r>
        <w:t>elementu</w:t>
      </w:r>
      <w:proofErr w:type="spellEnd"/>
      <w:r>
        <w:t xml:space="preserve">, </w:t>
      </w:r>
      <w:proofErr w:type="spellStart"/>
      <w:r>
        <w:t>padedančiu</w:t>
      </w:r>
      <w:proofErr w:type="spellEnd"/>
      <w:r>
        <w:t xml:space="preserve"> </w:t>
      </w:r>
      <w:proofErr w:type="spellStart"/>
      <w:r>
        <w:t>sukurti</w:t>
      </w:r>
      <w:proofErr w:type="spellEnd"/>
      <w:r>
        <w:t xml:space="preserve"> </w:t>
      </w:r>
      <w:proofErr w:type="spellStart"/>
      <w:r>
        <w:t>ilgalaikę</w:t>
      </w:r>
      <w:proofErr w:type="spellEnd"/>
      <w:r>
        <w:t xml:space="preserve"> </w:t>
      </w:r>
      <w:proofErr w:type="spellStart"/>
      <w:r>
        <w:t>motyvaciją</w:t>
      </w:r>
      <w:proofErr w:type="spellEnd"/>
      <w:r>
        <w:t xml:space="preserve"> </w:t>
      </w:r>
      <w:proofErr w:type="spellStart"/>
      <w:r>
        <w:t>aktyviam</w:t>
      </w:r>
      <w:proofErr w:type="spellEnd"/>
      <w:r>
        <w:t xml:space="preserve"> </w:t>
      </w:r>
      <w:proofErr w:type="spellStart"/>
      <w:r>
        <w:t>gyvenimo</w:t>
      </w:r>
      <w:proofErr w:type="spellEnd"/>
      <w:r>
        <w:t xml:space="preserve"> </w:t>
      </w:r>
      <w:proofErr w:type="spellStart"/>
      <w:r>
        <w:t>būdui</w:t>
      </w:r>
      <w:proofErr w:type="spellEnd"/>
      <w:r>
        <w:t>.</w:t>
      </w:r>
    </w:p>
    <w:p w14:paraId="051BE8E6" w14:textId="77777777" w:rsidR="009316A0" w:rsidRDefault="009316A0" w:rsidP="009316A0">
      <w:pPr>
        <w:pStyle w:val="prastasiniatinklio"/>
      </w:pPr>
    </w:p>
    <w:p w14:paraId="287BA81F" w14:textId="7F5A0BFD" w:rsidR="009316A0" w:rsidRDefault="009316A0" w:rsidP="009316A0">
      <w:pPr>
        <w:pStyle w:val="prastasiniatinklio"/>
      </w:pPr>
    </w:p>
    <w:p w14:paraId="137239F7" w14:textId="77777777" w:rsidR="009316A0" w:rsidRDefault="009316A0" w:rsidP="009316A0">
      <w:pPr>
        <w:pStyle w:val="prastasiniatinklio"/>
      </w:pPr>
    </w:p>
    <w:p w14:paraId="5C63B0B8" w14:textId="77777777" w:rsidR="009316A0" w:rsidRDefault="009316A0" w:rsidP="00A4511F">
      <w:pPr>
        <w:jc w:val="center"/>
        <w:rPr>
          <w:b/>
          <w:lang w:val="mk-MK"/>
        </w:rPr>
      </w:pPr>
    </w:p>
    <w:p w14:paraId="3CEF99D9" w14:textId="464DA452" w:rsidR="00722150" w:rsidRPr="00722150" w:rsidRDefault="00722150" w:rsidP="00722150">
      <w:pPr>
        <w:pStyle w:val="prastasiniatinklio"/>
        <w:jc w:val="center"/>
        <w:rPr>
          <w:b/>
          <w:bCs/>
          <w:lang w:val="mk-MK"/>
        </w:rPr>
      </w:pPr>
      <w:r w:rsidRPr="00722150">
        <w:rPr>
          <w:b/>
          <w:bCs/>
          <w:lang w:val="lt-LT"/>
        </w:rPr>
        <w:lastRenderedPageBreak/>
        <w:t xml:space="preserve">Fizinis ugdymas </w:t>
      </w:r>
      <w:r w:rsidRPr="00722150">
        <w:rPr>
          <w:b/>
          <w:bCs/>
          <w:lang w:val="mk-MK"/>
        </w:rPr>
        <w:t>Graikijoje</w:t>
      </w:r>
    </w:p>
    <w:p w14:paraId="4EEE0042" w14:textId="77777777" w:rsidR="00722150" w:rsidRPr="00722150" w:rsidRDefault="00722150" w:rsidP="00722150">
      <w:pPr>
        <w:pStyle w:val="prastasiniatinklio"/>
        <w:rPr>
          <w:lang w:val="mk-MK"/>
        </w:rPr>
      </w:pPr>
      <w:r w:rsidRPr="00722150">
        <w:rPr>
          <w:lang w:val="mk-MK"/>
        </w:rPr>
        <w:t>Kūno kultūra (KK) yra privaloma visą privalomojo mokymo laikotarpį ir tęsiama aukštesniojo viduriniojo mokslo metu.</w:t>
      </w:r>
    </w:p>
    <w:p w14:paraId="1B8CC96F" w14:textId="77777777" w:rsidR="00722150" w:rsidRPr="00722150" w:rsidRDefault="00722150" w:rsidP="00722150">
      <w:pPr>
        <w:pStyle w:val="prastasiniatinklio"/>
        <w:rPr>
          <w:lang w:val="mk-MK"/>
        </w:rPr>
      </w:pPr>
      <w:r w:rsidRPr="00722150">
        <w:rPr>
          <w:lang w:val="mk-MK"/>
        </w:rPr>
        <w:t>Graikijos KŪM programa skatina motorinių įgūdžių vystymąsi, fizinį pasirengimą ir sveikatos raštingumą, taip pat stiprina pagrindines socialines kompetencijas, tokias kaip bendradarbiavimas, pagarba ir sąžiningas žaidimas. Mokymosi sritys paprastai apima pagrindinius judėjimo įgūdžius, lengvąją atletiką, gimnastiką, komandinius sportus, žaidimus ir su sveikata susijusias temas (pvz., saugą ir sveiką gyvenimo būdą), taikant diferencijuotą mokymą, siekiant užtikrinti visų mokinių aktyvų dalyvavimą.</w:t>
      </w:r>
    </w:p>
    <w:p w14:paraId="0318588E" w14:textId="77777777" w:rsidR="00722150" w:rsidRPr="00722150" w:rsidRDefault="00722150" w:rsidP="00722150">
      <w:pPr>
        <w:pStyle w:val="prastasiniatinklio"/>
        <w:rPr>
          <w:lang w:val="mk-MK"/>
        </w:rPr>
      </w:pPr>
      <w:r w:rsidRPr="00722150">
        <w:rPr>
          <w:lang w:val="mk-MK"/>
        </w:rPr>
        <w:t>Erasmus+ KA220 projekto „Let's Play It Again“ (Žaiskime dar kartą) metu tradiciniai žaidimai buvo naudojami kaip struktūrizuotas mokymo išteklius, siekiant susieti FO tikslus su kultūros paveldu ir tarpkultūriniu mokymusi. Graikų žaidimai, tokie kaip „Mėlyna druska – rupi druska“, „Ampariza“, „Jambria“, „Moliūgas“ ir „Katilas“ (žaidžiami naudojant saugią, minkštą įrangą), buvo įtraukti į pamokas kaip trumpi, tiksliniai užsiėmimai (10–20 minučių). Kiekvienas žaidimas buvo susietas su konkrečiais rezultatais (judrumas ir reakcija; komandinis darbas ir taktika; tikslumas ir savikontrolė; atmintis, ritmas ir grupės sanglauda) ir paremtas paprastais pritaikymais, pvz., mišrių gebėjimų komandomis, besikeičiančiais vaidmenimis, pritaikytais atstumais ir laiko ribomis. Šis Erasmus pagrįstas požiūris leido mokiniams mokytis aktyviai dalyvaujant, palyginti tradicinius žaidimus partnerių šalyse ir apmąstyti įtrauktį ir sąžiningą žaidimą. Siekiant palengvinti perkėlimą, kiekvienas žaidimas gali būti dokumentuojamas bendrame šablone (tikslai, įranga, taisyklės, saugos pastabos, diferencijavimo galimybės ir raginimai apmąstyti), užtikrinant, kad tradicinis žaidimas taptų praktiniu, įtraukiu ir su mokymo programa suderintu ištekliu, o ne „papildymu“.</w:t>
      </w:r>
    </w:p>
    <w:p w14:paraId="676E8D9F" w14:textId="77777777" w:rsidR="00EC7053" w:rsidRPr="00EC7053" w:rsidRDefault="00EC7053" w:rsidP="00EC7053">
      <w:pPr>
        <w:rPr>
          <w:lang w:val="mk-MK"/>
        </w:rPr>
      </w:pPr>
    </w:p>
    <w:p w14:paraId="5EBD7E46" w14:textId="77777777" w:rsidR="00EC7053" w:rsidRDefault="00EC7053" w:rsidP="00EC7053">
      <w:pPr>
        <w:rPr>
          <w:lang w:val="mk-MK"/>
        </w:rPr>
      </w:pPr>
    </w:p>
    <w:p w14:paraId="50CE0C70" w14:textId="7FF9D1C7" w:rsidR="00722150" w:rsidRPr="00722150" w:rsidRDefault="00722150" w:rsidP="00722150">
      <w:pPr>
        <w:pStyle w:val="prastasiniatinklio"/>
        <w:jc w:val="center"/>
        <w:rPr>
          <w:b/>
          <w:bCs/>
          <w:lang w:val="mk-MK"/>
        </w:rPr>
      </w:pPr>
      <w:r w:rsidRPr="00722150">
        <w:rPr>
          <w:b/>
          <w:bCs/>
          <w:lang w:val="lt-LT"/>
        </w:rPr>
        <w:t>Fizinis ugdymas</w:t>
      </w:r>
      <w:r w:rsidRPr="00722150">
        <w:rPr>
          <w:b/>
          <w:bCs/>
          <w:lang w:val="mk-MK"/>
        </w:rPr>
        <w:t xml:space="preserve"> Kipre</w:t>
      </w:r>
    </w:p>
    <w:p w14:paraId="0BBFF41D" w14:textId="77777777" w:rsidR="00722150" w:rsidRPr="00722150" w:rsidRDefault="00722150" w:rsidP="00722150">
      <w:pPr>
        <w:pStyle w:val="prastasiniatinklio"/>
        <w:rPr>
          <w:lang w:val="mk-MK"/>
        </w:rPr>
      </w:pPr>
      <w:r w:rsidRPr="00722150">
        <w:rPr>
          <w:lang w:val="mk-MK"/>
        </w:rPr>
        <w:t>Vienas iš pagrindinių viduriniojo ugdymo komponentų yra kūno kultūra, kuri mokoma visose klasėse.</w:t>
      </w:r>
    </w:p>
    <w:p w14:paraId="5E04C4B1" w14:textId="77777777" w:rsidR="00722150" w:rsidRPr="00722150" w:rsidRDefault="00722150" w:rsidP="00722150">
      <w:pPr>
        <w:pStyle w:val="prastasiniatinklio"/>
        <w:rPr>
          <w:lang w:val="mk-MK"/>
        </w:rPr>
      </w:pPr>
      <w:r w:rsidRPr="00722150">
        <w:rPr>
          <w:lang w:val="mk-MK"/>
        </w:rPr>
        <w:t>Gimnazijoje fizinis lavinimas orientuotas į pagrindinius motorinius įgūdžius, komandinį darbą, bendradarbiavimą ir teigiamo požiūrio į fizinį aktyvumą ugdymą. Liceume šis dalykas tampa labiau specializuotas, akcentuojant fizinį pasirengimą, sveikatos ugdymą, saugų dalyvavimą sporte ir taisyklių bei strategijų supratimą. Kai kuriose mokyklose mokiniai taip pat gali lankyti pažengusiųjų fizinio lavinimo kursus, pvz., IGCSE arba A Level PE, kuriuose teorinės žinios derinamos su praktiniais užsiėmimais.</w:t>
      </w:r>
    </w:p>
    <w:p w14:paraId="77FA9111" w14:textId="77777777" w:rsidR="00722150" w:rsidRPr="00722150" w:rsidRDefault="00722150" w:rsidP="00722150">
      <w:pPr>
        <w:pStyle w:val="prastasiniatinklio"/>
        <w:rPr>
          <w:lang w:val="mk-MK"/>
        </w:rPr>
      </w:pPr>
      <w:r w:rsidRPr="00722150">
        <w:rPr>
          <w:lang w:val="mk-MK"/>
        </w:rPr>
        <w:t>Nors ikimokyklinis, pradinis ir aukštasis išsilavinimas atlieka svarbų vaidmenį platesnėje sistemoje, vidurinis išsilavinimas išlieka lemiamu etapu. Jis derina akademinį pasirengimą su asmeniniu tobulėjimu ir skatina fizinę, emocinę ir socialinę gerovę per tokius dalykus kaip fizinis lavinimas. Tokiu būdu jauniems žmonėms suteikiamos kompetencijos ir vertybės, reikalingos aktyviam ir atsakingam dalyvavimui šiuolaikinėje visuomenėje.</w:t>
      </w:r>
    </w:p>
    <w:p w14:paraId="26A22DAE" w14:textId="77777777" w:rsidR="00A4511F" w:rsidRDefault="00A4511F" w:rsidP="00EC7053">
      <w:pPr>
        <w:rPr>
          <w:lang w:val="mk-MK"/>
        </w:rPr>
      </w:pPr>
    </w:p>
    <w:p w14:paraId="36BF356B" w14:textId="77777777" w:rsidR="00A4511F" w:rsidRDefault="00A4511F" w:rsidP="00EC7053">
      <w:pPr>
        <w:rPr>
          <w:lang w:val="mk-MK"/>
        </w:rPr>
      </w:pPr>
    </w:p>
    <w:p w14:paraId="60710F1A" w14:textId="77777777" w:rsidR="00A4511F" w:rsidRDefault="00A4511F" w:rsidP="00EC7053">
      <w:pPr>
        <w:rPr>
          <w:lang w:val="mk-MK"/>
        </w:rPr>
      </w:pPr>
    </w:p>
    <w:p w14:paraId="6C5D525A" w14:textId="77777777" w:rsidR="00A4511F" w:rsidRDefault="00A4511F" w:rsidP="003569D8">
      <w:pPr>
        <w:rPr>
          <w:b/>
          <w:color w:val="1F497D" w:themeColor="text2"/>
          <w:sz w:val="72"/>
          <w:szCs w:val="72"/>
          <w:lang w:val="mk-MK"/>
        </w:rPr>
      </w:pPr>
    </w:p>
    <w:p w14:paraId="0850F68C" w14:textId="77777777" w:rsidR="00A4511F" w:rsidRDefault="00A4511F" w:rsidP="00A4511F">
      <w:pPr>
        <w:jc w:val="center"/>
        <w:rPr>
          <w:b/>
          <w:lang w:val="mk-MK"/>
        </w:rPr>
      </w:pPr>
    </w:p>
    <w:p w14:paraId="250F158E" w14:textId="77777777" w:rsidR="00A4511F" w:rsidRDefault="00A4511F" w:rsidP="00A4511F">
      <w:pPr>
        <w:jc w:val="center"/>
        <w:rPr>
          <w:b/>
          <w:lang w:val="mk-MK"/>
        </w:rPr>
      </w:pPr>
    </w:p>
    <w:p w14:paraId="2B558443" w14:textId="77777777" w:rsidR="00722150" w:rsidRPr="00722150" w:rsidRDefault="00722150" w:rsidP="00722150">
      <w:pPr>
        <w:pStyle w:val="prastasiniatinklio"/>
        <w:jc w:val="center"/>
        <w:rPr>
          <w:b/>
          <w:bCs/>
          <w:color w:val="1F497D" w:themeColor="text2"/>
          <w:sz w:val="56"/>
          <w:szCs w:val="56"/>
        </w:rPr>
      </w:pPr>
      <w:proofErr w:type="spellStart"/>
      <w:r w:rsidRPr="00722150">
        <w:rPr>
          <w:b/>
          <w:bCs/>
          <w:color w:val="1F497D" w:themeColor="text2"/>
          <w:sz w:val="56"/>
          <w:szCs w:val="56"/>
        </w:rPr>
        <w:t>Išvados</w:t>
      </w:r>
      <w:proofErr w:type="spellEnd"/>
    </w:p>
    <w:p w14:paraId="4EBAA102" w14:textId="77777777" w:rsidR="00A4511F" w:rsidRDefault="00A93FD3" w:rsidP="00A4511F">
      <w:pPr>
        <w:jc w:val="center"/>
        <w:rPr>
          <w:b/>
          <w:lang w:val="mk-MK"/>
        </w:rPr>
      </w:pPr>
      <w:r>
        <w:rPr>
          <w:noProof/>
        </w:rPr>
        <w:drawing>
          <wp:inline distT="0" distB="0" distL="0" distR="0" wp14:anchorId="2FE60043" wp14:editId="25A4D293">
            <wp:extent cx="2184601" cy="2133063"/>
            <wp:effectExtent l="0" t="0" r="6350" b="63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zagrajmy dobre (1).jpg"/>
                    <pic:cNvPicPr/>
                  </pic:nvPicPr>
                  <pic:blipFill>
                    <a:blip r:embed="rId9">
                      <a:extLst>
                        <a:ext uri="{28A0092B-C50C-407E-A947-70E740481C1C}">
                          <a14:useLocalDpi xmlns:a14="http://schemas.microsoft.com/office/drawing/2010/main" val="0"/>
                        </a:ext>
                      </a:extLst>
                    </a:blip>
                    <a:stretch>
                      <a:fillRect/>
                    </a:stretch>
                  </pic:blipFill>
                  <pic:spPr>
                    <a:xfrm>
                      <a:off x="0" y="0"/>
                      <a:ext cx="2158618" cy="2107693"/>
                    </a:xfrm>
                    <a:prstGeom prst="rect">
                      <a:avLst/>
                    </a:prstGeom>
                  </pic:spPr>
                </pic:pic>
              </a:graphicData>
            </a:graphic>
          </wp:inline>
        </w:drawing>
      </w:r>
    </w:p>
    <w:p w14:paraId="68BF9AF2" w14:textId="77777777" w:rsidR="00A4511F" w:rsidRDefault="00A4511F" w:rsidP="00A4511F">
      <w:pPr>
        <w:jc w:val="center"/>
        <w:rPr>
          <w:b/>
          <w:lang w:val="mk-MK"/>
        </w:rPr>
      </w:pPr>
    </w:p>
    <w:p w14:paraId="19A83239" w14:textId="77777777" w:rsidR="00A4511F" w:rsidRDefault="00A4511F" w:rsidP="00A4511F">
      <w:pPr>
        <w:jc w:val="center"/>
        <w:rPr>
          <w:b/>
          <w:lang w:val="mk-MK"/>
        </w:rPr>
      </w:pPr>
    </w:p>
    <w:p w14:paraId="649B754B" w14:textId="77777777" w:rsidR="00A4511F" w:rsidRDefault="00A4511F" w:rsidP="00A4511F">
      <w:pPr>
        <w:jc w:val="center"/>
        <w:rPr>
          <w:b/>
          <w:lang w:val="mk-MK"/>
        </w:rPr>
      </w:pPr>
    </w:p>
    <w:p w14:paraId="3AEFAE1D" w14:textId="77777777" w:rsidR="00A4511F" w:rsidRDefault="00A4511F" w:rsidP="00A4511F">
      <w:pPr>
        <w:jc w:val="center"/>
        <w:rPr>
          <w:b/>
          <w:lang w:val="mk-MK"/>
        </w:rPr>
      </w:pPr>
    </w:p>
    <w:p w14:paraId="17F76FA5" w14:textId="77777777" w:rsidR="00A4511F" w:rsidRDefault="00A4511F" w:rsidP="00A4511F">
      <w:pPr>
        <w:jc w:val="center"/>
        <w:rPr>
          <w:b/>
          <w:lang w:val="mk-MK"/>
        </w:rPr>
      </w:pPr>
    </w:p>
    <w:p w14:paraId="0A82D001" w14:textId="77777777" w:rsidR="00A4511F" w:rsidRDefault="00A4511F" w:rsidP="00A4511F">
      <w:pPr>
        <w:jc w:val="center"/>
        <w:rPr>
          <w:b/>
          <w:lang w:val="mk-MK"/>
        </w:rPr>
      </w:pPr>
    </w:p>
    <w:p w14:paraId="57727FA4" w14:textId="77777777" w:rsidR="00A4511F" w:rsidRDefault="00A4511F" w:rsidP="00A4511F">
      <w:pPr>
        <w:jc w:val="center"/>
        <w:rPr>
          <w:b/>
          <w:lang w:val="mk-MK"/>
        </w:rPr>
      </w:pPr>
    </w:p>
    <w:p w14:paraId="5E97A924" w14:textId="77777777" w:rsidR="00A4511F" w:rsidRDefault="00A4511F" w:rsidP="00A4511F">
      <w:pPr>
        <w:jc w:val="center"/>
        <w:rPr>
          <w:b/>
          <w:lang w:val="mk-MK"/>
        </w:rPr>
      </w:pPr>
    </w:p>
    <w:p w14:paraId="7B40BFDD" w14:textId="77777777" w:rsidR="00A4511F" w:rsidRDefault="00A4511F" w:rsidP="00A4511F">
      <w:pPr>
        <w:jc w:val="center"/>
        <w:rPr>
          <w:b/>
          <w:lang w:val="mk-MK"/>
        </w:rPr>
      </w:pPr>
    </w:p>
    <w:p w14:paraId="7E0D6FCD" w14:textId="77777777" w:rsidR="00A4511F" w:rsidRDefault="00A4511F" w:rsidP="00A4511F">
      <w:pPr>
        <w:jc w:val="center"/>
        <w:rPr>
          <w:b/>
          <w:lang w:val="mk-MK"/>
        </w:rPr>
      </w:pPr>
    </w:p>
    <w:p w14:paraId="648708AD" w14:textId="77777777" w:rsidR="00EC7053" w:rsidRPr="00EC7053" w:rsidRDefault="00EC7053" w:rsidP="00EC7053">
      <w:pPr>
        <w:rPr>
          <w:lang w:val="mk-MK"/>
        </w:rPr>
      </w:pPr>
    </w:p>
    <w:p w14:paraId="1C6EF366" w14:textId="77777777" w:rsidR="00722150" w:rsidRDefault="00722150" w:rsidP="00A93FD3">
      <w:pPr>
        <w:ind w:firstLine="720"/>
        <w:rPr>
          <w:lang w:val="mk-MK"/>
        </w:rPr>
      </w:pPr>
    </w:p>
    <w:p w14:paraId="29DAB4AB" w14:textId="77777777" w:rsidR="00722150" w:rsidRDefault="00722150" w:rsidP="00A93FD3">
      <w:pPr>
        <w:ind w:firstLine="720"/>
        <w:rPr>
          <w:lang w:val="mk-MK"/>
        </w:rPr>
      </w:pPr>
    </w:p>
    <w:p w14:paraId="4B923100" w14:textId="77777777" w:rsidR="00722150" w:rsidRDefault="00722150" w:rsidP="00A93FD3">
      <w:pPr>
        <w:ind w:firstLine="720"/>
        <w:rPr>
          <w:lang w:val="mk-MK"/>
        </w:rPr>
      </w:pPr>
    </w:p>
    <w:p w14:paraId="2D9C4EAC" w14:textId="688B069D" w:rsidR="00722150" w:rsidRPr="00722150" w:rsidRDefault="00722150" w:rsidP="00722150">
      <w:pPr>
        <w:pStyle w:val="prastasiniatinklio"/>
        <w:rPr>
          <w:lang w:val="mk-MK"/>
        </w:rPr>
      </w:pPr>
      <w:r>
        <w:rPr>
          <w:lang w:val="lt-LT"/>
        </w:rPr>
        <w:lastRenderedPageBreak/>
        <w:t xml:space="preserve">    </w:t>
      </w:r>
      <w:r w:rsidRPr="00722150">
        <w:rPr>
          <w:lang w:val="mk-MK"/>
        </w:rPr>
        <w:t>Erasmus+ projektas „Let's Play Again“ (Žaiskime vėl) subūrė studentus ir mokytojus iš Graikijos, Lenkijos, Kipro, Maltos, Lietuvos ir Šiaurės Makedonijos į dinamišką edukacinę kelionę, kurios metu buvo pabrėžta tradicinių žaidimų kaip įtraukimo, kultūrinio mainų ir jaunimo įgalinimo priemonės vertė.</w:t>
      </w:r>
    </w:p>
    <w:p w14:paraId="6082E0D1" w14:textId="4B23F0A1" w:rsidR="00722150" w:rsidRPr="00722150" w:rsidRDefault="00FB386B" w:rsidP="00722150">
      <w:pPr>
        <w:pStyle w:val="prastasiniatinklio"/>
        <w:rPr>
          <w:lang w:val="mk-MK"/>
        </w:rPr>
      </w:pPr>
      <w:r>
        <w:rPr>
          <w:lang w:val="lt-LT"/>
        </w:rPr>
        <w:t xml:space="preserve">  </w:t>
      </w:r>
      <w:r w:rsidR="00722150" w:rsidRPr="00722150">
        <w:rPr>
          <w:lang w:val="mk-MK"/>
        </w:rPr>
        <w:t>Projektas padėjo atgaivinti tradicinius žaidimus iš Kipro, Graikijos, Maltos, Šiaurės Makedonijos, Lenkijos ir Lietuvos, užtikrinant, kad jie būtų perduoti jaunesnėms kartoms.</w:t>
      </w:r>
    </w:p>
    <w:p w14:paraId="17F7A4F2" w14:textId="44B6D506" w:rsidR="00722150" w:rsidRPr="00722150" w:rsidRDefault="00FB386B" w:rsidP="00722150">
      <w:pPr>
        <w:pStyle w:val="prastasiniatinklio"/>
        <w:rPr>
          <w:lang w:val="mk-MK"/>
        </w:rPr>
      </w:pPr>
      <w:r>
        <w:rPr>
          <w:lang w:val="lt-LT"/>
        </w:rPr>
        <w:t xml:space="preserve">   </w:t>
      </w:r>
      <w:r w:rsidR="00722150" w:rsidRPr="00722150">
        <w:rPr>
          <w:lang w:val="mk-MK"/>
        </w:rPr>
        <w:t>Projekto metu kiekviena priimančioji šalis dalyviams pristatė dešimt tradicinių žaidimų – atgaivino žaidimų formas, skatinančias judėjimą, bendradarbiavimą ir džiaugsmą. Šie žaidimai tapo bendra kalba, kuri sujungė jaunus žmones nepaisant žodžių, kilmės ir sienų.</w:t>
      </w:r>
    </w:p>
    <w:p w14:paraId="127F846D" w14:textId="6FF0C6C3" w:rsidR="00722150" w:rsidRPr="00722150" w:rsidRDefault="00FB386B" w:rsidP="00722150">
      <w:pPr>
        <w:pStyle w:val="prastasiniatinklio"/>
        <w:rPr>
          <w:lang w:val="mk-MK"/>
        </w:rPr>
      </w:pPr>
      <w:r>
        <w:rPr>
          <w:lang w:val="lt-LT"/>
        </w:rPr>
        <w:t xml:space="preserve">   </w:t>
      </w:r>
      <w:r w:rsidR="00722150" w:rsidRPr="00722150">
        <w:rPr>
          <w:lang w:val="mk-MK"/>
        </w:rPr>
        <w:t>Buvo labai vertinga prisiminti senus tradicinius žaidimus, kuriuos kažkada žaidė jų tėvai ir seneliai. Tai suartino skirtingas kartas, skatino abipusę pagarbą ir artumą, padėjo išsaugoti tradicinius žaidimus nuo užmaršties ir leido vaikams išmokti taisykles, praktikuotis ir ugdyti įgūdžius, kurie yra nepaprastai svarbūs jų fizinei sveikatai.</w:t>
      </w:r>
    </w:p>
    <w:p w14:paraId="4107F907" w14:textId="19E4730F" w:rsidR="00722150" w:rsidRPr="00722150" w:rsidRDefault="00FB386B" w:rsidP="00722150">
      <w:pPr>
        <w:pStyle w:val="prastasiniatinklio"/>
        <w:rPr>
          <w:lang w:val="mk-MK"/>
        </w:rPr>
      </w:pPr>
      <w:r>
        <w:rPr>
          <w:lang w:val="lt-LT"/>
        </w:rPr>
        <w:t xml:space="preserve">  </w:t>
      </w:r>
      <w:r w:rsidR="00722150" w:rsidRPr="00722150">
        <w:rPr>
          <w:lang w:val="mk-MK"/>
        </w:rPr>
        <w:t>Dauguma žaidimų buvo komandiniai, todėl reikėjo bendradarbiauti, remti vieni kitus ir gerai pasiskirstyti vaidmenis – tai buvo labai vertinga vaikams. Kiekvienoje šalyje žaidimai apėmė įvairius įgūdžius, pvz., tikslumą, judrumą, greitumą, vikrumą, lankstumą, smulkiąją motoriką ir kt. Kiekvienoje priimančiojoje šalyje mokiniai buvo gerai pasiruošę ir entuziastingai dalijosi savo žiniomis su visais dalyviais.</w:t>
      </w:r>
    </w:p>
    <w:p w14:paraId="27099D5C" w14:textId="7439A5F7" w:rsidR="00722150" w:rsidRDefault="00FB386B" w:rsidP="00722150">
      <w:pPr>
        <w:pStyle w:val="prastasiniatinklio"/>
      </w:pPr>
      <w:r>
        <w:t xml:space="preserve">  </w:t>
      </w:r>
      <w:proofErr w:type="spellStart"/>
      <w:r w:rsidR="00722150">
        <w:t>Ypač</w:t>
      </w:r>
      <w:proofErr w:type="spellEnd"/>
      <w:r w:rsidR="00722150">
        <w:t xml:space="preserve"> </w:t>
      </w:r>
      <w:proofErr w:type="spellStart"/>
      <w:r w:rsidR="00722150">
        <w:t>turininga</w:t>
      </w:r>
      <w:proofErr w:type="spellEnd"/>
      <w:r w:rsidR="00722150">
        <w:t xml:space="preserve"> </w:t>
      </w:r>
      <w:proofErr w:type="spellStart"/>
      <w:r w:rsidR="00722150">
        <w:t>projekto</w:t>
      </w:r>
      <w:proofErr w:type="spellEnd"/>
      <w:r w:rsidR="00722150">
        <w:t xml:space="preserve"> </w:t>
      </w:r>
      <w:proofErr w:type="spellStart"/>
      <w:r w:rsidR="00722150">
        <w:t>dalis</w:t>
      </w:r>
      <w:proofErr w:type="spellEnd"/>
      <w:r w:rsidR="00722150">
        <w:t xml:space="preserve"> </w:t>
      </w:r>
      <w:proofErr w:type="spellStart"/>
      <w:r w:rsidR="00722150">
        <w:t>buvo</w:t>
      </w:r>
      <w:proofErr w:type="spellEnd"/>
      <w:r w:rsidR="00722150">
        <w:t xml:space="preserve"> </w:t>
      </w:r>
      <w:proofErr w:type="spellStart"/>
      <w:r w:rsidR="00722150">
        <w:t>galimybė</w:t>
      </w:r>
      <w:proofErr w:type="spellEnd"/>
      <w:r w:rsidR="00722150">
        <w:t xml:space="preserve"> </w:t>
      </w:r>
      <w:proofErr w:type="spellStart"/>
      <w:r w:rsidR="00722150">
        <w:t>vėl</w:t>
      </w:r>
      <w:proofErr w:type="spellEnd"/>
      <w:r w:rsidR="00722150">
        <w:t xml:space="preserve"> </w:t>
      </w:r>
      <w:proofErr w:type="spellStart"/>
      <w:r w:rsidR="00722150">
        <w:t>prisiliesti</w:t>
      </w:r>
      <w:proofErr w:type="spellEnd"/>
      <w:r w:rsidR="00722150">
        <w:t xml:space="preserve"> </w:t>
      </w:r>
      <w:proofErr w:type="spellStart"/>
      <w:r w:rsidR="00722150">
        <w:t>prie</w:t>
      </w:r>
      <w:proofErr w:type="spellEnd"/>
      <w:r w:rsidR="00722150">
        <w:t xml:space="preserve"> </w:t>
      </w:r>
      <w:proofErr w:type="spellStart"/>
      <w:r w:rsidR="00722150">
        <w:t>praeities</w:t>
      </w:r>
      <w:proofErr w:type="spellEnd"/>
      <w:r w:rsidR="00722150">
        <w:t xml:space="preserve">. </w:t>
      </w:r>
      <w:proofErr w:type="spellStart"/>
      <w:r w:rsidR="00722150">
        <w:t>Mokiniai</w:t>
      </w:r>
      <w:proofErr w:type="spellEnd"/>
      <w:r w:rsidR="00722150">
        <w:t xml:space="preserve"> </w:t>
      </w:r>
      <w:proofErr w:type="spellStart"/>
      <w:r w:rsidR="00722150">
        <w:t>sužinojo</w:t>
      </w:r>
      <w:proofErr w:type="spellEnd"/>
      <w:r w:rsidR="00722150">
        <w:t xml:space="preserve">, </w:t>
      </w:r>
      <w:proofErr w:type="spellStart"/>
      <w:r w:rsidR="00722150">
        <w:t>kaip</w:t>
      </w:r>
      <w:proofErr w:type="spellEnd"/>
      <w:r w:rsidR="00722150">
        <w:t xml:space="preserve"> </w:t>
      </w:r>
      <w:proofErr w:type="spellStart"/>
      <w:r w:rsidR="00722150">
        <w:t>žaisdavo</w:t>
      </w:r>
      <w:proofErr w:type="spellEnd"/>
      <w:r w:rsidR="00722150">
        <w:t xml:space="preserve"> </w:t>
      </w:r>
      <w:proofErr w:type="spellStart"/>
      <w:r w:rsidR="00722150">
        <w:t>vaikai</w:t>
      </w:r>
      <w:proofErr w:type="spellEnd"/>
      <w:r w:rsidR="00722150">
        <w:t xml:space="preserve"> </w:t>
      </w:r>
      <w:proofErr w:type="spellStart"/>
      <w:r w:rsidR="00722150">
        <w:t>senovėje</w:t>
      </w:r>
      <w:proofErr w:type="spellEnd"/>
      <w:r w:rsidR="00722150">
        <w:t xml:space="preserve"> – be </w:t>
      </w:r>
      <w:proofErr w:type="spellStart"/>
      <w:r w:rsidR="00722150">
        <w:t>ekranų</w:t>
      </w:r>
      <w:proofErr w:type="spellEnd"/>
      <w:r w:rsidR="00722150">
        <w:t xml:space="preserve"> </w:t>
      </w:r>
      <w:proofErr w:type="spellStart"/>
      <w:r w:rsidR="00722150">
        <w:t>ir</w:t>
      </w:r>
      <w:proofErr w:type="spellEnd"/>
      <w:r w:rsidR="00722150">
        <w:t xml:space="preserve"> </w:t>
      </w:r>
      <w:proofErr w:type="spellStart"/>
      <w:r w:rsidR="00722150">
        <w:t>technologijų</w:t>
      </w:r>
      <w:proofErr w:type="spellEnd"/>
      <w:r w:rsidR="00722150">
        <w:t xml:space="preserve">, </w:t>
      </w:r>
      <w:proofErr w:type="spellStart"/>
      <w:r w:rsidR="00722150">
        <w:t>pasikliaudami</w:t>
      </w:r>
      <w:proofErr w:type="spellEnd"/>
      <w:r w:rsidR="00722150">
        <w:t xml:space="preserve"> </w:t>
      </w:r>
      <w:proofErr w:type="spellStart"/>
      <w:r w:rsidR="00722150">
        <w:t>vaizduote</w:t>
      </w:r>
      <w:proofErr w:type="spellEnd"/>
      <w:r w:rsidR="00722150">
        <w:t xml:space="preserve">, </w:t>
      </w:r>
      <w:proofErr w:type="spellStart"/>
      <w:r w:rsidR="00722150">
        <w:t>gamta</w:t>
      </w:r>
      <w:proofErr w:type="spellEnd"/>
      <w:r w:rsidR="00722150">
        <w:t xml:space="preserve">, </w:t>
      </w:r>
      <w:proofErr w:type="spellStart"/>
      <w:r w:rsidR="00722150">
        <w:t>paprastais</w:t>
      </w:r>
      <w:proofErr w:type="spellEnd"/>
      <w:r w:rsidR="00722150">
        <w:t xml:space="preserve"> </w:t>
      </w:r>
      <w:proofErr w:type="spellStart"/>
      <w:r w:rsidR="00722150">
        <w:t>medžiagomis</w:t>
      </w:r>
      <w:proofErr w:type="spellEnd"/>
      <w:r w:rsidR="00722150">
        <w:t xml:space="preserve"> </w:t>
      </w:r>
      <w:proofErr w:type="spellStart"/>
      <w:r w:rsidR="00722150">
        <w:t>ir</w:t>
      </w:r>
      <w:proofErr w:type="spellEnd"/>
      <w:r w:rsidR="00722150">
        <w:t xml:space="preserve">, </w:t>
      </w:r>
      <w:proofErr w:type="spellStart"/>
      <w:r w:rsidR="00722150">
        <w:t>svarbiausia</w:t>
      </w:r>
      <w:proofErr w:type="spellEnd"/>
      <w:r w:rsidR="00722150">
        <w:t xml:space="preserve">, </w:t>
      </w:r>
      <w:proofErr w:type="spellStart"/>
      <w:r w:rsidR="00722150">
        <w:t>žmogiškaisiais</w:t>
      </w:r>
      <w:proofErr w:type="spellEnd"/>
      <w:r w:rsidR="00722150">
        <w:t xml:space="preserve"> </w:t>
      </w:r>
      <w:proofErr w:type="spellStart"/>
      <w:r w:rsidR="00722150">
        <w:t>santykiais</w:t>
      </w:r>
      <w:proofErr w:type="spellEnd"/>
      <w:r w:rsidR="00722150">
        <w:t>.</w:t>
      </w:r>
    </w:p>
    <w:p w14:paraId="36E68AB2" w14:textId="77777777" w:rsidR="00722150" w:rsidRDefault="00722150" w:rsidP="00722150">
      <w:pPr>
        <w:pStyle w:val="prastasiniatinklio"/>
      </w:pPr>
      <w:proofErr w:type="spellStart"/>
      <w:r>
        <w:t>Ši</w:t>
      </w:r>
      <w:proofErr w:type="spellEnd"/>
      <w:r>
        <w:t xml:space="preserve"> </w:t>
      </w:r>
      <w:proofErr w:type="spellStart"/>
      <w:r>
        <w:t>patirtis</w:t>
      </w:r>
      <w:proofErr w:type="spellEnd"/>
      <w:r>
        <w:t xml:space="preserve"> </w:t>
      </w:r>
      <w:proofErr w:type="spellStart"/>
      <w:r>
        <w:t>buvo</w:t>
      </w:r>
      <w:proofErr w:type="spellEnd"/>
      <w:r>
        <w:t xml:space="preserve"> </w:t>
      </w:r>
      <w:proofErr w:type="spellStart"/>
      <w:r>
        <w:t>galingas</w:t>
      </w:r>
      <w:proofErr w:type="spellEnd"/>
      <w:r>
        <w:t xml:space="preserve"> </w:t>
      </w:r>
      <w:proofErr w:type="spellStart"/>
      <w:r>
        <w:t>priminimas</w:t>
      </w:r>
      <w:proofErr w:type="spellEnd"/>
      <w:r>
        <w:t xml:space="preserve"> </w:t>
      </w:r>
      <w:proofErr w:type="spellStart"/>
      <w:r>
        <w:t>apie</w:t>
      </w:r>
      <w:proofErr w:type="spellEnd"/>
      <w:r>
        <w:t xml:space="preserve"> </w:t>
      </w:r>
      <w:proofErr w:type="spellStart"/>
      <w:r>
        <w:t>amžiną</w:t>
      </w:r>
      <w:proofErr w:type="spellEnd"/>
      <w:r>
        <w:t xml:space="preserve"> </w:t>
      </w:r>
      <w:proofErr w:type="spellStart"/>
      <w:r>
        <w:t>kūrybiškumo</w:t>
      </w:r>
      <w:proofErr w:type="spellEnd"/>
      <w:r>
        <w:t xml:space="preserve">, </w:t>
      </w:r>
      <w:proofErr w:type="spellStart"/>
      <w:r>
        <w:t>bendruomenės</w:t>
      </w:r>
      <w:proofErr w:type="spellEnd"/>
      <w:r>
        <w:t xml:space="preserve"> </w:t>
      </w:r>
      <w:proofErr w:type="spellStart"/>
      <w:r>
        <w:t>ir</w:t>
      </w:r>
      <w:proofErr w:type="spellEnd"/>
      <w:r>
        <w:t xml:space="preserve"> </w:t>
      </w:r>
      <w:proofErr w:type="spellStart"/>
      <w:r>
        <w:t>bendro</w:t>
      </w:r>
      <w:proofErr w:type="spellEnd"/>
      <w:r>
        <w:t xml:space="preserve"> </w:t>
      </w:r>
      <w:proofErr w:type="spellStart"/>
      <w:r>
        <w:t>juoko</w:t>
      </w:r>
      <w:proofErr w:type="spellEnd"/>
      <w:r>
        <w:t xml:space="preserve"> </w:t>
      </w:r>
      <w:proofErr w:type="spellStart"/>
      <w:r>
        <w:t>vertę</w:t>
      </w:r>
      <w:proofErr w:type="spellEnd"/>
      <w:r>
        <w:t>.</w:t>
      </w:r>
    </w:p>
    <w:p w14:paraId="456391F3" w14:textId="33F462A4" w:rsidR="00722150" w:rsidRDefault="00FB386B" w:rsidP="00722150">
      <w:pPr>
        <w:pStyle w:val="prastasiniatinklio"/>
      </w:pPr>
      <w:r>
        <w:t xml:space="preserve">   </w:t>
      </w:r>
      <w:proofErr w:type="spellStart"/>
      <w:r w:rsidR="00722150">
        <w:t>Mokiniai</w:t>
      </w:r>
      <w:proofErr w:type="spellEnd"/>
      <w:r w:rsidR="00722150">
        <w:t xml:space="preserve"> </w:t>
      </w:r>
      <w:proofErr w:type="spellStart"/>
      <w:r w:rsidR="00722150">
        <w:t>iš</w:t>
      </w:r>
      <w:proofErr w:type="spellEnd"/>
      <w:r w:rsidR="00722150">
        <w:t xml:space="preserve"> </w:t>
      </w:r>
      <w:proofErr w:type="spellStart"/>
      <w:r w:rsidR="00722150">
        <w:t>visų</w:t>
      </w:r>
      <w:proofErr w:type="spellEnd"/>
      <w:r w:rsidR="00722150">
        <w:t xml:space="preserve"> </w:t>
      </w:r>
      <w:proofErr w:type="spellStart"/>
      <w:r w:rsidR="00722150">
        <w:t>šešių</w:t>
      </w:r>
      <w:proofErr w:type="spellEnd"/>
      <w:r w:rsidR="00722150">
        <w:t xml:space="preserve"> </w:t>
      </w:r>
      <w:proofErr w:type="spellStart"/>
      <w:r w:rsidR="00722150">
        <w:t>šalių</w:t>
      </w:r>
      <w:proofErr w:type="spellEnd"/>
      <w:r w:rsidR="00722150">
        <w:t xml:space="preserve"> </w:t>
      </w:r>
      <w:proofErr w:type="spellStart"/>
      <w:r w:rsidR="00722150">
        <w:t>dalyvavo</w:t>
      </w:r>
      <w:proofErr w:type="spellEnd"/>
      <w:r w:rsidR="00722150">
        <w:t xml:space="preserve"> </w:t>
      </w:r>
      <w:proofErr w:type="spellStart"/>
      <w:r w:rsidR="00722150">
        <w:t>reikšminguose</w:t>
      </w:r>
      <w:proofErr w:type="spellEnd"/>
      <w:r w:rsidR="00722150">
        <w:t xml:space="preserve"> </w:t>
      </w:r>
      <w:proofErr w:type="spellStart"/>
      <w:r w:rsidR="00722150">
        <w:t>mainuose</w:t>
      </w:r>
      <w:proofErr w:type="spellEnd"/>
      <w:r w:rsidR="00722150">
        <w:t xml:space="preserve">, </w:t>
      </w:r>
      <w:proofErr w:type="spellStart"/>
      <w:r w:rsidR="00722150">
        <w:t>žaisdami</w:t>
      </w:r>
      <w:proofErr w:type="spellEnd"/>
      <w:r w:rsidR="00722150">
        <w:t xml:space="preserve"> </w:t>
      </w:r>
      <w:proofErr w:type="spellStart"/>
      <w:r w:rsidR="00722150">
        <w:t>puoselėjo</w:t>
      </w:r>
      <w:proofErr w:type="spellEnd"/>
      <w:r w:rsidR="00722150">
        <w:t xml:space="preserve"> </w:t>
      </w:r>
      <w:proofErr w:type="spellStart"/>
      <w:r w:rsidR="00722150">
        <w:t>draugystę</w:t>
      </w:r>
      <w:proofErr w:type="spellEnd"/>
      <w:r w:rsidR="00722150">
        <w:t xml:space="preserve"> </w:t>
      </w:r>
      <w:proofErr w:type="spellStart"/>
      <w:r w:rsidR="00722150">
        <w:t>ir</w:t>
      </w:r>
      <w:proofErr w:type="spellEnd"/>
      <w:r w:rsidR="00722150">
        <w:t xml:space="preserve"> </w:t>
      </w:r>
      <w:proofErr w:type="spellStart"/>
      <w:r w:rsidR="00722150">
        <w:t>tarpkultūrinį</w:t>
      </w:r>
      <w:proofErr w:type="spellEnd"/>
      <w:r w:rsidR="00722150">
        <w:t xml:space="preserve"> </w:t>
      </w:r>
      <w:proofErr w:type="spellStart"/>
      <w:r w:rsidR="00722150">
        <w:t>supratimą</w:t>
      </w:r>
      <w:proofErr w:type="spellEnd"/>
      <w:r w:rsidR="00722150">
        <w:t>.</w:t>
      </w:r>
    </w:p>
    <w:p w14:paraId="17E2F577" w14:textId="4A03121A" w:rsidR="00722150" w:rsidRDefault="00FB386B" w:rsidP="00722150">
      <w:pPr>
        <w:pStyle w:val="prastasiniatinklio"/>
      </w:pPr>
      <w:r>
        <w:t xml:space="preserve">   </w:t>
      </w:r>
      <w:r w:rsidR="00722150">
        <w:t xml:space="preserve">Per </w:t>
      </w:r>
      <w:proofErr w:type="spellStart"/>
      <w:r w:rsidR="00722150">
        <w:t>mobilumą</w:t>
      </w:r>
      <w:proofErr w:type="spellEnd"/>
      <w:r w:rsidR="00722150">
        <w:t xml:space="preserve"> </w:t>
      </w:r>
      <w:proofErr w:type="spellStart"/>
      <w:r w:rsidR="00722150">
        <w:t>ir</w:t>
      </w:r>
      <w:proofErr w:type="spellEnd"/>
      <w:r w:rsidR="00722150">
        <w:t xml:space="preserve"> </w:t>
      </w:r>
      <w:proofErr w:type="spellStart"/>
      <w:r w:rsidR="00722150">
        <w:t>įvairių</w:t>
      </w:r>
      <w:proofErr w:type="spellEnd"/>
      <w:r w:rsidR="00722150">
        <w:t xml:space="preserve"> </w:t>
      </w:r>
      <w:proofErr w:type="spellStart"/>
      <w:r w:rsidR="00722150">
        <w:t>tradicinių</w:t>
      </w:r>
      <w:proofErr w:type="spellEnd"/>
      <w:r w:rsidR="00722150">
        <w:t xml:space="preserve"> </w:t>
      </w:r>
      <w:proofErr w:type="spellStart"/>
      <w:r w:rsidR="00722150">
        <w:t>žaidimų</w:t>
      </w:r>
      <w:proofErr w:type="spellEnd"/>
      <w:r w:rsidR="00722150">
        <w:t xml:space="preserve"> </w:t>
      </w:r>
      <w:proofErr w:type="spellStart"/>
      <w:r w:rsidR="00722150">
        <w:t>mokymąsi</w:t>
      </w:r>
      <w:proofErr w:type="spellEnd"/>
      <w:r w:rsidR="00722150">
        <w:t xml:space="preserve"> tarp </w:t>
      </w:r>
      <w:proofErr w:type="spellStart"/>
      <w:r w:rsidR="00722150">
        <w:t>mokinių</w:t>
      </w:r>
      <w:proofErr w:type="spellEnd"/>
      <w:r w:rsidR="00722150">
        <w:t xml:space="preserve"> </w:t>
      </w:r>
      <w:proofErr w:type="spellStart"/>
      <w:r w:rsidR="00722150">
        <w:t>ir</w:t>
      </w:r>
      <w:proofErr w:type="spellEnd"/>
      <w:r w:rsidR="00722150">
        <w:t xml:space="preserve"> </w:t>
      </w:r>
      <w:proofErr w:type="spellStart"/>
      <w:r w:rsidR="00722150">
        <w:t>mokytojų</w:t>
      </w:r>
      <w:proofErr w:type="spellEnd"/>
      <w:r w:rsidR="00722150">
        <w:t xml:space="preserve"> </w:t>
      </w:r>
      <w:proofErr w:type="spellStart"/>
      <w:r w:rsidR="00722150">
        <w:t>susiformavo</w:t>
      </w:r>
      <w:proofErr w:type="spellEnd"/>
      <w:r w:rsidR="00722150">
        <w:t xml:space="preserve"> </w:t>
      </w:r>
      <w:proofErr w:type="spellStart"/>
      <w:r w:rsidR="00722150">
        <w:t>nuostabus</w:t>
      </w:r>
      <w:proofErr w:type="spellEnd"/>
      <w:r w:rsidR="00722150">
        <w:t xml:space="preserve"> </w:t>
      </w:r>
      <w:proofErr w:type="spellStart"/>
      <w:r w:rsidR="00722150">
        <w:t>draugystės</w:t>
      </w:r>
      <w:proofErr w:type="spellEnd"/>
      <w:r w:rsidR="00722150">
        <w:t xml:space="preserve"> </w:t>
      </w:r>
      <w:proofErr w:type="spellStart"/>
      <w:r w:rsidR="00722150">
        <w:t>tinklas</w:t>
      </w:r>
      <w:proofErr w:type="spellEnd"/>
      <w:r w:rsidR="00722150">
        <w:t xml:space="preserve">. </w:t>
      </w:r>
      <w:proofErr w:type="spellStart"/>
      <w:r w:rsidR="00722150">
        <w:t>Visi</w:t>
      </w:r>
      <w:proofErr w:type="spellEnd"/>
      <w:r w:rsidR="00722150">
        <w:t xml:space="preserve"> </w:t>
      </w:r>
      <w:proofErr w:type="spellStart"/>
      <w:r w:rsidR="00722150">
        <w:t>mes</w:t>
      </w:r>
      <w:proofErr w:type="spellEnd"/>
      <w:r w:rsidR="00722150">
        <w:t xml:space="preserve"> </w:t>
      </w:r>
      <w:proofErr w:type="spellStart"/>
      <w:r w:rsidR="00722150">
        <w:t>daug</w:t>
      </w:r>
      <w:proofErr w:type="spellEnd"/>
      <w:r w:rsidR="00722150">
        <w:t xml:space="preserve"> </w:t>
      </w:r>
      <w:proofErr w:type="spellStart"/>
      <w:r w:rsidR="00722150">
        <w:t>sužinojome</w:t>
      </w:r>
      <w:proofErr w:type="spellEnd"/>
      <w:r w:rsidR="00722150">
        <w:t xml:space="preserve"> </w:t>
      </w:r>
      <w:proofErr w:type="spellStart"/>
      <w:r w:rsidR="00722150">
        <w:t>apie</w:t>
      </w:r>
      <w:proofErr w:type="spellEnd"/>
      <w:r w:rsidR="00722150">
        <w:t xml:space="preserve"> </w:t>
      </w:r>
      <w:proofErr w:type="spellStart"/>
      <w:r w:rsidR="00722150">
        <w:t>skirtingus</w:t>
      </w:r>
      <w:proofErr w:type="spellEnd"/>
      <w:r w:rsidR="00722150">
        <w:t xml:space="preserve"> </w:t>
      </w:r>
      <w:proofErr w:type="spellStart"/>
      <w:r w:rsidR="00722150">
        <w:t>papročius</w:t>
      </w:r>
      <w:proofErr w:type="spellEnd"/>
      <w:r w:rsidR="00722150">
        <w:t xml:space="preserve"> </w:t>
      </w:r>
      <w:proofErr w:type="spellStart"/>
      <w:r w:rsidR="00722150">
        <w:t>ir</w:t>
      </w:r>
      <w:proofErr w:type="spellEnd"/>
      <w:r w:rsidR="00722150">
        <w:t xml:space="preserve"> </w:t>
      </w:r>
      <w:proofErr w:type="spellStart"/>
      <w:r w:rsidR="00722150">
        <w:t>kultūras</w:t>
      </w:r>
      <w:proofErr w:type="spellEnd"/>
      <w:r w:rsidR="00722150">
        <w:t xml:space="preserve"> </w:t>
      </w:r>
      <w:proofErr w:type="spellStart"/>
      <w:r w:rsidR="00722150">
        <w:t>bei</w:t>
      </w:r>
      <w:proofErr w:type="spellEnd"/>
      <w:r w:rsidR="00722150">
        <w:t xml:space="preserve"> </w:t>
      </w:r>
      <w:proofErr w:type="spellStart"/>
      <w:r w:rsidR="00722150">
        <w:t>atvėrėme</w:t>
      </w:r>
      <w:proofErr w:type="spellEnd"/>
      <w:r w:rsidR="00722150">
        <w:t xml:space="preserve"> </w:t>
      </w:r>
      <w:proofErr w:type="spellStart"/>
      <w:r w:rsidR="00722150">
        <w:t>savo</w:t>
      </w:r>
      <w:proofErr w:type="spellEnd"/>
      <w:r w:rsidR="00722150">
        <w:t xml:space="preserve"> </w:t>
      </w:r>
      <w:proofErr w:type="spellStart"/>
      <w:r w:rsidR="00722150">
        <w:t>protus</w:t>
      </w:r>
      <w:proofErr w:type="spellEnd"/>
      <w:r w:rsidR="00722150">
        <w:t xml:space="preserve"> </w:t>
      </w:r>
      <w:proofErr w:type="spellStart"/>
      <w:r w:rsidR="00722150">
        <w:t>ir</w:t>
      </w:r>
      <w:proofErr w:type="spellEnd"/>
      <w:r w:rsidR="00722150">
        <w:t xml:space="preserve"> </w:t>
      </w:r>
      <w:proofErr w:type="spellStart"/>
      <w:r w:rsidR="00722150">
        <w:t>širdis</w:t>
      </w:r>
      <w:proofErr w:type="spellEnd"/>
      <w:r w:rsidR="00722150">
        <w:t xml:space="preserve"> </w:t>
      </w:r>
      <w:proofErr w:type="spellStart"/>
      <w:r w:rsidR="00722150">
        <w:t>įvairovei</w:t>
      </w:r>
      <w:proofErr w:type="spellEnd"/>
      <w:r w:rsidR="00722150">
        <w:t>.</w:t>
      </w:r>
    </w:p>
    <w:p w14:paraId="6C147393" w14:textId="3B87E3B3" w:rsidR="00722150" w:rsidRDefault="00FB386B" w:rsidP="00722150">
      <w:pPr>
        <w:pStyle w:val="prastasiniatinklio"/>
      </w:pPr>
      <w:r>
        <w:t xml:space="preserve">  </w:t>
      </w:r>
      <w:proofErr w:type="spellStart"/>
      <w:r w:rsidR="00722150">
        <w:t>Projektas</w:t>
      </w:r>
      <w:proofErr w:type="spellEnd"/>
      <w:r w:rsidR="00722150">
        <w:t xml:space="preserve"> </w:t>
      </w:r>
      <w:proofErr w:type="spellStart"/>
      <w:r w:rsidR="00722150">
        <w:t>prisidėjo</w:t>
      </w:r>
      <w:proofErr w:type="spellEnd"/>
      <w:r w:rsidR="00722150">
        <w:t xml:space="preserve"> </w:t>
      </w:r>
      <w:proofErr w:type="spellStart"/>
      <w:r w:rsidR="00722150">
        <w:t>prie</w:t>
      </w:r>
      <w:proofErr w:type="spellEnd"/>
      <w:r w:rsidR="00722150">
        <w:t xml:space="preserve"> </w:t>
      </w:r>
      <w:proofErr w:type="spellStart"/>
      <w:r w:rsidR="00722150">
        <w:t>pagrindinių</w:t>
      </w:r>
      <w:proofErr w:type="spellEnd"/>
      <w:r w:rsidR="00722150">
        <w:t xml:space="preserve"> </w:t>
      </w:r>
      <w:proofErr w:type="spellStart"/>
      <w:r w:rsidR="00722150">
        <w:t>kompetencijų</w:t>
      </w:r>
      <w:proofErr w:type="spellEnd"/>
      <w:r w:rsidR="00722150">
        <w:t xml:space="preserve">, </w:t>
      </w:r>
      <w:proofErr w:type="spellStart"/>
      <w:r w:rsidR="00722150">
        <w:t>įskaitant</w:t>
      </w:r>
      <w:proofErr w:type="spellEnd"/>
      <w:r w:rsidR="00722150">
        <w:t xml:space="preserve"> </w:t>
      </w:r>
      <w:proofErr w:type="spellStart"/>
      <w:r w:rsidR="00722150">
        <w:t>kalbos</w:t>
      </w:r>
      <w:proofErr w:type="spellEnd"/>
      <w:r w:rsidR="00722150">
        <w:t xml:space="preserve"> </w:t>
      </w:r>
      <w:proofErr w:type="spellStart"/>
      <w:r w:rsidR="00722150">
        <w:t>įgūdžius</w:t>
      </w:r>
      <w:proofErr w:type="spellEnd"/>
      <w:r w:rsidR="00722150">
        <w:t xml:space="preserve">, </w:t>
      </w:r>
      <w:proofErr w:type="spellStart"/>
      <w:r w:rsidR="00722150">
        <w:t>socialinę</w:t>
      </w:r>
      <w:proofErr w:type="spellEnd"/>
      <w:r w:rsidR="00722150">
        <w:t xml:space="preserve"> </w:t>
      </w:r>
      <w:proofErr w:type="spellStart"/>
      <w:r w:rsidR="00722150">
        <w:t>sąveiką</w:t>
      </w:r>
      <w:proofErr w:type="spellEnd"/>
      <w:r w:rsidR="00722150">
        <w:t xml:space="preserve"> </w:t>
      </w:r>
      <w:proofErr w:type="spellStart"/>
      <w:r w:rsidR="00722150">
        <w:t>ir</w:t>
      </w:r>
      <w:proofErr w:type="spellEnd"/>
      <w:r w:rsidR="00722150">
        <w:t xml:space="preserve"> </w:t>
      </w:r>
      <w:proofErr w:type="spellStart"/>
      <w:r w:rsidR="00722150">
        <w:t>bendravimą</w:t>
      </w:r>
      <w:proofErr w:type="spellEnd"/>
      <w:r w:rsidR="00722150">
        <w:t xml:space="preserve">, </w:t>
      </w:r>
      <w:proofErr w:type="spellStart"/>
      <w:r w:rsidR="00722150">
        <w:t>ugdymo</w:t>
      </w:r>
      <w:proofErr w:type="spellEnd"/>
      <w:r w:rsidR="00722150">
        <w:t>.</w:t>
      </w:r>
    </w:p>
    <w:p w14:paraId="67A2C503" w14:textId="7EE3A325" w:rsidR="00722150" w:rsidRDefault="00FB386B" w:rsidP="00722150">
      <w:pPr>
        <w:pStyle w:val="prastasiniatinklio"/>
      </w:pPr>
      <w:r>
        <w:t xml:space="preserve">   </w:t>
      </w:r>
      <w:r w:rsidR="00722150">
        <w:t xml:space="preserve">Kai </w:t>
      </w:r>
      <w:proofErr w:type="spellStart"/>
      <w:r w:rsidR="00722150">
        <w:t>kurie</w:t>
      </w:r>
      <w:proofErr w:type="spellEnd"/>
      <w:r w:rsidR="00722150">
        <w:t xml:space="preserve"> </w:t>
      </w:r>
      <w:proofErr w:type="spellStart"/>
      <w:r w:rsidR="00722150">
        <w:t>žaidimai</w:t>
      </w:r>
      <w:proofErr w:type="spellEnd"/>
      <w:r w:rsidR="00722150">
        <w:t xml:space="preserve"> </w:t>
      </w:r>
      <w:proofErr w:type="spellStart"/>
      <w:r w:rsidR="00722150">
        <w:t>buvo</w:t>
      </w:r>
      <w:proofErr w:type="spellEnd"/>
      <w:r w:rsidR="00722150">
        <w:t xml:space="preserve"> </w:t>
      </w:r>
      <w:proofErr w:type="spellStart"/>
      <w:r w:rsidR="00722150">
        <w:t>panašūs</w:t>
      </w:r>
      <w:proofErr w:type="spellEnd"/>
      <w:r w:rsidR="00722150">
        <w:t xml:space="preserve"> </w:t>
      </w:r>
      <w:proofErr w:type="spellStart"/>
      <w:r w:rsidR="00722150">
        <w:t>visose</w:t>
      </w:r>
      <w:proofErr w:type="spellEnd"/>
      <w:r w:rsidR="00722150">
        <w:t xml:space="preserve"> </w:t>
      </w:r>
      <w:proofErr w:type="spellStart"/>
      <w:r w:rsidR="00722150">
        <w:t>šalyse</w:t>
      </w:r>
      <w:proofErr w:type="spellEnd"/>
      <w:r w:rsidR="00722150">
        <w:t xml:space="preserve">, </w:t>
      </w:r>
      <w:proofErr w:type="spellStart"/>
      <w:r w:rsidR="00722150">
        <w:t>pavyzdžiui</w:t>
      </w:r>
      <w:proofErr w:type="spellEnd"/>
      <w:r w:rsidR="00722150">
        <w:t xml:space="preserve">, </w:t>
      </w:r>
      <w:proofErr w:type="spellStart"/>
      <w:r w:rsidR="00722150">
        <w:t>šokimas</w:t>
      </w:r>
      <w:proofErr w:type="spellEnd"/>
      <w:r w:rsidR="00722150">
        <w:t xml:space="preserve"> per </w:t>
      </w:r>
      <w:proofErr w:type="spellStart"/>
      <w:r w:rsidR="00722150">
        <w:t>virvę</w:t>
      </w:r>
      <w:proofErr w:type="spellEnd"/>
      <w:r w:rsidR="00722150">
        <w:t xml:space="preserve">, </w:t>
      </w:r>
      <w:proofErr w:type="spellStart"/>
      <w:r w:rsidR="00722150">
        <w:t>žaidimas</w:t>
      </w:r>
      <w:proofErr w:type="spellEnd"/>
      <w:r w:rsidR="00722150">
        <w:t xml:space="preserve"> </w:t>
      </w:r>
      <w:proofErr w:type="spellStart"/>
      <w:r w:rsidR="00722150">
        <w:t>su</w:t>
      </w:r>
      <w:proofErr w:type="spellEnd"/>
      <w:r w:rsidR="00722150">
        <w:t xml:space="preserve"> </w:t>
      </w:r>
      <w:proofErr w:type="spellStart"/>
      <w:r w:rsidR="00722150">
        <w:t>gumine</w:t>
      </w:r>
      <w:proofErr w:type="spellEnd"/>
      <w:r w:rsidR="00722150">
        <w:t xml:space="preserve"> </w:t>
      </w:r>
      <w:proofErr w:type="spellStart"/>
      <w:r w:rsidR="00722150">
        <w:t>juosta</w:t>
      </w:r>
      <w:proofErr w:type="spellEnd"/>
      <w:r w:rsidR="00722150">
        <w:t xml:space="preserve"> </w:t>
      </w:r>
      <w:proofErr w:type="spellStart"/>
      <w:r w:rsidR="00722150">
        <w:t>ir</w:t>
      </w:r>
      <w:proofErr w:type="spellEnd"/>
      <w:r w:rsidR="00722150">
        <w:t xml:space="preserve"> </w:t>
      </w:r>
      <w:proofErr w:type="spellStart"/>
      <w:r w:rsidR="00722150">
        <w:t>slėpynės</w:t>
      </w:r>
      <w:proofErr w:type="spellEnd"/>
      <w:r w:rsidR="00722150">
        <w:t xml:space="preserve">, </w:t>
      </w:r>
      <w:proofErr w:type="spellStart"/>
      <w:r w:rsidR="00722150">
        <w:t>nors</w:t>
      </w:r>
      <w:proofErr w:type="spellEnd"/>
      <w:r w:rsidR="00722150">
        <w:t xml:space="preserve"> kai </w:t>
      </w:r>
      <w:proofErr w:type="spellStart"/>
      <w:r w:rsidR="00722150">
        <w:t>kurie</w:t>
      </w:r>
      <w:proofErr w:type="spellEnd"/>
      <w:r w:rsidR="00722150">
        <w:t xml:space="preserve"> </w:t>
      </w:r>
      <w:proofErr w:type="spellStart"/>
      <w:r w:rsidR="00722150">
        <w:t>elementai</w:t>
      </w:r>
      <w:proofErr w:type="spellEnd"/>
      <w:r w:rsidR="00722150">
        <w:t xml:space="preserve"> </w:t>
      </w:r>
      <w:proofErr w:type="spellStart"/>
      <w:r w:rsidR="00722150">
        <w:t>skyrėsi</w:t>
      </w:r>
      <w:proofErr w:type="spellEnd"/>
      <w:r w:rsidR="00722150">
        <w:t>.</w:t>
      </w:r>
    </w:p>
    <w:p w14:paraId="6A6CF29B" w14:textId="7F6D9C0F" w:rsidR="00722150" w:rsidRDefault="00FB386B" w:rsidP="00722150">
      <w:pPr>
        <w:pStyle w:val="prastasiniatinklio"/>
      </w:pPr>
      <w:r>
        <w:t xml:space="preserve">  </w:t>
      </w:r>
      <w:proofErr w:type="spellStart"/>
      <w:r w:rsidR="00722150">
        <w:t>Ypač</w:t>
      </w:r>
      <w:proofErr w:type="spellEnd"/>
      <w:r w:rsidR="00722150">
        <w:t xml:space="preserve"> </w:t>
      </w:r>
      <w:proofErr w:type="spellStart"/>
      <w:r w:rsidR="00722150">
        <w:t>vertingas</w:t>
      </w:r>
      <w:proofErr w:type="spellEnd"/>
      <w:r w:rsidR="00722150">
        <w:t xml:space="preserve"> </w:t>
      </w:r>
      <w:proofErr w:type="spellStart"/>
      <w:r w:rsidR="00722150">
        <w:t>šio</w:t>
      </w:r>
      <w:proofErr w:type="spellEnd"/>
      <w:r w:rsidR="00722150">
        <w:t xml:space="preserve"> </w:t>
      </w:r>
      <w:proofErr w:type="spellStart"/>
      <w:r w:rsidR="00722150">
        <w:t>projekto</w:t>
      </w:r>
      <w:proofErr w:type="spellEnd"/>
      <w:r w:rsidR="00722150">
        <w:t xml:space="preserve"> </w:t>
      </w:r>
      <w:proofErr w:type="spellStart"/>
      <w:r w:rsidR="00722150">
        <w:t>aspektas</w:t>
      </w:r>
      <w:proofErr w:type="spellEnd"/>
      <w:r w:rsidR="00722150">
        <w:t xml:space="preserve"> </w:t>
      </w:r>
      <w:proofErr w:type="spellStart"/>
      <w:r w:rsidR="00722150">
        <w:t>yra</w:t>
      </w:r>
      <w:proofErr w:type="spellEnd"/>
      <w:r w:rsidR="00722150">
        <w:t xml:space="preserve"> </w:t>
      </w:r>
      <w:proofErr w:type="spellStart"/>
      <w:r w:rsidR="00722150">
        <w:t>idėja</w:t>
      </w:r>
      <w:proofErr w:type="spellEnd"/>
      <w:r w:rsidR="00722150">
        <w:t xml:space="preserve"> </w:t>
      </w:r>
      <w:proofErr w:type="spellStart"/>
      <w:r w:rsidR="00722150">
        <w:t>įtraukti</w:t>
      </w:r>
      <w:proofErr w:type="spellEnd"/>
      <w:r w:rsidR="00722150">
        <w:t xml:space="preserve"> </w:t>
      </w:r>
      <w:proofErr w:type="spellStart"/>
      <w:r w:rsidR="00722150">
        <w:t>tradicinius</w:t>
      </w:r>
      <w:proofErr w:type="spellEnd"/>
      <w:r w:rsidR="00722150">
        <w:t xml:space="preserve"> </w:t>
      </w:r>
      <w:proofErr w:type="spellStart"/>
      <w:r w:rsidR="00722150">
        <w:t>žaidimus</w:t>
      </w:r>
      <w:proofErr w:type="spellEnd"/>
      <w:r w:rsidR="00722150">
        <w:t xml:space="preserve"> į </w:t>
      </w:r>
      <w:proofErr w:type="spellStart"/>
      <w:r w:rsidR="00722150">
        <w:t>fizinio</w:t>
      </w:r>
      <w:proofErr w:type="spellEnd"/>
      <w:r w:rsidR="00722150">
        <w:t xml:space="preserve"> </w:t>
      </w:r>
      <w:proofErr w:type="spellStart"/>
      <w:r w:rsidR="00722150">
        <w:t>lavinimo</w:t>
      </w:r>
      <w:proofErr w:type="spellEnd"/>
      <w:r w:rsidR="00722150">
        <w:t xml:space="preserve"> </w:t>
      </w:r>
      <w:proofErr w:type="spellStart"/>
      <w:r w:rsidR="00722150">
        <w:t>programą</w:t>
      </w:r>
      <w:proofErr w:type="spellEnd"/>
      <w:r w:rsidR="00722150">
        <w:t xml:space="preserve">, </w:t>
      </w:r>
      <w:proofErr w:type="spellStart"/>
      <w:r w:rsidR="00722150">
        <w:t>nes</w:t>
      </w:r>
      <w:proofErr w:type="spellEnd"/>
      <w:r w:rsidR="00722150">
        <w:t xml:space="preserve"> </w:t>
      </w:r>
      <w:proofErr w:type="spellStart"/>
      <w:r w:rsidR="00722150">
        <w:t>žaidimai</w:t>
      </w:r>
      <w:proofErr w:type="spellEnd"/>
      <w:r w:rsidR="00722150">
        <w:t xml:space="preserve"> </w:t>
      </w:r>
      <w:proofErr w:type="spellStart"/>
      <w:r w:rsidR="00722150">
        <w:t>ir</w:t>
      </w:r>
      <w:proofErr w:type="spellEnd"/>
      <w:r w:rsidR="00722150">
        <w:t xml:space="preserve"> </w:t>
      </w:r>
      <w:proofErr w:type="spellStart"/>
      <w:r w:rsidR="00722150">
        <w:t>linksmybės</w:t>
      </w:r>
      <w:proofErr w:type="spellEnd"/>
      <w:r w:rsidR="00722150">
        <w:t xml:space="preserve"> </w:t>
      </w:r>
      <w:proofErr w:type="spellStart"/>
      <w:r w:rsidR="00722150">
        <w:t>natūraliai</w:t>
      </w:r>
      <w:proofErr w:type="spellEnd"/>
      <w:r w:rsidR="00722150">
        <w:t xml:space="preserve"> </w:t>
      </w:r>
      <w:proofErr w:type="spellStart"/>
      <w:r w:rsidR="00722150">
        <w:t>motyvuoja</w:t>
      </w:r>
      <w:proofErr w:type="spellEnd"/>
      <w:r w:rsidR="00722150">
        <w:t xml:space="preserve"> </w:t>
      </w:r>
      <w:proofErr w:type="spellStart"/>
      <w:r w:rsidR="00722150">
        <w:t>vaikus</w:t>
      </w:r>
      <w:proofErr w:type="spellEnd"/>
      <w:r w:rsidR="00722150">
        <w:t xml:space="preserve">, </w:t>
      </w:r>
      <w:proofErr w:type="spellStart"/>
      <w:r w:rsidR="00722150">
        <w:t>daug</w:t>
      </w:r>
      <w:proofErr w:type="spellEnd"/>
      <w:r w:rsidR="00722150">
        <w:t xml:space="preserve"> </w:t>
      </w:r>
      <w:proofErr w:type="spellStart"/>
      <w:r w:rsidR="00722150">
        <w:t>labiau</w:t>
      </w:r>
      <w:proofErr w:type="spellEnd"/>
      <w:r w:rsidR="00722150">
        <w:t xml:space="preserve"> </w:t>
      </w:r>
      <w:proofErr w:type="spellStart"/>
      <w:r w:rsidR="00722150">
        <w:t>nei</w:t>
      </w:r>
      <w:proofErr w:type="spellEnd"/>
      <w:r w:rsidR="00722150">
        <w:t xml:space="preserve"> </w:t>
      </w:r>
      <w:proofErr w:type="spellStart"/>
      <w:r w:rsidR="00722150">
        <w:t>įprasti</w:t>
      </w:r>
      <w:proofErr w:type="spellEnd"/>
      <w:r w:rsidR="00722150">
        <w:t xml:space="preserve"> </w:t>
      </w:r>
      <w:proofErr w:type="spellStart"/>
      <w:r w:rsidR="00722150">
        <w:t>pratimai</w:t>
      </w:r>
      <w:proofErr w:type="spellEnd"/>
      <w:r w:rsidR="00722150">
        <w:t>.</w:t>
      </w:r>
    </w:p>
    <w:p w14:paraId="70A42170" w14:textId="11FA23C3" w:rsidR="00722150" w:rsidRDefault="00FB386B" w:rsidP="00722150">
      <w:pPr>
        <w:pStyle w:val="prastasiniatinklio"/>
      </w:pPr>
      <w:r>
        <w:t xml:space="preserve">  </w:t>
      </w:r>
      <w:proofErr w:type="spellStart"/>
      <w:r w:rsidR="00722150">
        <w:t>Buvo</w:t>
      </w:r>
      <w:proofErr w:type="spellEnd"/>
      <w:r w:rsidR="00722150">
        <w:t xml:space="preserve"> </w:t>
      </w:r>
      <w:proofErr w:type="spellStart"/>
      <w:r w:rsidR="00722150">
        <w:t>organizuoti</w:t>
      </w:r>
      <w:proofErr w:type="spellEnd"/>
      <w:r w:rsidR="00722150">
        <w:t xml:space="preserve"> </w:t>
      </w:r>
      <w:proofErr w:type="spellStart"/>
      <w:r w:rsidR="00722150">
        <w:t>šešių</w:t>
      </w:r>
      <w:proofErr w:type="spellEnd"/>
      <w:r w:rsidR="00722150">
        <w:t xml:space="preserve"> </w:t>
      </w:r>
      <w:proofErr w:type="spellStart"/>
      <w:r w:rsidR="00722150">
        <w:t>savaičių</w:t>
      </w:r>
      <w:proofErr w:type="spellEnd"/>
      <w:r w:rsidR="00722150">
        <w:t xml:space="preserve"> </w:t>
      </w:r>
      <w:proofErr w:type="spellStart"/>
      <w:r w:rsidR="00722150">
        <w:t>festivaliai</w:t>
      </w:r>
      <w:proofErr w:type="spellEnd"/>
      <w:r w:rsidR="00722150">
        <w:t xml:space="preserve">, </w:t>
      </w:r>
      <w:proofErr w:type="spellStart"/>
      <w:r w:rsidR="00722150">
        <w:t>leidžiantys</w:t>
      </w:r>
      <w:proofErr w:type="spellEnd"/>
      <w:r w:rsidR="00722150">
        <w:t xml:space="preserve"> </w:t>
      </w:r>
      <w:proofErr w:type="spellStart"/>
      <w:r w:rsidR="00722150">
        <w:t>vietos</w:t>
      </w:r>
      <w:proofErr w:type="spellEnd"/>
      <w:r w:rsidR="00722150">
        <w:t xml:space="preserve"> </w:t>
      </w:r>
      <w:proofErr w:type="spellStart"/>
      <w:r w:rsidR="00722150">
        <w:t>bendruomenėms</w:t>
      </w:r>
      <w:proofErr w:type="spellEnd"/>
      <w:r w:rsidR="00722150">
        <w:t xml:space="preserve"> </w:t>
      </w:r>
      <w:proofErr w:type="spellStart"/>
      <w:r w:rsidR="00722150">
        <w:t>dalyvauti</w:t>
      </w:r>
      <w:proofErr w:type="spellEnd"/>
      <w:r w:rsidR="00722150">
        <w:t xml:space="preserve"> </w:t>
      </w:r>
      <w:proofErr w:type="spellStart"/>
      <w:r w:rsidR="00722150">
        <w:t>tradiciniuose</w:t>
      </w:r>
      <w:proofErr w:type="spellEnd"/>
      <w:r w:rsidR="00722150">
        <w:t xml:space="preserve"> </w:t>
      </w:r>
      <w:proofErr w:type="spellStart"/>
      <w:r w:rsidR="00722150">
        <w:t>žaidimuose</w:t>
      </w:r>
      <w:proofErr w:type="spellEnd"/>
      <w:r w:rsidR="00722150">
        <w:t xml:space="preserve"> </w:t>
      </w:r>
      <w:proofErr w:type="spellStart"/>
      <w:r w:rsidR="00722150">
        <w:t>ir</w:t>
      </w:r>
      <w:proofErr w:type="spellEnd"/>
      <w:r w:rsidR="00722150">
        <w:t xml:space="preserve"> </w:t>
      </w:r>
      <w:proofErr w:type="spellStart"/>
      <w:r w:rsidR="00722150">
        <w:t>juos</w:t>
      </w:r>
      <w:proofErr w:type="spellEnd"/>
      <w:r w:rsidR="00722150">
        <w:t xml:space="preserve"> </w:t>
      </w:r>
      <w:proofErr w:type="spellStart"/>
      <w:r w:rsidR="00722150">
        <w:t>įvertinti</w:t>
      </w:r>
      <w:proofErr w:type="spellEnd"/>
      <w:r w:rsidR="00722150">
        <w:t>.</w:t>
      </w:r>
    </w:p>
    <w:p w14:paraId="2EDDC74F" w14:textId="17AF5693" w:rsidR="00722150" w:rsidRDefault="00FB386B" w:rsidP="00722150">
      <w:pPr>
        <w:pStyle w:val="prastasiniatinklio"/>
      </w:pPr>
      <w:r>
        <w:t xml:space="preserve">  </w:t>
      </w:r>
      <w:proofErr w:type="spellStart"/>
      <w:r w:rsidR="00722150">
        <w:t>Projekto</w:t>
      </w:r>
      <w:proofErr w:type="spellEnd"/>
      <w:r w:rsidR="00722150">
        <w:t xml:space="preserve"> </w:t>
      </w:r>
      <w:proofErr w:type="spellStart"/>
      <w:r w:rsidR="00722150">
        <w:t>metu</w:t>
      </w:r>
      <w:proofErr w:type="spellEnd"/>
      <w:r w:rsidR="00722150">
        <w:t xml:space="preserve"> </w:t>
      </w:r>
      <w:proofErr w:type="spellStart"/>
      <w:r w:rsidR="00722150">
        <w:t>buvo</w:t>
      </w:r>
      <w:proofErr w:type="spellEnd"/>
      <w:r w:rsidR="00722150">
        <w:t xml:space="preserve"> </w:t>
      </w:r>
      <w:proofErr w:type="spellStart"/>
      <w:r w:rsidR="00722150">
        <w:t>sukurti</w:t>
      </w:r>
      <w:proofErr w:type="spellEnd"/>
      <w:r w:rsidR="00722150">
        <w:t xml:space="preserve"> </w:t>
      </w:r>
      <w:proofErr w:type="spellStart"/>
      <w:r w:rsidR="00722150">
        <w:t>filmai</w:t>
      </w:r>
      <w:proofErr w:type="spellEnd"/>
      <w:r w:rsidR="00722150">
        <w:t xml:space="preserve">, </w:t>
      </w:r>
      <w:proofErr w:type="spellStart"/>
      <w:r w:rsidR="00722150">
        <w:t>užfiksuoti</w:t>
      </w:r>
      <w:proofErr w:type="spellEnd"/>
      <w:r w:rsidR="00722150">
        <w:t xml:space="preserve"> </w:t>
      </w:r>
      <w:proofErr w:type="spellStart"/>
      <w:r w:rsidR="00722150">
        <w:t>susitikimai</w:t>
      </w:r>
      <w:proofErr w:type="spellEnd"/>
      <w:r w:rsidR="00722150">
        <w:t xml:space="preserve"> </w:t>
      </w:r>
      <w:proofErr w:type="spellStart"/>
      <w:r w:rsidR="00722150">
        <w:t>su</w:t>
      </w:r>
      <w:proofErr w:type="spellEnd"/>
      <w:r w:rsidR="00722150">
        <w:t xml:space="preserve"> </w:t>
      </w:r>
      <w:proofErr w:type="spellStart"/>
      <w:r w:rsidR="00722150">
        <w:t>vyresnio</w:t>
      </w:r>
      <w:proofErr w:type="spellEnd"/>
      <w:r w:rsidR="00722150">
        <w:t xml:space="preserve"> </w:t>
      </w:r>
      <w:proofErr w:type="spellStart"/>
      <w:r w:rsidR="00722150">
        <w:t>amžiaus</w:t>
      </w:r>
      <w:proofErr w:type="spellEnd"/>
      <w:r w:rsidR="00722150">
        <w:t xml:space="preserve"> </w:t>
      </w:r>
      <w:proofErr w:type="spellStart"/>
      <w:r w:rsidR="00722150">
        <w:t>žmonėmis</w:t>
      </w:r>
      <w:proofErr w:type="spellEnd"/>
      <w:r w:rsidR="00722150">
        <w:t xml:space="preserve">, </w:t>
      </w:r>
      <w:proofErr w:type="spellStart"/>
      <w:r w:rsidR="00722150">
        <w:t>išleista</w:t>
      </w:r>
      <w:proofErr w:type="spellEnd"/>
      <w:r w:rsidR="00722150">
        <w:t xml:space="preserve"> </w:t>
      </w:r>
      <w:proofErr w:type="spellStart"/>
      <w:r w:rsidR="00722150">
        <w:t>knyga</w:t>
      </w:r>
      <w:proofErr w:type="spellEnd"/>
      <w:r w:rsidR="00722150">
        <w:t xml:space="preserve"> </w:t>
      </w:r>
      <w:proofErr w:type="spellStart"/>
      <w:r w:rsidR="00722150">
        <w:t>su</w:t>
      </w:r>
      <w:proofErr w:type="spellEnd"/>
      <w:r w:rsidR="00722150">
        <w:t xml:space="preserve"> </w:t>
      </w:r>
      <w:proofErr w:type="spellStart"/>
      <w:r w:rsidR="00722150">
        <w:t>žaidimų</w:t>
      </w:r>
      <w:proofErr w:type="spellEnd"/>
      <w:r w:rsidR="00722150">
        <w:t xml:space="preserve"> </w:t>
      </w:r>
      <w:proofErr w:type="spellStart"/>
      <w:r w:rsidR="00722150">
        <w:t>scenarijais</w:t>
      </w:r>
      <w:proofErr w:type="spellEnd"/>
      <w:r w:rsidR="00722150">
        <w:t xml:space="preserve"> </w:t>
      </w:r>
      <w:proofErr w:type="spellStart"/>
      <w:r w:rsidR="00722150">
        <w:t>ir</w:t>
      </w:r>
      <w:proofErr w:type="spellEnd"/>
      <w:r w:rsidR="00722150">
        <w:t xml:space="preserve">, </w:t>
      </w:r>
      <w:proofErr w:type="spellStart"/>
      <w:r w:rsidR="00722150">
        <w:t>žinoma</w:t>
      </w:r>
      <w:proofErr w:type="spellEnd"/>
      <w:r w:rsidR="00722150">
        <w:t xml:space="preserve">, </w:t>
      </w:r>
      <w:proofErr w:type="spellStart"/>
      <w:r w:rsidR="00722150">
        <w:t>liko</w:t>
      </w:r>
      <w:proofErr w:type="spellEnd"/>
      <w:r w:rsidR="00722150">
        <w:t xml:space="preserve"> </w:t>
      </w:r>
      <w:proofErr w:type="spellStart"/>
      <w:r w:rsidR="00722150">
        <w:t>gražūs</w:t>
      </w:r>
      <w:proofErr w:type="spellEnd"/>
      <w:r w:rsidR="00722150">
        <w:t xml:space="preserve"> </w:t>
      </w:r>
      <w:proofErr w:type="spellStart"/>
      <w:r w:rsidR="00722150">
        <w:t>prisiminimai</w:t>
      </w:r>
      <w:proofErr w:type="spellEnd"/>
      <w:r w:rsidR="00722150">
        <w:t>.</w:t>
      </w:r>
    </w:p>
    <w:p w14:paraId="0D33F553" w14:textId="578753C2" w:rsidR="00722150" w:rsidRDefault="00FB386B" w:rsidP="00722150">
      <w:pPr>
        <w:pStyle w:val="prastasiniatinklio"/>
      </w:pPr>
      <w:r>
        <w:lastRenderedPageBreak/>
        <w:t xml:space="preserve">  </w:t>
      </w:r>
      <w:proofErr w:type="spellStart"/>
      <w:r w:rsidR="00722150">
        <w:t>Skatindamas</w:t>
      </w:r>
      <w:proofErr w:type="spellEnd"/>
      <w:r w:rsidR="00722150">
        <w:t xml:space="preserve"> </w:t>
      </w:r>
      <w:proofErr w:type="spellStart"/>
      <w:r w:rsidR="00722150">
        <w:t>dalyvauti</w:t>
      </w:r>
      <w:proofErr w:type="spellEnd"/>
      <w:r w:rsidR="00722150">
        <w:t xml:space="preserve"> </w:t>
      </w:r>
      <w:proofErr w:type="spellStart"/>
      <w:r w:rsidR="00722150">
        <w:t>tradiciniuose</w:t>
      </w:r>
      <w:proofErr w:type="spellEnd"/>
      <w:r w:rsidR="00722150">
        <w:t xml:space="preserve"> </w:t>
      </w:r>
      <w:proofErr w:type="spellStart"/>
      <w:r w:rsidR="00722150">
        <w:t>žaidimuose</w:t>
      </w:r>
      <w:proofErr w:type="spellEnd"/>
      <w:r w:rsidR="00722150">
        <w:t xml:space="preserve">, </w:t>
      </w:r>
      <w:proofErr w:type="spellStart"/>
      <w:r w:rsidR="00722150">
        <w:t>projektas</w:t>
      </w:r>
      <w:proofErr w:type="spellEnd"/>
      <w:r w:rsidR="00722150">
        <w:t xml:space="preserve"> </w:t>
      </w:r>
      <w:proofErr w:type="spellStart"/>
      <w:r w:rsidR="00722150">
        <w:t>padėjo</w:t>
      </w:r>
      <w:proofErr w:type="spellEnd"/>
      <w:r w:rsidR="00722150">
        <w:t xml:space="preserve"> </w:t>
      </w:r>
      <w:proofErr w:type="spellStart"/>
      <w:r w:rsidR="00722150">
        <w:t>mokiniams</w:t>
      </w:r>
      <w:proofErr w:type="spellEnd"/>
      <w:r w:rsidR="00722150">
        <w:t xml:space="preserve"> </w:t>
      </w:r>
      <w:proofErr w:type="spellStart"/>
      <w:r w:rsidR="00722150">
        <w:t>įveikti</w:t>
      </w:r>
      <w:proofErr w:type="spellEnd"/>
      <w:r w:rsidR="00722150">
        <w:t xml:space="preserve"> </w:t>
      </w:r>
      <w:proofErr w:type="spellStart"/>
      <w:r w:rsidR="00722150">
        <w:t>pandemijos</w:t>
      </w:r>
      <w:proofErr w:type="spellEnd"/>
      <w:r w:rsidR="00722150">
        <w:t xml:space="preserve"> </w:t>
      </w:r>
      <w:proofErr w:type="spellStart"/>
      <w:r w:rsidR="00722150">
        <w:t>sukurtas</w:t>
      </w:r>
      <w:proofErr w:type="spellEnd"/>
      <w:r w:rsidR="00722150">
        <w:t xml:space="preserve"> </w:t>
      </w:r>
      <w:proofErr w:type="spellStart"/>
      <w:r w:rsidR="00722150">
        <w:t>socialines</w:t>
      </w:r>
      <w:proofErr w:type="spellEnd"/>
      <w:r w:rsidR="00722150">
        <w:t xml:space="preserve"> </w:t>
      </w:r>
      <w:proofErr w:type="spellStart"/>
      <w:r w:rsidR="00722150">
        <w:t>kliūtis</w:t>
      </w:r>
      <w:proofErr w:type="spellEnd"/>
      <w:r w:rsidR="00722150">
        <w:t xml:space="preserve"> </w:t>
      </w:r>
      <w:proofErr w:type="spellStart"/>
      <w:r w:rsidR="00722150">
        <w:t>ir</w:t>
      </w:r>
      <w:proofErr w:type="spellEnd"/>
      <w:r w:rsidR="00722150">
        <w:t xml:space="preserve"> </w:t>
      </w:r>
      <w:proofErr w:type="spellStart"/>
      <w:r w:rsidR="00722150">
        <w:t>priimti</w:t>
      </w:r>
      <w:proofErr w:type="spellEnd"/>
      <w:r w:rsidR="00722150">
        <w:t xml:space="preserve"> </w:t>
      </w:r>
      <w:proofErr w:type="spellStart"/>
      <w:r w:rsidR="00722150">
        <w:t>naujus</w:t>
      </w:r>
      <w:proofErr w:type="spellEnd"/>
      <w:r w:rsidR="00722150">
        <w:t xml:space="preserve"> </w:t>
      </w:r>
      <w:proofErr w:type="spellStart"/>
      <w:r w:rsidR="00722150">
        <w:t>iššūkius</w:t>
      </w:r>
      <w:proofErr w:type="spellEnd"/>
      <w:r w:rsidR="00722150">
        <w:t>.</w:t>
      </w:r>
    </w:p>
    <w:p w14:paraId="1D57198B" w14:textId="6DC2FEB8" w:rsidR="00722150" w:rsidRDefault="00FB386B" w:rsidP="00722150">
      <w:pPr>
        <w:pStyle w:val="prastasiniatinklio"/>
      </w:pPr>
      <w:r>
        <w:t xml:space="preserve">   </w:t>
      </w:r>
      <w:proofErr w:type="spellStart"/>
      <w:r w:rsidR="00722150">
        <w:t>Dalyviai</w:t>
      </w:r>
      <w:proofErr w:type="spellEnd"/>
      <w:r w:rsidR="00722150">
        <w:t xml:space="preserve"> </w:t>
      </w:r>
      <w:proofErr w:type="spellStart"/>
      <w:r w:rsidR="00722150">
        <w:t>taip</w:t>
      </w:r>
      <w:proofErr w:type="spellEnd"/>
      <w:r w:rsidR="00722150">
        <w:t xml:space="preserve"> pat </w:t>
      </w:r>
      <w:proofErr w:type="spellStart"/>
      <w:r w:rsidR="00722150">
        <w:t>turėjo</w:t>
      </w:r>
      <w:proofErr w:type="spellEnd"/>
      <w:r w:rsidR="00722150">
        <w:t xml:space="preserve"> </w:t>
      </w:r>
      <w:proofErr w:type="spellStart"/>
      <w:r w:rsidR="00722150">
        <w:t>erdvės</w:t>
      </w:r>
      <w:proofErr w:type="spellEnd"/>
      <w:r w:rsidR="00722150">
        <w:t xml:space="preserve"> </w:t>
      </w:r>
      <w:proofErr w:type="spellStart"/>
      <w:r w:rsidR="00722150">
        <w:t>apmąstyti</w:t>
      </w:r>
      <w:proofErr w:type="spellEnd"/>
      <w:r w:rsidR="00722150">
        <w:t xml:space="preserve"> </w:t>
      </w:r>
      <w:proofErr w:type="spellStart"/>
      <w:r w:rsidR="00722150">
        <w:t>savo</w:t>
      </w:r>
      <w:proofErr w:type="spellEnd"/>
      <w:r w:rsidR="00722150">
        <w:t xml:space="preserve"> </w:t>
      </w:r>
      <w:proofErr w:type="spellStart"/>
      <w:r w:rsidR="00722150">
        <w:t>patirtis</w:t>
      </w:r>
      <w:proofErr w:type="spellEnd"/>
      <w:r w:rsidR="00722150">
        <w:t xml:space="preserve">, </w:t>
      </w:r>
      <w:proofErr w:type="spellStart"/>
      <w:r w:rsidR="00722150">
        <w:t>išreikšti</w:t>
      </w:r>
      <w:proofErr w:type="spellEnd"/>
      <w:r w:rsidR="00722150">
        <w:t xml:space="preserve"> </w:t>
      </w:r>
      <w:proofErr w:type="spellStart"/>
      <w:r w:rsidR="00722150">
        <w:t>emocijas</w:t>
      </w:r>
      <w:proofErr w:type="spellEnd"/>
      <w:r w:rsidR="00722150">
        <w:t xml:space="preserve"> </w:t>
      </w:r>
      <w:proofErr w:type="spellStart"/>
      <w:r w:rsidR="00722150">
        <w:t>ir</w:t>
      </w:r>
      <w:proofErr w:type="spellEnd"/>
      <w:r w:rsidR="00722150">
        <w:t xml:space="preserve"> </w:t>
      </w:r>
      <w:proofErr w:type="spellStart"/>
      <w:r w:rsidR="00722150">
        <w:t>pasikeisti</w:t>
      </w:r>
      <w:proofErr w:type="spellEnd"/>
      <w:r w:rsidR="00722150">
        <w:t xml:space="preserve"> </w:t>
      </w:r>
      <w:proofErr w:type="spellStart"/>
      <w:r w:rsidR="00722150">
        <w:t>mintimis</w:t>
      </w:r>
      <w:proofErr w:type="spellEnd"/>
      <w:r w:rsidR="00722150">
        <w:t xml:space="preserve"> </w:t>
      </w:r>
      <w:proofErr w:type="spellStart"/>
      <w:r w:rsidR="00722150">
        <w:t>su</w:t>
      </w:r>
      <w:proofErr w:type="spellEnd"/>
      <w:r w:rsidR="00722150">
        <w:t xml:space="preserve"> </w:t>
      </w:r>
      <w:proofErr w:type="spellStart"/>
      <w:r w:rsidR="00722150">
        <w:t>bendraamžiais</w:t>
      </w:r>
      <w:proofErr w:type="spellEnd"/>
      <w:r w:rsidR="00722150">
        <w:t xml:space="preserve">. </w:t>
      </w:r>
      <w:proofErr w:type="spellStart"/>
      <w:r w:rsidR="00722150">
        <w:t>Šie</w:t>
      </w:r>
      <w:proofErr w:type="spellEnd"/>
      <w:r w:rsidR="00722150">
        <w:t xml:space="preserve"> </w:t>
      </w:r>
      <w:proofErr w:type="spellStart"/>
      <w:r w:rsidR="00722150">
        <w:t>ryšio</w:t>
      </w:r>
      <w:proofErr w:type="spellEnd"/>
      <w:r w:rsidR="00722150">
        <w:t xml:space="preserve"> </w:t>
      </w:r>
      <w:proofErr w:type="spellStart"/>
      <w:r w:rsidR="00722150">
        <w:t>momentai</w:t>
      </w:r>
      <w:proofErr w:type="spellEnd"/>
      <w:r w:rsidR="00722150">
        <w:t xml:space="preserve"> </w:t>
      </w:r>
      <w:proofErr w:type="spellStart"/>
      <w:r w:rsidR="00722150">
        <w:t>suteikė</w:t>
      </w:r>
      <w:proofErr w:type="spellEnd"/>
      <w:r w:rsidR="00722150">
        <w:t xml:space="preserve"> </w:t>
      </w:r>
      <w:proofErr w:type="spellStart"/>
      <w:r w:rsidR="00722150">
        <w:t>gilumo</w:t>
      </w:r>
      <w:proofErr w:type="spellEnd"/>
      <w:r w:rsidR="00722150">
        <w:t xml:space="preserve"> </w:t>
      </w:r>
      <w:proofErr w:type="spellStart"/>
      <w:r w:rsidR="00722150">
        <w:t>ir</w:t>
      </w:r>
      <w:proofErr w:type="spellEnd"/>
      <w:r w:rsidR="00722150">
        <w:t xml:space="preserve"> </w:t>
      </w:r>
      <w:proofErr w:type="spellStart"/>
      <w:r w:rsidR="00722150">
        <w:t>prasmės</w:t>
      </w:r>
      <w:proofErr w:type="spellEnd"/>
      <w:r w:rsidR="00722150">
        <w:t xml:space="preserve"> </w:t>
      </w:r>
      <w:proofErr w:type="spellStart"/>
      <w:r w:rsidR="00722150">
        <w:t>jų</w:t>
      </w:r>
      <w:proofErr w:type="spellEnd"/>
      <w:r w:rsidR="00722150">
        <w:t xml:space="preserve"> </w:t>
      </w:r>
      <w:proofErr w:type="spellStart"/>
      <w:r w:rsidR="00722150">
        <w:t>mokymuisi</w:t>
      </w:r>
      <w:proofErr w:type="spellEnd"/>
      <w:r w:rsidR="00722150">
        <w:t xml:space="preserve">, </w:t>
      </w:r>
      <w:proofErr w:type="spellStart"/>
      <w:r w:rsidR="00722150">
        <w:t>sustiprino</w:t>
      </w:r>
      <w:proofErr w:type="spellEnd"/>
      <w:r w:rsidR="00722150">
        <w:t xml:space="preserve"> </w:t>
      </w:r>
      <w:proofErr w:type="spellStart"/>
      <w:r w:rsidR="00722150">
        <w:t>draugystes</w:t>
      </w:r>
      <w:proofErr w:type="spellEnd"/>
      <w:r w:rsidR="00722150">
        <w:t xml:space="preserve"> </w:t>
      </w:r>
      <w:proofErr w:type="spellStart"/>
      <w:r w:rsidR="00722150">
        <w:t>ir</w:t>
      </w:r>
      <w:proofErr w:type="spellEnd"/>
      <w:r w:rsidR="00722150">
        <w:t xml:space="preserve"> </w:t>
      </w:r>
      <w:proofErr w:type="spellStart"/>
      <w:r w:rsidR="00722150">
        <w:t>tarpkultūrinį</w:t>
      </w:r>
      <w:proofErr w:type="spellEnd"/>
      <w:r w:rsidR="00722150">
        <w:t xml:space="preserve"> </w:t>
      </w:r>
      <w:proofErr w:type="spellStart"/>
      <w:r w:rsidR="00722150">
        <w:t>supratimą</w:t>
      </w:r>
      <w:proofErr w:type="spellEnd"/>
      <w:r w:rsidR="00722150">
        <w:t>.</w:t>
      </w:r>
    </w:p>
    <w:p w14:paraId="317B994D" w14:textId="1FC286A2" w:rsidR="00722150" w:rsidRDefault="00FB386B" w:rsidP="00722150">
      <w:pPr>
        <w:pStyle w:val="prastasiniatinklio"/>
      </w:pPr>
      <w:r>
        <w:t xml:space="preserve">  </w:t>
      </w:r>
      <w:proofErr w:type="spellStart"/>
      <w:r w:rsidR="00722150">
        <w:t>Kiekvienam</w:t>
      </w:r>
      <w:proofErr w:type="spellEnd"/>
      <w:r w:rsidR="00722150">
        <w:t xml:space="preserve"> </w:t>
      </w:r>
      <w:proofErr w:type="spellStart"/>
      <w:r w:rsidR="00722150">
        <w:t>mobilumui</w:t>
      </w:r>
      <w:proofErr w:type="spellEnd"/>
      <w:r w:rsidR="00722150">
        <w:t xml:space="preserve"> </w:t>
      </w:r>
      <w:proofErr w:type="spellStart"/>
      <w:r w:rsidR="00722150">
        <w:t>baigiantis</w:t>
      </w:r>
      <w:proofErr w:type="spellEnd"/>
      <w:r w:rsidR="00722150">
        <w:t xml:space="preserve">, </w:t>
      </w:r>
      <w:proofErr w:type="spellStart"/>
      <w:r w:rsidR="00722150">
        <w:t>atmosfera</w:t>
      </w:r>
      <w:proofErr w:type="spellEnd"/>
      <w:r w:rsidR="00722150">
        <w:t xml:space="preserve"> </w:t>
      </w:r>
      <w:proofErr w:type="spellStart"/>
      <w:r w:rsidR="00722150">
        <w:t>buvo</w:t>
      </w:r>
      <w:proofErr w:type="spellEnd"/>
      <w:r w:rsidR="00722150">
        <w:t xml:space="preserve"> </w:t>
      </w:r>
      <w:proofErr w:type="spellStart"/>
      <w:r w:rsidR="00722150">
        <w:t>kupina</w:t>
      </w:r>
      <w:proofErr w:type="spellEnd"/>
      <w:r w:rsidR="00722150">
        <w:t xml:space="preserve"> </w:t>
      </w:r>
      <w:proofErr w:type="spellStart"/>
      <w:r w:rsidR="00722150">
        <w:t>šypsenų</w:t>
      </w:r>
      <w:proofErr w:type="spellEnd"/>
      <w:r w:rsidR="00722150">
        <w:t xml:space="preserve">, </w:t>
      </w:r>
      <w:proofErr w:type="spellStart"/>
      <w:r w:rsidR="00722150">
        <w:t>emocijų</w:t>
      </w:r>
      <w:proofErr w:type="spellEnd"/>
      <w:r w:rsidR="00722150">
        <w:t xml:space="preserve"> </w:t>
      </w:r>
      <w:proofErr w:type="spellStart"/>
      <w:r w:rsidR="00722150">
        <w:t>ir</w:t>
      </w:r>
      <w:proofErr w:type="spellEnd"/>
      <w:r w:rsidR="00722150">
        <w:t xml:space="preserve"> </w:t>
      </w:r>
      <w:proofErr w:type="spellStart"/>
      <w:r w:rsidR="00722150">
        <w:t>pasitenkinimo</w:t>
      </w:r>
      <w:proofErr w:type="spellEnd"/>
      <w:r w:rsidR="00722150">
        <w:t xml:space="preserve"> </w:t>
      </w:r>
      <w:proofErr w:type="spellStart"/>
      <w:r w:rsidR="00722150">
        <w:t>jausmo</w:t>
      </w:r>
      <w:proofErr w:type="spellEnd"/>
      <w:r w:rsidR="00722150">
        <w:t xml:space="preserve">. </w:t>
      </w:r>
      <w:proofErr w:type="spellStart"/>
      <w:r w:rsidR="00722150">
        <w:t>Žinių</w:t>
      </w:r>
      <w:proofErr w:type="spellEnd"/>
      <w:r w:rsidR="00722150">
        <w:t xml:space="preserve">, </w:t>
      </w:r>
      <w:proofErr w:type="spellStart"/>
      <w:r w:rsidR="00722150">
        <w:t>kultūros</w:t>
      </w:r>
      <w:proofErr w:type="spellEnd"/>
      <w:r w:rsidR="00722150">
        <w:t xml:space="preserve"> </w:t>
      </w:r>
      <w:proofErr w:type="spellStart"/>
      <w:r w:rsidR="00722150">
        <w:t>ir</w:t>
      </w:r>
      <w:proofErr w:type="spellEnd"/>
      <w:r w:rsidR="00722150">
        <w:t xml:space="preserve"> </w:t>
      </w:r>
      <w:proofErr w:type="spellStart"/>
      <w:r w:rsidR="00722150">
        <w:t>žmogiškųjų</w:t>
      </w:r>
      <w:proofErr w:type="spellEnd"/>
      <w:r w:rsidR="00722150">
        <w:t xml:space="preserve"> </w:t>
      </w:r>
      <w:proofErr w:type="spellStart"/>
      <w:r w:rsidR="00722150">
        <w:t>ryšių</w:t>
      </w:r>
      <w:proofErr w:type="spellEnd"/>
      <w:r w:rsidR="00722150">
        <w:t xml:space="preserve"> </w:t>
      </w:r>
      <w:proofErr w:type="spellStart"/>
      <w:r w:rsidR="00722150">
        <w:t>ciklas</w:t>
      </w:r>
      <w:proofErr w:type="spellEnd"/>
      <w:r w:rsidR="00722150">
        <w:t xml:space="preserve"> </w:t>
      </w:r>
      <w:proofErr w:type="spellStart"/>
      <w:r w:rsidR="00722150">
        <w:t>baigėsi</w:t>
      </w:r>
      <w:proofErr w:type="spellEnd"/>
      <w:r w:rsidR="00722150">
        <w:t xml:space="preserve">, bet jo </w:t>
      </w:r>
      <w:proofErr w:type="spellStart"/>
      <w:r w:rsidR="00722150">
        <w:t>poveikis</w:t>
      </w:r>
      <w:proofErr w:type="spellEnd"/>
      <w:r w:rsidR="00722150">
        <w:t xml:space="preserve"> </w:t>
      </w:r>
      <w:proofErr w:type="spellStart"/>
      <w:r w:rsidR="00722150">
        <w:t>išliks</w:t>
      </w:r>
      <w:proofErr w:type="spellEnd"/>
      <w:r w:rsidR="00722150">
        <w:t>.</w:t>
      </w:r>
    </w:p>
    <w:p w14:paraId="57EE6151" w14:textId="77777777" w:rsidR="00EB79A5" w:rsidRPr="00722150" w:rsidRDefault="00EB79A5" w:rsidP="00EC7053"/>
    <w:p w14:paraId="6F1845F3" w14:textId="77777777" w:rsidR="00EB79A5" w:rsidRDefault="00EB79A5" w:rsidP="00EC7053">
      <w:pPr>
        <w:rPr>
          <w:lang w:val="mk-MK"/>
        </w:rPr>
      </w:pPr>
    </w:p>
    <w:p w14:paraId="11408034" w14:textId="77777777" w:rsidR="00EB79A5" w:rsidRDefault="00EB79A5" w:rsidP="00EC7053">
      <w:pPr>
        <w:rPr>
          <w:lang w:val="mk-MK"/>
        </w:rPr>
      </w:pPr>
    </w:p>
    <w:p w14:paraId="7283075B" w14:textId="77777777" w:rsidR="00EB79A5" w:rsidRDefault="00EB79A5" w:rsidP="00EC7053">
      <w:pPr>
        <w:rPr>
          <w:lang w:val="mk-MK"/>
        </w:rPr>
      </w:pPr>
    </w:p>
    <w:p w14:paraId="27BE1E4E" w14:textId="77777777" w:rsidR="00EB79A5" w:rsidRDefault="00EB79A5" w:rsidP="00EC7053">
      <w:pPr>
        <w:rPr>
          <w:lang w:val="mk-MK"/>
        </w:rPr>
      </w:pPr>
    </w:p>
    <w:p w14:paraId="439D4DB5" w14:textId="77777777" w:rsidR="00EB79A5" w:rsidRDefault="00EB79A5" w:rsidP="00EC7053">
      <w:pPr>
        <w:rPr>
          <w:lang w:val="mk-MK"/>
        </w:rPr>
      </w:pPr>
    </w:p>
    <w:p w14:paraId="04BAFB83" w14:textId="77777777" w:rsidR="00EB79A5" w:rsidRDefault="00EB79A5" w:rsidP="00EC7053">
      <w:pPr>
        <w:rPr>
          <w:lang w:val="mk-MK"/>
        </w:rPr>
      </w:pPr>
    </w:p>
    <w:p w14:paraId="144F9381" w14:textId="77777777" w:rsidR="00EB79A5" w:rsidRDefault="00EB79A5" w:rsidP="00EC7053">
      <w:pPr>
        <w:rPr>
          <w:lang w:val="mk-MK"/>
        </w:rPr>
      </w:pPr>
    </w:p>
    <w:p w14:paraId="4BDA7735" w14:textId="77777777" w:rsidR="00EB79A5" w:rsidRDefault="00EB79A5" w:rsidP="00EC7053">
      <w:pPr>
        <w:rPr>
          <w:lang w:val="mk-MK"/>
        </w:rPr>
      </w:pPr>
    </w:p>
    <w:p w14:paraId="171C00B3" w14:textId="77777777" w:rsidR="00EB79A5" w:rsidRDefault="00EB79A5" w:rsidP="00EC7053">
      <w:pPr>
        <w:rPr>
          <w:lang w:val="mk-MK"/>
        </w:rPr>
      </w:pPr>
    </w:p>
    <w:p w14:paraId="2853A1B4" w14:textId="77777777" w:rsidR="00EB79A5" w:rsidRDefault="00EB79A5" w:rsidP="00EC7053">
      <w:pPr>
        <w:rPr>
          <w:lang w:val="mk-MK"/>
        </w:rPr>
      </w:pPr>
    </w:p>
    <w:p w14:paraId="2B6F4597" w14:textId="77777777" w:rsidR="00EB79A5" w:rsidRDefault="00EB79A5" w:rsidP="00EC7053">
      <w:pPr>
        <w:rPr>
          <w:lang w:val="mk-MK"/>
        </w:rPr>
      </w:pPr>
    </w:p>
    <w:p w14:paraId="66CD8B78" w14:textId="77777777" w:rsidR="00EB79A5" w:rsidRDefault="00EB79A5" w:rsidP="00EC7053">
      <w:pPr>
        <w:rPr>
          <w:lang w:val="mk-MK"/>
        </w:rPr>
      </w:pPr>
    </w:p>
    <w:p w14:paraId="766C5DB9" w14:textId="77777777" w:rsidR="00EB79A5" w:rsidRDefault="00EB79A5" w:rsidP="00EC7053">
      <w:pPr>
        <w:rPr>
          <w:lang w:val="mk-MK"/>
        </w:rPr>
      </w:pPr>
    </w:p>
    <w:p w14:paraId="365467F6" w14:textId="77777777" w:rsidR="00EB79A5" w:rsidRDefault="00EB79A5" w:rsidP="00EC7053">
      <w:pPr>
        <w:rPr>
          <w:lang w:val="mk-MK"/>
        </w:rPr>
      </w:pPr>
    </w:p>
    <w:p w14:paraId="5F25159E" w14:textId="77777777" w:rsidR="00EB79A5" w:rsidRDefault="00EB79A5" w:rsidP="00EC7053">
      <w:pPr>
        <w:rPr>
          <w:lang w:val="mk-MK"/>
        </w:rPr>
      </w:pPr>
    </w:p>
    <w:p w14:paraId="2CBB32A7" w14:textId="77777777" w:rsidR="00EB79A5" w:rsidRDefault="00EB79A5" w:rsidP="00EC7053">
      <w:pPr>
        <w:rPr>
          <w:lang w:val="mk-MK"/>
        </w:rPr>
      </w:pPr>
    </w:p>
    <w:p w14:paraId="24930BDC" w14:textId="77777777" w:rsidR="00EB79A5" w:rsidRDefault="00EB79A5" w:rsidP="00EC7053">
      <w:pPr>
        <w:rPr>
          <w:lang w:val="mk-MK"/>
        </w:rPr>
      </w:pPr>
    </w:p>
    <w:p w14:paraId="383AAC92" w14:textId="77777777" w:rsidR="00EB79A5" w:rsidRDefault="00EB79A5" w:rsidP="00EC7053">
      <w:pPr>
        <w:rPr>
          <w:lang w:val="mk-MK"/>
        </w:rPr>
      </w:pPr>
    </w:p>
    <w:p w14:paraId="3DFB38FA" w14:textId="77777777" w:rsidR="00EB79A5" w:rsidRDefault="00EB79A5" w:rsidP="00EC7053">
      <w:pPr>
        <w:rPr>
          <w:lang w:val="mk-MK"/>
        </w:rPr>
      </w:pPr>
    </w:p>
    <w:p w14:paraId="69C5A3C9" w14:textId="77777777" w:rsidR="00EB79A5" w:rsidRDefault="00EB79A5" w:rsidP="00EC7053">
      <w:pPr>
        <w:rPr>
          <w:lang w:val="mk-MK"/>
        </w:rPr>
      </w:pPr>
    </w:p>
    <w:p w14:paraId="5E295579" w14:textId="77777777" w:rsidR="00EB79A5" w:rsidRDefault="00EB79A5" w:rsidP="00EC7053">
      <w:pPr>
        <w:rPr>
          <w:lang w:val="mk-MK"/>
        </w:rPr>
      </w:pPr>
    </w:p>
    <w:p w14:paraId="72C0DBAB" w14:textId="77777777" w:rsidR="00EB79A5" w:rsidRDefault="00EB79A5" w:rsidP="00EC7053">
      <w:pPr>
        <w:rPr>
          <w:lang w:val="mk-MK"/>
        </w:rPr>
      </w:pPr>
    </w:p>
    <w:p w14:paraId="6BB831B8" w14:textId="77777777" w:rsidR="00133761" w:rsidRDefault="00133761" w:rsidP="00EC7053">
      <w:pPr>
        <w:rPr>
          <w:noProof/>
          <w:lang w:val="mk-MK"/>
        </w:rPr>
      </w:pPr>
    </w:p>
    <w:p w14:paraId="145850C4" w14:textId="77777777" w:rsidR="00133761" w:rsidRDefault="00133761" w:rsidP="00EC7053">
      <w:pPr>
        <w:rPr>
          <w:noProof/>
          <w:lang w:val="mk-MK"/>
        </w:rPr>
      </w:pPr>
    </w:p>
    <w:p w14:paraId="1B1F187E" w14:textId="77777777" w:rsidR="00EB79A5" w:rsidRPr="002E6C54" w:rsidRDefault="00EB79A5" w:rsidP="00EC7053">
      <w:pPr>
        <w:rPr>
          <w:lang w:val="mk-MK"/>
        </w:rPr>
      </w:pPr>
    </w:p>
    <w:p w14:paraId="1F83D475" w14:textId="42A89F74" w:rsidR="00C81925" w:rsidRDefault="00094580" w:rsidP="00547A8D">
      <w:pPr>
        <w:rPr>
          <w:lang w:val="mk-MK"/>
        </w:rPr>
      </w:pPr>
      <w:r w:rsidRPr="002E6C54">
        <w:rPr>
          <w:lang w:val="mk-MK"/>
        </w:rPr>
        <w:t xml:space="preserve">                                                                        </w:t>
      </w:r>
    </w:p>
    <w:p w14:paraId="03DDDA24" w14:textId="77777777" w:rsidR="00133761" w:rsidRDefault="00133761" w:rsidP="00133761">
      <w:pPr>
        <w:jc w:val="center"/>
        <w:rPr>
          <w:lang w:val="mk-MK"/>
        </w:rPr>
      </w:pPr>
      <w:r>
        <w:rPr>
          <w:noProof/>
        </w:rPr>
        <w:drawing>
          <wp:inline distT="0" distB="0" distL="0" distR="0" wp14:anchorId="3F2F08C6" wp14:editId="0A7076B0">
            <wp:extent cx="1645920" cy="1667560"/>
            <wp:effectExtent l="0" t="0" r="0" b="889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198b0b8-c75d-4a3d-a125-dfb87ce97031.jpg"/>
                    <pic:cNvPicPr/>
                  </pic:nvPicPr>
                  <pic:blipFill>
                    <a:blip r:embed="rId8">
                      <a:extLst>
                        <a:ext uri="{28A0092B-C50C-407E-A947-70E740481C1C}">
                          <a14:useLocalDpi xmlns:a14="http://schemas.microsoft.com/office/drawing/2010/main" val="0"/>
                        </a:ext>
                      </a:extLst>
                    </a:blip>
                    <a:stretch>
                      <a:fillRect/>
                    </a:stretch>
                  </pic:blipFill>
                  <pic:spPr>
                    <a:xfrm>
                      <a:off x="0" y="0"/>
                      <a:ext cx="1657940" cy="1679738"/>
                    </a:xfrm>
                    <a:prstGeom prst="rect">
                      <a:avLst/>
                    </a:prstGeom>
                  </pic:spPr>
                </pic:pic>
              </a:graphicData>
            </a:graphic>
          </wp:inline>
        </w:drawing>
      </w:r>
    </w:p>
    <w:p w14:paraId="622907EB" w14:textId="77777777" w:rsidR="00C81925" w:rsidRPr="00C81925" w:rsidRDefault="00C81925" w:rsidP="00C81925">
      <w:pPr>
        <w:pStyle w:val="prastasiniatinklio"/>
        <w:jc w:val="center"/>
        <w:rPr>
          <w:b/>
          <w:bCs/>
          <w:lang w:val="mk-MK"/>
        </w:rPr>
      </w:pPr>
      <w:r w:rsidRPr="00C81925">
        <w:rPr>
          <w:b/>
          <w:bCs/>
          <w:lang w:val="mk-MK"/>
        </w:rPr>
        <w:t>Bendrai finansuoja Europos Sąjunga</w:t>
      </w:r>
    </w:p>
    <w:p w14:paraId="5B21BC21" w14:textId="77777777" w:rsidR="00C81925" w:rsidRPr="00C81925" w:rsidRDefault="00C81925" w:rsidP="00C81925">
      <w:pPr>
        <w:pStyle w:val="prastasiniatinklio"/>
        <w:rPr>
          <w:lang w:val="mk-MK"/>
        </w:rPr>
      </w:pPr>
      <w:r w:rsidRPr="00C81925">
        <w:rPr>
          <w:lang w:val="mk-MK"/>
        </w:rPr>
        <w:t>Europos Komisijos parama šiai publikacijai nereiškia, kad ji pritaria jos turiniui, ir Komisija negali būti laikoma atsakinga už bet kokį informacijos panaudojimą. Ši publikacija yra nemokama.</w:t>
      </w:r>
    </w:p>
    <w:p w14:paraId="383B1E32" w14:textId="77777777" w:rsidR="00C81925" w:rsidRPr="00C81925" w:rsidRDefault="00C81925" w:rsidP="00C81925">
      <w:pPr>
        <w:pStyle w:val="prastasiniatinklio"/>
        <w:rPr>
          <w:lang w:val="mk-MK"/>
        </w:rPr>
      </w:pPr>
      <w:r w:rsidRPr="00C81925">
        <w:rPr>
          <w:lang w:val="mk-MK"/>
        </w:rPr>
        <w:t>Pateiktos nuomonės ir požiūriai yra tik autoriaus (-ių) nuomonės ir požiūriai, kurie nebūtinai atspindi Europos Sąjungos ar Švietimo sistemos plėtros fondo (FRSE) nuomonę. Nei Europos Sąjunga, nei FRSE negali būti laikomi atsakingais už juos.</w:t>
      </w:r>
    </w:p>
    <w:p w14:paraId="63AF6D17" w14:textId="77777777" w:rsidR="005D1EC7" w:rsidRPr="002E6C54" w:rsidRDefault="005D1EC7" w:rsidP="005D1EC7">
      <w:pPr>
        <w:jc w:val="both"/>
        <w:rPr>
          <w:lang w:val="mk-MK"/>
        </w:rPr>
      </w:pPr>
    </w:p>
    <w:sectPr w:rsidR="005D1EC7" w:rsidRPr="002E6C54" w:rsidSect="00CC4B75">
      <w:footerReference w:type="default" r:id="rId78"/>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B265FD2" w14:textId="77777777" w:rsidR="00F0287F" w:rsidRDefault="00F0287F" w:rsidP="006B77B1">
      <w:pPr>
        <w:spacing w:after="0" w:line="240" w:lineRule="auto"/>
      </w:pPr>
      <w:r>
        <w:separator/>
      </w:r>
    </w:p>
  </w:endnote>
  <w:endnote w:type="continuationSeparator" w:id="0">
    <w:p w14:paraId="3125CC7E" w14:textId="77777777" w:rsidR="00F0287F" w:rsidRDefault="00F0287F" w:rsidP="006B77B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BA"/>
    <w:family w:val="roman"/>
    <w:pitch w:val="variable"/>
    <w:sig w:usb0="E00006FF" w:usb1="420024FF" w:usb2="02000000" w:usb3="00000000" w:csb0="0000019F" w:csb1="00000000"/>
  </w:font>
  <w:font w:name="MS Mincho">
    <w:altName w:val="ＭＳ 明朝"/>
    <w:panose1 w:val="02020609040205080304"/>
    <w:charset w:val="80"/>
    <w:family w:val="roman"/>
    <w:notTrueType/>
    <w:pitch w:val="fixed"/>
    <w:sig w:usb0="00000000" w:usb1="08070000" w:usb2="00000010" w:usb3="00000000" w:csb0="00020000" w:csb1="00000000"/>
  </w:font>
  <w:font w:name="Calibri">
    <w:panose1 w:val="020F0502020204030204"/>
    <w:charset w:val="BA"/>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ourier">
    <w:panose1 w:val="02070409020205020404"/>
    <w:charset w:val="00"/>
    <w:family w:val="modern"/>
    <w:notTrueType/>
    <w:pitch w:val="fixed"/>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BA"/>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15603654"/>
      <w:docPartObj>
        <w:docPartGallery w:val="Page Numbers (Bottom of Page)"/>
        <w:docPartUnique/>
      </w:docPartObj>
    </w:sdtPr>
    <w:sdtEndPr>
      <w:rPr>
        <w:noProof/>
      </w:rPr>
    </w:sdtEndPr>
    <w:sdtContent>
      <w:p w14:paraId="1B93F272" w14:textId="77777777" w:rsidR="002C00A8" w:rsidRDefault="002C00A8">
        <w:pPr>
          <w:pStyle w:val="Porat"/>
          <w:jc w:val="right"/>
        </w:pPr>
        <w:r>
          <w:fldChar w:fldCharType="begin"/>
        </w:r>
        <w:r>
          <w:instrText xml:space="preserve"> PAGE   \* MERGEFORMAT </w:instrText>
        </w:r>
        <w:r>
          <w:fldChar w:fldCharType="separate"/>
        </w:r>
        <w:r w:rsidR="006475C8">
          <w:rPr>
            <w:noProof/>
          </w:rPr>
          <w:t>1</w:t>
        </w:r>
        <w:r>
          <w:rPr>
            <w:noProof/>
          </w:rPr>
          <w:fldChar w:fldCharType="end"/>
        </w:r>
      </w:p>
    </w:sdtContent>
  </w:sdt>
  <w:p w14:paraId="15C8AF5F" w14:textId="77777777" w:rsidR="002C00A8" w:rsidRDefault="002C00A8">
    <w:pPr>
      <w:pStyle w:val="Por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A3EC9ED" w14:textId="77777777" w:rsidR="00F0287F" w:rsidRDefault="00F0287F" w:rsidP="006B77B1">
      <w:pPr>
        <w:spacing w:after="0" w:line="240" w:lineRule="auto"/>
      </w:pPr>
      <w:r>
        <w:separator/>
      </w:r>
    </w:p>
  </w:footnote>
  <w:footnote w:type="continuationSeparator" w:id="0">
    <w:p w14:paraId="493840B8" w14:textId="77777777" w:rsidR="00F0287F" w:rsidRDefault="00F0287F" w:rsidP="006B77B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C310EC42"/>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E4089024"/>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FB12693A"/>
    <w:lvl w:ilvl="0">
      <w:start w:val="1"/>
      <w:numFmt w:val="decimal"/>
      <w:pStyle w:val="Sraassunumeriais3"/>
      <w:lvlText w:val="%1."/>
      <w:lvlJc w:val="left"/>
      <w:pPr>
        <w:tabs>
          <w:tab w:val="num" w:pos="1080"/>
        </w:tabs>
        <w:ind w:left="1080" w:hanging="360"/>
      </w:pPr>
    </w:lvl>
  </w:abstractNum>
  <w:abstractNum w:abstractNumId="3" w15:restartNumberingAfterBreak="0">
    <w:nsid w:val="FFFFFF7F"/>
    <w:multiLevelType w:val="singleLevel"/>
    <w:tmpl w:val="38441652"/>
    <w:lvl w:ilvl="0">
      <w:start w:val="1"/>
      <w:numFmt w:val="decimal"/>
      <w:pStyle w:val="Sraassunumeriais2"/>
      <w:lvlText w:val="%1."/>
      <w:lvlJc w:val="left"/>
      <w:pPr>
        <w:tabs>
          <w:tab w:val="num" w:pos="720"/>
        </w:tabs>
        <w:ind w:left="720" w:hanging="360"/>
      </w:pPr>
    </w:lvl>
  </w:abstractNum>
  <w:abstractNum w:abstractNumId="4" w15:restartNumberingAfterBreak="0">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15:restartNumberingAfterBreak="0">
    <w:nsid w:val="FFFFFF82"/>
    <w:multiLevelType w:val="singleLevel"/>
    <w:tmpl w:val="F3EAFDEC"/>
    <w:lvl w:ilvl="0">
      <w:start w:val="1"/>
      <w:numFmt w:val="bullet"/>
      <w:pStyle w:val="Sraassuenkleliais3"/>
      <w:lvlText w:val=""/>
      <w:lvlJc w:val="left"/>
      <w:pPr>
        <w:tabs>
          <w:tab w:val="num" w:pos="1080"/>
        </w:tabs>
        <w:ind w:left="1080" w:hanging="360"/>
      </w:pPr>
      <w:rPr>
        <w:rFonts w:ascii="Symbol" w:hAnsi="Symbol" w:hint="default"/>
      </w:rPr>
    </w:lvl>
  </w:abstractNum>
  <w:abstractNum w:abstractNumId="6" w15:restartNumberingAfterBreak="0">
    <w:nsid w:val="FFFFFF83"/>
    <w:multiLevelType w:val="singleLevel"/>
    <w:tmpl w:val="3D1EFFD4"/>
    <w:lvl w:ilvl="0">
      <w:start w:val="1"/>
      <w:numFmt w:val="bullet"/>
      <w:pStyle w:val="Sraassuenkleliais2"/>
      <w:lvlText w:val=""/>
      <w:lvlJc w:val="left"/>
      <w:pPr>
        <w:tabs>
          <w:tab w:val="num" w:pos="720"/>
        </w:tabs>
        <w:ind w:left="720" w:hanging="360"/>
      </w:pPr>
      <w:rPr>
        <w:rFonts w:ascii="Symbol" w:hAnsi="Symbol" w:hint="default"/>
      </w:rPr>
    </w:lvl>
  </w:abstractNum>
  <w:abstractNum w:abstractNumId="7" w15:restartNumberingAfterBreak="0">
    <w:nsid w:val="FFFFFF88"/>
    <w:multiLevelType w:val="singleLevel"/>
    <w:tmpl w:val="D0A62B40"/>
    <w:lvl w:ilvl="0">
      <w:start w:val="1"/>
      <w:numFmt w:val="decimal"/>
      <w:pStyle w:val="Sraassunumeriais"/>
      <w:lvlText w:val="%1."/>
      <w:lvlJc w:val="left"/>
      <w:pPr>
        <w:tabs>
          <w:tab w:val="num" w:pos="360"/>
        </w:tabs>
        <w:ind w:left="360" w:hanging="360"/>
      </w:pPr>
    </w:lvl>
  </w:abstractNum>
  <w:abstractNum w:abstractNumId="8" w15:restartNumberingAfterBreak="0">
    <w:nsid w:val="FFFFFF89"/>
    <w:multiLevelType w:val="singleLevel"/>
    <w:tmpl w:val="29761A62"/>
    <w:lvl w:ilvl="0">
      <w:start w:val="1"/>
      <w:numFmt w:val="bullet"/>
      <w:pStyle w:val="Sraassuenkleliais"/>
      <w:lvlText w:val=""/>
      <w:lvlJc w:val="left"/>
      <w:pPr>
        <w:tabs>
          <w:tab w:val="num" w:pos="360"/>
        </w:tabs>
        <w:ind w:left="360" w:hanging="360"/>
      </w:pPr>
      <w:rPr>
        <w:rFonts w:ascii="Symbol" w:hAnsi="Symbol" w:hint="default"/>
      </w:rPr>
    </w:lvl>
  </w:abstractNum>
  <w:abstractNum w:abstractNumId="9" w15:restartNumberingAfterBreak="0">
    <w:nsid w:val="05CD32A7"/>
    <w:multiLevelType w:val="hybridMultilevel"/>
    <w:tmpl w:val="9FAACA34"/>
    <w:lvl w:ilvl="0" w:tplc="04090001">
      <w:start w:val="1"/>
      <w:numFmt w:val="bullet"/>
      <w:lvlText w:val=""/>
      <w:lvlJc w:val="left"/>
      <w:pPr>
        <w:ind w:left="795" w:hanging="360"/>
      </w:pPr>
      <w:rPr>
        <w:rFonts w:ascii="Symbol" w:hAnsi="Symbol" w:hint="default"/>
      </w:rPr>
    </w:lvl>
    <w:lvl w:ilvl="1" w:tplc="04090003" w:tentative="1">
      <w:start w:val="1"/>
      <w:numFmt w:val="bullet"/>
      <w:lvlText w:val="o"/>
      <w:lvlJc w:val="left"/>
      <w:pPr>
        <w:ind w:left="1515" w:hanging="360"/>
      </w:pPr>
      <w:rPr>
        <w:rFonts w:ascii="Courier New" w:hAnsi="Courier New" w:cs="Courier New" w:hint="default"/>
      </w:rPr>
    </w:lvl>
    <w:lvl w:ilvl="2" w:tplc="04090005" w:tentative="1">
      <w:start w:val="1"/>
      <w:numFmt w:val="bullet"/>
      <w:lvlText w:val=""/>
      <w:lvlJc w:val="left"/>
      <w:pPr>
        <w:ind w:left="2235" w:hanging="360"/>
      </w:pPr>
      <w:rPr>
        <w:rFonts w:ascii="Wingdings" w:hAnsi="Wingdings" w:hint="default"/>
      </w:rPr>
    </w:lvl>
    <w:lvl w:ilvl="3" w:tplc="04090001" w:tentative="1">
      <w:start w:val="1"/>
      <w:numFmt w:val="bullet"/>
      <w:lvlText w:val=""/>
      <w:lvlJc w:val="left"/>
      <w:pPr>
        <w:ind w:left="2955" w:hanging="360"/>
      </w:pPr>
      <w:rPr>
        <w:rFonts w:ascii="Symbol" w:hAnsi="Symbol" w:hint="default"/>
      </w:rPr>
    </w:lvl>
    <w:lvl w:ilvl="4" w:tplc="04090003" w:tentative="1">
      <w:start w:val="1"/>
      <w:numFmt w:val="bullet"/>
      <w:lvlText w:val="o"/>
      <w:lvlJc w:val="left"/>
      <w:pPr>
        <w:ind w:left="3675" w:hanging="360"/>
      </w:pPr>
      <w:rPr>
        <w:rFonts w:ascii="Courier New" w:hAnsi="Courier New" w:cs="Courier New" w:hint="default"/>
      </w:rPr>
    </w:lvl>
    <w:lvl w:ilvl="5" w:tplc="04090005" w:tentative="1">
      <w:start w:val="1"/>
      <w:numFmt w:val="bullet"/>
      <w:lvlText w:val=""/>
      <w:lvlJc w:val="left"/>
      <w:pPr>
        <w:ind w:left="4395" w:hanging="360"/>
      </w:pPr>
      <w:rPr>
        <w:rFonts w:ascii="Wingdings" w:hAnsi="Wingdings" w:hint="default"/>
      </w:rPr>
    </w:lvl>
    <w:lvl w:ilvl="6" w:tplc="04090001" w:tentative="1">
      <w:start w:val="1"/>
      <w:numFmt w:val="bullet"/>
      <w:lvlText w:val=""/>
      <w:lvlJc w:val="left"/>
      <w:pPr>
        <w:ind w:left="5115" w:hanging="360"/>
      </w:pPr>
      <w:rPr>
        <w:rFonts w:ascii="Symbol" w:hAnsi="Symbol" w:hint="default"/>
      </w:rPr>
    </w:lvl>
    <w:lvl w:ilvl="7" w:tplc="04090003" w:tentative="1">
      <w:start w:val="1"/>
      <w:numFmt w:val="bullet"/>
      <w:lvlText w:val="o"/>
      <w:lvlJc w:val="left"/>
      <w:pPr>
        <w:ind w:left="5835" w:hanging="360"/>
      </w:pPr>
      <w:rPr>
        <w:rFonts w:ascii="Courier New" w:hAnsi="Courier New" w:cs="Courier New" w:hint="default"/>
      </w:rPr>
    </w:lvl>
    <w:lvl w:ilvl="8" w:tplc="04090005" w:tentative="1">
      <w:start w:val="1"/>
      <w:numFmt w:val="bullet"/>
      <w:lvlText w:val=""/>
      <w:lvlJc w:val="left"/>
      <w:pPr>
        <w:ind w:left="6555" w:hanging="360"/>
      </w:pPr>
      <w:rPr>
        <w:rFonts w:ascii="Wingdings" w:hAnsi="Wingdings" w:hint="default"/>
      </w:rPr>
    </w:lvl>
  </w:abstractNum>
  <w:abstractNum w:abstractNumId="10" w15:restartNumberingAfterBreak="0">
    <w:nsid w:val="0C246A1B"/>
    <w:multiLevelType w:val="hybridMultilevel"/>
    <w:tmpl w:val="B984B2E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17D185C"/>
    <w:multiLevelType w:val="hybridMultilevel"/>
    <w:tmpl w:val="CD166AAC"/>
    <w:lvl w:ilvl="0" w:tplc="0409000F">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1515099"/>
    <w:multiLevelType w:val="hybridMultilevel"/>
    <w:tmpl w:val="6592300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30F24A2"/>
    <w:multiLevelType w:val="hybridMultilevel"/>
    <w:tmpl w:val="38D49C6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 w15:restartNumberingAfterBreak="0">
    <w:nsid w:val="2A5C3DF4"/>
    <w:multiLevelType w:val="hybridMultilevel"/>
    <w:tmpl w:val="DD5CB0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88328A7"/>
    <w:multiLevelType w:val="hybridMultilevel"/>
    <w:tmpl w:val="9B18559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6BC6CD5"/>
    <w:multiLevelType w:val="hybridMultilevel"/>
    <w:tmpl w:val="21C49F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 w:numId="10">
    <w:abstractNumId w:val="10"/>
  </w:num>
  <w:num w:numId="11">
    <w:abstractNumId w:val="12"/>
  </w:num>
  <w:num w:numId="12">
    <w:abstractNumId w:val="15"/>
  </w:num>
  <w:num w:numId="13">
    <w:abstractNumId w:val="11"/>
  </w:num>
  <w:num w:numId="14">
    <w:abstractNumId w:val="16"/>
  </w:num>
  <w:num w:numId="15">
    <w:abstractNumId w:val="9"/>
  </w:num>
  <w:num w:numId="16">
    <w:abstractNumId w:val="14"/>
  </w:num>
  <w:num w:numId="17">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proofState w:spelling="clean"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7730"/>
    <w:rsid w:val="000276AA"/>
    <w:rsid w:val="00031718"/>
    <w:rsid w:val="00034616"/>
    <w:rsid w:val="0006063C"/>
    <w:rsid w:val="000867F6"/>
    <w:rsid w:val="00094580"/>
    <w:rsid w:val="000D1E10"/>
    <w:rsid w:val="000F6DDB"/>
    <w:rsid w:val="00102F49"/>
    <w:rsid w:val="00110691"/>
    <w:rsid w:val="001131AC"/>
    <w:rsid w:val="001145E5"/>
    <w:rsid w:val="00133761"/>
    <w:rsid w:val="00134E50"/>
    <w:rsid w:val="0015074B"/>
    <w:rsid w:val="00161E6C"/>
    <w:rsid w:val="00164730"/>
    <w:rsid w:val="001C2D5B"/>
    <w:rsid w:val="00290093"/>
    <w:rsid w:val="0029639D"/>
    <w:rsid w:val="002A2B04"/>
    <w:rsid w:val="002A7697"/>
    <w:rsid w:val="002B1331"/>
    <w:rsid w:val="002C00A8"/>
    <w:rsid w:val="002D57E9"/>
    <w:rsid w:val="002D6CE6"/>
    <w:rsid w:val="002E6C54"/>
    <w:rsid w:val="0032110F"/>
    <w:rsid w:val="003222C4"/>
    <w:rsid w:val="00326F90"/>
    <w:rsid w:val="00333346"/>
    <w:rsid w:val="00347B7F"/>
    <w:rsid w:val="003569D8"/>
    <w:rsid w:val="003633FC"/>
    <w:rsid w:val="00385351"/>
    <w:rsid w:val="003879BA"/>
    <w:rsid w:val="003A3520"/>
    <w:rsid w:val="003F0C82"/>
    <w:rsid w:val="003F220A"/>
    <w:rsid w:val="003F4B47"/>
    <w:rsid w:val="00404637"/>
    <w:rsid w:val="00411E13"/>
    <w:rsid w:val="00461051"/>
    <w:rsid w:val="00464A57"/>
    <w:rsid w:val="00480AE2"/>
    <w:rsid w:val="00487BE2"/>
    <w:rsid w:val="004A1EB4"/>
    <w:rsid w:val="00516482"/>
    <w:rsid w:val="00523DCD"/>
    <w:rsid w:val="00547A8D"/>
    <w:rsid w:val="005670D8"/>
    <w:rsid w:val="00584358"/>
    <w:rsid w:val="005B4143"/>
    <w:rsid w:val="005C37D1"/>
    <w:rsid w:val="005D1EC7"/>
    <w:rsid w:val="00600F07"/>
    <w:rsid w:val="0060116A"/>
    <w:rsid w:val="0064454D"/>
    <w:rsid w:val="006475C8"/>
    <w:rsid w:val="00682665"/>
    <w:rsid w:val="006849BA"/>
    <w:rsid w:val="006B77B1"/>
    <w:rsid w:val="006C0ACB"/>
    <w:rsid w:val="00700256"/>
    <w:rsid w:val="00700ACB"/>
    <w:rsid w:val="007163EB"/>
    <w:rsid w:val="00716D0F"/>
    <w:rsid w:val="00722150"/>
    <w:rsid w:val="00726D13"/>
    <w:rsid w:val="007523CA"/>
    <w:rsid w:val="00761934"/>
    <w:rsid w:val="007D1AB4"/>
    <w:rsid w:val="007E5C65"/>
    <w:rsid w:val="007F4F7B"/>
    <w:rsid w:val="00806B1C"/>
    <w:rsid w:val="00811F4B"/>
    <w:rsid w:val="008211A7"/>
    <w:rsid w:val="00881A62"/>
    <w:rsid w:val="0089244B"/>
    <w:rsid w:val="008B22C4"/>
    <w:rsid w:val="008C31A1"/>
    <w:rsid w:val="008C64C0"/>
    <w:rsid w:val="008C7207"/>
    <w:rsid w:val="008D4AB4"/>
    <w:rsid w:val="008E7A3F"/>
    <w:rsid w:val="00912F1A"/>
    <w:rsid w:val="00930563"/>
    <w:rsid w:val="009316A0"/>
    <w:rsid w:val="009846DC"/>
    <w:rsid w:val="0099341D"/>
    <w:rsid w:val="00995F66"/>
    <w:rsid w:val="00997E29"/>
    <w:rsid w:val="009A3E46"/>
    <w:rsid w:val="009A75CD"/>
    <w:rsid w:val="009A7975"/>
    <w:rsid w:val="009D370E"/>
    <w:rsid w:val="00A00478"/>
    <w:rsid w:val="00A22AE5"/>
    <w:rsid w:val="00A32699"/>
    <w:rsid w:val="00A35398"/>
    <w:rsid w:val="00A4511F"/>
    <w:rsid w:val="00A509D0"/>
    <w:rsid w:val="00A93FD3"/>
    <w:rsid w:val="00A977FD"/>
    <w:rsid w:val="00AA1D8D"/>
    <w:rsid w:val="00AC7BF0"/>
    <w:rsid w:val="00B11853"/>
    <w:rsid w:val="00B470A8"/>
    <w:rsid w:val="00B47730"/>
    <w:rsid w:val="00B548F6"/>
    <w:rsid w:val="00B62B8D"/>
    <w:rsid w:val="00B63454"/>
    <w:rsid w:val="00BA6968"/>
    <w:rsid w:val="00BB28C2"/>
    <w:rsid w:val="00BC2114"/>
    <w:rsid w:val="00BD241C"/>
    <w:rsid w:val="00BD2AD3"/>
    <w:rsid w:val="00BF0CF3"/>
    <w:rsid w:val="00BF37E7"/>
    <w:rsid w:val="00C05503"/>
    <w:rsid w:val="00C47CFF"/>
    <w:rsid w:val="00C5420E"/>
    <w:rsid w:val="00C616D6"/>
    <w:rsid w:val="00C6636A"/>
    <w:rsid w:val="00C719A5"/>
    <w:rsid w:val="00C745FE"/>
    <w:rsid w:val="00C81925"/>
    <w:rsid w:val="00CB0664"/>
    <w:rsid w:val="00CC4B75"/>
    <w:rsid w:val="00CC580B"/>
    <w:rsid w:val="00CD294E"/>
    <w:rsid w:val="00D12B29"/>
    <w:rsid w:val="00D32540"/>
    <w:rsid w:val="00D64528"/>
    <w:rsid w:val="00DC2EB3"/>
    <w:rsid w:val="00DC423E"/>
    <w:rsid w:val="00DF0C15"/>
    <w:rsid w:val="00DF58E7"/>
    <w:rsid w:val="00E01B2C"/>
    <w:rsid w:val="00E0335B"/>
    <w:rsid w:val="00E257B9"/>
    <w:rsid w:val="00E275A8"/>
    <w:rsid w:val="00E3341D"/>
    <w:rsid w:val="00E44116"/>
    <w:rsid w:val="00E45307"/>
    <w:rsid w:val="00E47A0E"/>
    <w:rsid w:val="00E507C6"/>
    <w:rsid w:val="00E704FF"/>
    <w:rsid w:val="00EB79A5"/>
    <w:rsid w:val="00EC7053"/>
    <w:rsid w:val="00ED0FDA"/>
    <w:rsid w:val="00EE5F9A"/>
    <w:rsid w:val="00EF44F4"/>
    <w:rsid w:val="00F0287F"/>
    <w:rsid w:val="00F12289"/>
    <w:rsid w:val="00F1318A"/>
    <w:rsid w:val="00F142DA"/>
    <w:rsid w:val="00F20DF0"/>
    <w:rsid w:val="00F63DEF"/>
    <w:rsid w:val="00F9121C"/>
    <w:rsid w:val="00FA3274"/>
    <w:rsid w:val="00FB386B"/>
    <w:rsid w:val="00FC693F"/>
    <w:rsid w:val="00FD2B0F"/>
    <w:rsid w:val="00FE7324"/>
    <w:rsid w:val="00FF2AF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F09C33C"/>
  <w14:defaultImageDpi w14:val="300"/>
  <w15:docId w15:val="{4D49D4BB-4A1D-477E-82A1-7025A717812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rastasis">
    <w:name w:val="Normal"/>
    <w:qFormat/>
    <w:rsid w:val="00FC693F"/>
  </w:style>
  <w:style w:type="paragraph" w:styleId="Antrat1">
    <w:name w:val="heading 1"/>
    <w:basedOn w:val="prastasis"/>
    <w:next w:val="prastasis"/>
    <w:link w:val="Antrat1Diagrama"/>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Antrat2">
    <w:name w:val="heading 2"/>
    <w:basedOn w:val="prastasis"/>
    <w:next w:val="prastasis"/>
    <w:link w:val="Antrat2Diagrama"/>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Antrat3">
    <w:name w:val="heading 3"/>
    <w:basedOn w:val="prastasis"/>
    <w:next w:val="prastasis"/>
    <w:link w:val="Antrat3Diagrama"/>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Antrat4">
    <w:name w:val="heading 4"/>
    <w:basedOn w:val="prastasis"/>
    <w:next w:val="prastasis"/>
    <w:link w:val="Antrat4Diagrama"/>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Antrat5">
    <w:name w:val="heading 5"/>
    <w:basedOn w:val="prastasis"/>
    <w:next w:val="prastasis"/>
    <w:link w:val="Antrat5Diagrama"/>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Antrat6">
    <w:name w:val="heading 6"/>
    <w:basedOn w:val="prastasis"/>
    <w:next w:val="prastasis"/>
    <w:link w:val="Antrat6Diagrama"/>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Antrat7">
    <w:name w:val="heading 7"/>
    <w:basedOn w:val="prastasis"/>
    <w:next w:val="prastasis"/>
    <w:link w:val="Antrat7Diagrama"/>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Antrat8">
    <w:name w:val="heading 8"/>
    <w:basedOn w:val="prastasis"/>
    <w:next w:val="prastasis"/>
    <w:link w:val="Antrat8Diagrama"/>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Antrat9">
    <w:name w:val="heading 9"/>
    <w:basedOn w:val="prastasis"/>
    <w:next w:val="prastasis"/>
    <w:link w:val="Antrat9Diagrama"/>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paragraph" w:styleId="Antrats">
    <w:name w:val="header"/>
    <w:basedOn w:val="prastasis"/>
    <w:link w:val="AntratsDiagrama"/>
    <w:uiPriority w:val="99"/>
    <w:unhideWhenUsed/>
    <w:rsid w:val="00E618BF"/>
    <w:pPr>
      <w:tabs>
        <w:tab w:val="center" w:pos="4680"/>
        <w:tab w:val="right" w:pos="9360"/>
      </w:tabs>
      <w:spacing w:after="0" w:line="240" w:lineRule="auto"/>
    </w:pPr>
  </w:style>
  <w:style w:type="character" w:customStyle="1" w:styleId="AntratsDiagrama">
    <w:name w:val="Antraštės Diagrama"/>
    <w:basedOn w:val="Numatytasispastraiposriftas"/>
    <w:link w:val="Antrats"/>
    <w:uiPriority w:val="99"/>
    <w:rsid w:val="00E618BF"/>
  </w:style>
  <w:style w:type="paragraph" w:styleId="Porat">
    <w:name w:val="footer"/>
    <w:basedOn w:val="prastasis"/>
    <w:link w:val="PoratDiagrama"/>
    <w:uiPriority w:val="99"/>
    <w:unhideWhenUsed/>
    <w:rsid w:val="00E618BF"/>
    <w:pPr>
      <w:tabs>
        <w:tab w:val="center" w:pos="4680"/>
        <w:tab w:val="right" w:pos="9360"/>
      </w:tabs>
      <w:spacing w:after="0" w:line="240" w:lineRule="auto"/>
    </w:pPr>
  </w:style>
  <w:style w:type="character" w:customStyle="1" w:styleId="PoratDiagrama">
    <w:name w:val="Poraštė Diagrama"/>
    <w:basedOn w:val="Numatytasispastraiposriftas"/>
    <w:link w:val="Porat"/>
    <w:uiPriority w:val="99"/>
    <w:rsid w:val="00E618BF"/>
  </w:style>
  <w:style w:type="paragraph" w:styleId="Betarp">
    <w:name w:val="No Spacing"/>
    <w:uiPriority w:val="1"/>
    <w:qFormat/>
    <w:rsid w:val="00FC693F"/>
    <w:pPr>
      <w:spacing w:after="0" w:line="240" w:lineRule="auto"/>
    </w:pPr>
  </w:style>
  <w:style w:type="character" w:customStyle="1" w:styleId="Antrat1Diagrama">
    <w:name w:val="Antraštė 1 Diagrama"/>
    <w:basedOn w:val="Numatytasispastraiposriftas"/>
    <w:link w:val="Antrat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Antrat2Diagrama">
    <w:name w:val="Antraštė 2 Diagrama"/>
    <w:basedOn w:val="Numatytasispastraiposriftas"/>
    <w:link w:val="Antrat2"/>
    <w:uiPriority w:val="9"/>
    <w:rsid w:val="00FC693F"/>
    <w:rPr>
      <w:rFonts w:asciiTheme="majorHAnsi" w:eastAsiaTheme="majorEastAsia" w:hAnsiTheme="majorHAnsi" w:cstheme="majorBidi"/>
      <w:b/>
      <w:bCs/>
      <w:color w:val="4F81BD" w:themeColor="accent1"/>
      <w:sz w:val="26"/>
      <w:szCs w:val="26"/>
    </w:rPr>
  </w:style>
  <w:style w:type="character" w:customStyle="1" w:styleId="Antrat3Diagrama">
    <w:name w:val="Antraštė 3 Diagrama"/>
    <w:basedOn w:val="Numatytasispastraiposriftas"/>
    <w:link w:val="Antrat3"/>
    <w:uiPriority w:val="9"/>
    <w:rsid w:val="00FC693F"/>
    <w:rPr>
      <w:rFonts w:asciiTheme="majorHAnsi" w:eastAsiaTheme="majorEastAsia" w:hAnsiTheme="majorHAnsi" w:cstheme="majorBidi"/>
      <w:b/>
      <w:bCs/>
      <w:color w:val="4F81BD" w:themeColor="accent1"/>
    </w:rPr>
  </w:style>
  <w:style w:type="paragraph" w:styleId="Pavadinimas">
    <w:name w:val="Title"/>
    <w:basedOn w:val="prastasis"/>
    <w:next w:val="prastasis"/>
    <w:link w:val="PavadinimasDiagrama"/>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PavadinimasDiagrama">
    <w:name w:val="Pavadinimas Diagrama"/>
    <w:basedOn w:val="Numatytasispastraiposriftas"/>
    <w:link w:val="Pavadinimas"/>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Paantrat">
    <w:name w:val="Subtitle"/>
    <w:basedOn w:val="prastasis"/>
    <w:next w:val="prastasis"/>
    <w:link w:val="PaantratDiagrama"/>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PaantratDiagrama">
    <w:name w:val="Paantraštė Diagrama"/>
    <w:basedOn w:val="Numatytasispastraiposriftas"/>
    <w:link w:val="Paantrat"/>
    <w:uiPriority w:val="11"/>
    <w:rsid w:val="00FC693F"/>
    <w:rPr>
      <w:rFonts w:asciiTheme="majorHAnsi" w:eastAsiaTheme="majorEastAsia" w:hAnsiTheme="majorHAnsi" w:cstheme="majorBidi"/>
      <w:i/>
      <w:iCs/>
      <w:color w:val="4F81BD" w:themeColor="accent1"/>
      <w:spacing w:val="15"/>
      <w:sz w:val="24"/>
      <w:szCs w:val="24"/>
    </w:rPr>
  </w:style>
  <w:style w:type="paragraph" w:styleId="Sraopastraipa">
    <w:name w:val="List Paragraph"/>
    <w:basedOn w:val="prastasis"/>
    <w:uiPriority w:val="34"/>
    <w:qFormat/>
    <w:rsid w:val="00FC693F"/>
    <w:pPr>
      <w:ind w:left="720"/>
      <w:contextualSpacing/>
    </w:pPr>
  </w:style>
  <w:style w:type="paragraph" w:styleId="Pagrindinistekstas">
    <w:name w:val="Body Text"/>
    <w:basedOn w:val="prastasis"/>
    <w:link w:val="PagrindinistekstasDiagrama"/>
    <w:uiPriority w:val="99"/>
    <w:unhideWhenUsed/>
    <w:rsid w:val="00AA1D8D"/>
    <w:pPr>
      <w:spacing w:after="120"/>
    </w:pPr>
  </w:style>
  <w:style w:type="character" w:customStyle="1" w:styleId="PagrindinistekstasDiagrama">
    <w:name w:val="Pagrindinis tekstas Diagrama"/>
    <w:basedOn w:val="Numatytasispastraiposriftas"/>
    <w:link w:val="Pagrindinistekstas"/>
    <w:uiPriority w:val="99"/>
    <w:rsid w:val="00AA1D8D"/>
  </w:style>
  <w:style w:type="paragraph" w:styleId="Pagrindinistekstas2">
    <w:name w:val="Body Text 2"/>
    <w:basedOn w:val="prastasis"/>
    <w:link w:val="Pagrindinistekstas2Diagrama"/>
    <w:uiPriority w:val="99"/>
    <w:unhideWhenUsed/>
    <w:rsid w:val="00AA1D8D"/>
    <w:pPr>
      <w:spacing w:after="120" w:line="480" w:lineRule="auto"/>
    </w:pPr>
  </w:style>
  <w:style w:type="character" w:customStyle="1" w:styleId="Pagrindinistekstas2Diagrama">
    <w:name w:val="Pagrindinis tekstas 2 Diagrama"/>
    <w:basedOn w:val="Numatytasispastraiposriftas"/>
    <w:link w:val="Pagrindinistekstas2"/>
    <w:uiPriority w:val="99"/>
    <w:rsid w:val="00AA1D8D"/>
  </w:style>
  <w:style w:type="paragraph" w:styleId="Pagrindinistekstas3">
    <w:name w:val="Body Text 3"/>
    <w:basedOn w:val="prastasis"/>
    <w:link w:val="Pagrindinistekstas3Diagrama"/>
    <w:uiPriority w:val="99"/>
    <w:unhideWhenUsed/>
    <w:rsid w:val="00AA1D8D"/>
    <w:pPr>
      <w:spacing w:after="120"/>
    </w:pPr>
    <w:rPr>
      <w:sz w:val="16"/>
      <w:szCs w:val="16"/>
    </w:rPr>
  </w:style>
  <w:style w:type="character" w:customStyle="1" w:styleId="Pagrindinistekstas3Diagrama">
    <w:name w:val="Pagrindinis tekstas 3 Diagrama"/>
    <w:basedOn w:val="Numatytasispastraiposriftas"/>
    <w:link w:val="Pagrindinistekstas3"/>
    <w:uiPriority w:val="99"/>
    <w:rsid w:val="00AA1D8D"/>
    <w:rPr>
      <w:sz w:val="16"/>
      <w:szCs w:val="16"/>
    </w:rPr>
  </w:style>
  <w:style w:type="paragraph" w:styleId="Sraas">
    <w:name w:val="List"/>
    <w:basedOn w:val="prastasis"/>
    <w:uiPriority w:val="99"/>
    <w:unhideWhenUsed/>
    <w:rsid w:val="00AA1D8D"/>
    <w:pPr>
      <w:ind w:left="360" w:hanging="360"/>
      <w:contextualSpacing/>
    </w:pPr>
  </w:style>
  <w:style w:type="paragraph" w:styleId="Sraas2">
    <w:name w:val="List 2"/>
    <w:basedOn w:val="prastasis"/>
    <w:uiPriority w:val="99"/>
    <w:unhideWhenUsed/>
    <w:rsid w:val="00326F90"/>
    <w:pPr>
      <w:ind w:left="720" w:hanging="360"/>
      <w:contextualSpacing/>
    </w:pPr>
  </w:style>
  <w:style w:type="paragraph" w:styleId="Sraas3">
    <w:name w:val="List 3"/>
    <w:basedOn w:val="prastasis"/>
    <w:uiPriority w:val="99"/>
    <w:unhideWhenUsed/>
    <w:rsid w:val="00326F90"/>
    <w:pPr>
      <w:ind w:left="1080" w:hanging="360"/>
      <w:contextualSpacing/>
    </w:pPr>
  </w:style>
  <w:style w:type="paragraph" w:styleId="Sraassuenkleliais">
    <w:name w:val="List Bullet"/>
    <w:basedOn w:val="prastasis"/>
    <w:uiPriority w:val="99"/>
    <w:unhideWhenUsed/>
    <w:rsid w:val="00326F90"/>
    <w:pPr>
      <w:numPr>
        <w:numId w:val="1"/>
      </w:numPr>
      <w:contextualSpacing/>
    </w:pPr>
  </w:style>
  <w:style w:type="paragraph" w:styleId="Sraassuenkleliais2">
    <w:name w:val="List Bullet 2"/>
    <w:basedOn w:val="prastasis"/>
    <w:uiPriority w:val="99"/>
    <w:unhideWhenUsed/>
    <w:rsid w:val="00326F90"/>
    <w:pPr>
      <w:numPr>
        <w:numId w:val="2"/>
      </w:numPr>
      <w:contextualSpacing/>
    </w:pPr>
  </w:style>
  <w:style w:type="paragraph" w:styleId="Sraassuenkleliais3">
    <w:name w:val="List Bullet 3"/>
    <w:basedOn w:val="prastasis"/>
    <w:uiPriority w:val="99"/>
    <w:unhideWhenUsed/>
    <w:rsid w:val="00326F90"/>
    <w:pPr>
      <w:numPr>
        <w:numId w:val="3"/>
      </w:numPr>
      <w:contextualSpacing/>
    </w:pPr>
  </w:style>
  <w:style w:type="paragraph" w:styleId="Sraassunumeriais">
    <w:name w:val="List Number"/>
    <w:basedOn w:val="prastasis"/>
    <w:uiPriority w:val="99"/>
    <w:unhideWhenUsed/>
    <w:rsid w:val="00326F90"/>
    <w:pPr>
      <w:numPr>
        <w:numId w:val="5"/>
      </w:numPr>
      <w:contextualSpacing/>
    </w:pPr>
  </w:style>
  <w:style w:type="paragraph" w:styleId="Sraassunumeriais2">
    <w:name w:val="List Number 2"/>
    <w:basedOn w:val="prastasis"/>
    <w:uiPriority w:val="99"/>
    <w:unhideWhenUsed/>
    <w:rsid w:val="0029639D"/>
    <w:pPr>
      <w:numPr>
        <w:numId w:val="6"/>
      </w:numPr>
      <w:contextualSpacing/>
    </w:pPr>
  </w:style>
  <w:style w:type="paragraph" w:styleId="Sraassunumeriais3">
    <w:name w:val="List Number 3"/>
    <w:basedOn w:val="prastasis"/>
    <w:uiPriority w:val="99"/>
    <w:unhideWhenUsed/>
    <w:rsid w:val="0029639D"/>
    <w:pPr>
      <w:numPr>
        <w:numId w:val="7"/>
      </w:numPr>
      <w:contextualSpacing/>
    </w:pPr>
  </w:style>
  <w:style w:type="paragraph" w:styleId="Sraotsinys">
    <w:name w:val="List Continue"/>
    <w:basedOn w:val="prastasis"/>
    <w:uiPriority w:val="99"/>
    <w:unhideWhenUsed/>
    <w:rsid w:val="0029639D"/>
    <w:pPr>
      <w:spacing w:after="120"/>
      <w:ind w:left="360"/>
      <w:contextualSpacing/>
    </w:pPr>
  </w:style>
  <w:style w:type="paragraph" w:styleId="Sraotsinys2">
    <w:name w:val="List Continue 2"/>
    <w:basedOn w:val="prastasis"/>
    <w:uiPriority w:val="99"/>
    <w:unhideWhenUsed/>
    <w:rsid w:val="0029639D"/>
    <w:pPr>
      <w:spacing w:after="120"/>
      <w:ind w:left="720"/>
      <w:contextualSpacing/>
    </w:pPr>
  </w:style>
  <w:style w:type="paragraph" w:styleId="Sraotsinys3">
    <w:name w:val="List Continue 3"/>
    <w:basedOn w:val="prastasis"/>
    <w:uiPriority w:val="99"/>
    <w:unhideWhenUsed/>
    <w:rsid w:val="0029639D"/>
    <w:pPr>
      <w:spacing w:after="120"/>
      <w:ind w:left="1080"/>
      <w:contextualSpacing/>
    </w:pPr>
  </w:style>
  <w:style w:type="paragraph" w:styleId="Makrokomandostekstas">
    <w:name w:val="macro"/>
    <w:link w:val="MakrokomandostekstasDiagrama"/>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krokomandostekstasDiagrama">
    <w:name w:val="Makrokomandos tekstas Diagrama"/>
    <w:basedOn w:val="Numatytasispastraiposriftas"/>
    <w:link w:val="Makrokomandostekstas"/>
    <w:uiPriority w:val="99"/>
    <w:rsid w:val="0029639D"/>
    <w:rPr>
      <w:rFonts w:ascii="Courier" w:hAnsi="Courier"/>
      <w:sz w:val="20"/>
      <w:szCs w:val="20"/>
    </w:rPr>
  </w:style>
  <w:style w:type="paragraph" w:styleId="Citata">
    <w:name w:val="Quote"/>
    <w:basedOn w:val="prastasis"/>
    <w:next w:val="prastasis"/>
    <w:link w:val="CitataDiagrama"/>
    <w:uiPriority w:val="29"/>
    <w:qFormat/>
    <w:rsid w:val="00FC693F"/>
    <w:rPr>
      <w:i/>
      <w:iCs/>
      <w:color w:val="000000" w:themeColor="text1"/>
    </w:rPr>
  </w:style>
  <w:style w:type="character" w:customStyle="1" w:styleId="CitataDiagrama">
    <w:name w:val="Citata Diagrama"/>
    <w:basedOn w:val="Numatytasispastraiposriftas"/>
    <w:link w:val="Citata"/>
    <w:uiPriority w:val="29"/>
    <w:rsid w:val="00FC693F"/>
    <w:rPr>
      <w:i/>
      <w:iCs/>
      <w:color w:val="000000" w:themeColor="text1"/>
    </w:rPr>
  </w:style>
  <w:style w:type="character" w:customStyle="1" w:styleId="Antrat4Diagrama">
    <w:name w:val="Antraštė 4 Diagrama"/>
    <w:basedOn w:val="Numatytasispastraiposriftas"/>
    <w:link w:val="Antrat4"/>
    <w:uiPriority w:val="9"/>
    <w:semiHidden/>
    <w:rsid w:val="00FC693F"/>
    <w:rPr>
      <w:rFonts w:asciiTheme="majorHAnsi" w:eastAsiaTheme="majorEastAsia" w:hAnsiTheme="majorHAnsi" w:cstheme="majorBidi"/>
      <w:b/>
      <w:bCs/>
      <w:i/>
      <w:iCs/>
      <w:color w:val="4F81BD" w:themeColor="accent1"/>
    </w:rPr>
  </w:style>
  <w:style w:type="character" w:customStyle="1" w:styleId="Antrat5Diagrama">
    <w:name w:val="Antraštė 5 Diagrama"/>
    <w:basedOn w:val="Numatytasispastraiposriftas"/>
    <w:link w:val="Antrat5"/>
    <w:uiPriority w:val="9"/>
    <w:semiHidden/>
    <w:rsid w:val="00FC693F"/>
    <w:rPr>
      <w:rFonts w:asciiTheme="majorHAnsi" w:eastAsiaTheme="majorEastAsia" w:hAnsiTheme="majorHAnsi" w:cstheme="majorBidi"/>
      <w:color w:val="243F60" w:themeColor="accent1" w:themeShade="7F"/>
    </w:rPr>
  </w:style>
  <w:style w:type="character" w:customStyle="1" w:styleId="Antrat6Diagrama">
    <w:name w:val="Antraštė 6 Diagrama"/>
    <w:basedOn w:val="Numatytasispastraiposriftas"/>
    <w:link w:val="Antrat6"/>
    <w:uiPriority w:val="9"/>
    <w:semiHidden/>
    <w:rsid w:val="00FC693F"/>
    <w:rPr>
      <w:rFonts w:asciiTheme="majorHAnsi" w:eastAsiaTheme="majorEastAsia" w:hAnsiTheme="majorHAnsi" w:cstheme="majorBidi"/>
      <w:i/>
      <w:iCs/>
      <w:color w:val="243F60" w:themeColor="accent1" w:themeShade="7F"/>
    </w:rPr>
  </w:style>
  <w:style w:type="character" w:customStyle="1" w:styleId="Antrat7Diagrama">
    <w:name w:val="Antraštė 7 Diagrama"/>
    <w:basedOn w:val="Numatytasispastraiposriftas"/>
    <w:link w:val="Antrat7"/>
    <w:uiPriority w:val="9"/>
    <w:semiHidden/>
    <w:rsid w:val="00FC693F"/>
    <w:rPr>
      <w:rFonts w:asciiTheme="majorHAnsi" w:eastAsiaTheme="majorEastAsia" w:hAnsiTheme="majorHAnsi" w:cstheme="majorBidi"/>
      <w:i/>
      <w:iCs/>
      <w:color w:val="404040" w:themeColor="text1" w:themeTint="BF"/>
    </w:rPr>
  </w:style>
  <w:style w:type="character" w:customStyle="1" w:styleId="Antrat8Diagrama">
    <w:name w:val="Antraštė 8 Diagrama"/>
    <w:basedOn w:val="Numatytasispastraiposriftas"/>
    <w:link w:val="Antrat8"/>
    <w:uiPriority w:val="9"/>
    <w:semiHidden/>
    <w:rsid w:val="00FC693F"/>
    <w:rPr>
      <w:rFonts w:asciiTheme="majorHAnsi" w:eastAsiaTheme="majorEastAsia" w:hAnsiTheme="majorHAnsi" w:cstheme="majorBidi"/>
      <w:color w:val="4F81BD" w:themeColor="accent1"/>
      <w:sz w:val="20"/>
      <w:szCs w:val="20"/>
    </w:rPr>
  </w:style>
  <w:style w:type="character" w:customStyle="1" w:styleId="Antrat9Diagrama">
    <w:name w:val="Antraštė 9 Diagrama"/>
    <w:basedOn w:val="Numatytasispastraiposriftas"/>
    <w:link w:val="Antrat9"/>
    <w:uiPriority w:val="9"/>
    <w:semiHidden/>
    <w:rsid w:val="00FC693F"/>
    <w:rPr>
      <w:rFonts w:asciiTheme="majorHAnsi" w:eastAsiaTheme="majorEastAsia" w:hAnsiTheme="majorHAnsi" w:cstheme="majorBidi"/>
      <w:i/>
      <w:iCs/>
      <w:color w:val="404040" w:themeColor="text1" w:themeTint="BF"/>
      <w:sz w:val="20"/>
      <w:szCs w:val="20"/>
    </w:rPr>
  </w:style>
  <w:style w:type="paragraph" w:styleId="Antrat">
    <w:name w:val="caption"/>
    <w:basedOn w:val="prastasis"/>
    <w:next w:val="prastasis"/>
    <w:uiPriority w:val="35"/>
    <w:semiHidden/>
    <w:unhideWhenUsed/>
    <w:qFormat/>
    <w:rsid w:val="00FC693F"/>
    <w:pPr>
      <w:spacing w:line="240" w:lineRule="auto"/>
    </w:pPr>
    <w:rPr>
      <w:b/>
      <w:bCs/>
      <w:color w:val="4F81BD" w:themeColor="accent1"/>
      <w:sz w:val="18"/>
      <w:szCs w:val="18"/>
    </w:rPr>
  </w:style>
  <w:style w:type="character" w:styleId="Grietas">
    <w:name w:val="Strong"/>
    <w:basedOn w:val="Numatytasispastraiposriftas"/>
    <w:uiPriority w:val="22"/>
    <w:qFormat/>
    <w:rsid w:val="00FC693F"/>
    <w:rPr>
      <w:b/>
      <w:bCs/>
    </w:rPr>
  </w:style>
  <w:style w:type="character" w:styleId="Emfaz">
    <w:name w:val="Emphasis"/>
    <w:basedOn w:val="Numatytasispastraiposriftas"/>
    <w:uiPriority w:val="20"/>
    <w:qFormat/>
    <w:rsid w:val="00FC693F"/>
    <w:rPr>
      <w:i/>
      <w:iCs/>
    </w:rPr>
  </w:style>
  <w:style w:type="paragraph" w:styleId="Iskirtacitata">
    <w:name w:val="Intense Quote"/>
    <w:basedOn w:val="prastasis"/>
    <w:next w:val="prastasis"/>
    <w:link w:val="IskirtacitataDiagrama"/>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skirtacitataDiagrama">
    <w:name w:val="Išskirta citata Diagrama"/>
    <w:basedOn w:val="Numatytasispastraiposriftas"/>
    <w:link w:val="Iskirtacitata"/>
    <w:uiPriority w:val="30"/>
    <w:rsid w:val="00FC693F"/>
    <w:rPr>
      <w:b/>
      <w:bCs/>
      <w:i/>
      <w:iCs/>
      <w:color w:val="4F81BD" w:themeColor="accent1"/>
    </w:rPr>
  </w:style>
  <w:style w:type="character" w:styleId="Nerykuspabraukimas">
    <w:name w:val="Subtle Emphasis"/>
    <w:basedOn w:val="Numatytasispastraiposriftas"/>
    <w:uiPriority w:val="19"/>
    <w:qFormat/>
    <w:rsid w:val="00FC693F"/>
    <w:rPr>
      <w:i/>
      <w:iCs/>
      <w:color w:val="808080" w:themeColor="text1" w:themeTint="7F"/>
    </w:rPr>
  </w:style>
  <w:style w:type="character" w:styleId="Rykuspabraukimas">
    <w:name w:val="Intense Emphasis"/>
    <w:basedOn w:val="Numatytasispastraiposriftas"/>
    <w:uiPriority w:val="21"/>
    <w:qFormat/>
    <w:rsid w:val="00FC693F"/>
    <w:rPr>
      <w:b/>
      <w:bCs/>
      <w:i/>
      <w:iCs/>
      <w:color w:val="4F81BD" w:themeColor="accent1"/>
    </w:rPr>
  </w:style>
  <w:style w:type="character" w:styleId="Nerykinuoroda">
    <w:name w:val="Subtle Reference"/>
    <w:basedOn w:val="Numatytasispastraiposriftas"/>
    <w:uiPriority w:val="31"/>
    <w:qFormat/>
    <w:rsid w:val="00FC693F"/>
    <w:rPr>
      <w:smallCaps/>
      <w:color w:val="C0504D" w:themeColor="accent2"/>
      <w:u w:val="single"/>
    </w:rPr>
  </w:style>
  <w:style w:type="character" w:styleId="Rykinuoroda">
    <w:name w:val="Intense Reference"/>
    <w:basedOn w:val="Numatytasispastraiposriftas"/>
    <w:uiPriority w:val="32"/>
    <w:qFormat/>
    <w:rsid w:val="00FC693F"/>
    <w:rPr>
      <w:b/>
      <w:bCs/>
      <w:smallCaps/>
      <w:color w:val="C0504D" w:themeColor="accent2"/>
      <w:spacing w:val="5"/>
      <w:u w:val="single"/>
    </w:rPr>
  </w:style>
  <w:style w:type="character" w:styleId="Knygospavadinimas">
    <w:name w:val="Book Title"/>
    <w:basedOn w:val="Numatytasispastraiposriftas"/>
    <w:uiPriority w:val="33"/>
    <w:qFormat/>
    <w:rsid w:val="00FC693F"/>
    <w:rPr>
      <w:b/>
      <w:bCs/>
      <w:smallCaps/>
      <w:spacing w:val="5"/>
    </w:rPr>
  </w:style>
  <w:style w:type="paragraph" w:styleId="Turinioantrat">
    <w:name w:val="TOC Heading"/>
    <w:basedOn w:val="Antrat1"/>
    <w:next w:val="prastasis"/>
    <w:uiPriority w:val="39"/>
    <w:unhideWhenUsed/>
    <w:qFormat/>
    <w:rsid w:val="00FC693F"/>
    <w:pPr>
      <w:outlineLvl w:val="9"/>
    </w:pPr>
  </w:style>
  <w:style w:type="table" w:styleId="Lentelstinklelis">
    <w:name w:val="Table Grid"/>
    <w:basedOn w:val="prastojilentel"/>
    <w:uiPriority w:val="59"/>
    <w:rsid w:val="00FC69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viesusisspalvinimas">
    <w:name w:val="Light Shading"/>
    <w:basedOn w:val="prastojilentel"/>
    <w:uiPriority w:val="60"/>
    <w:rsid w:val="00FC693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viesusspalvinimas1parykinimas">
    <w:name w:val="Light Shading Accent 1"/>
    <w:basedOn w:val="prastojilentel"/>
    <w:uiPriority w:val="60"/>
    <w:rsid w:val="00FC693F"/>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viesusspalvinimas2parykinimas">
    <w:name w:val="Light Shading Accent 2"/>
    <w:basedOn w:val="prastojilentel"/>
    <w:uiPriority w:val="60"/>
    <w:rsid w:val="00FC693F"/>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viesusspalvinimas3parykinimas">
    <w:name w:val="Light Shading Accent 3"/>
    <w:basedOn w:val="prastojilentel"/>
    <w:uiPriority w:val="60"/>
    <w:rsid w:val="00FC693F"/>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viesusspalvinimas4parykinimas">
    <w:name w:val="Light Shading Accent 4"/>
    <w:basedOn w:val="prastojilentel"/>
    <w:uiPriority w:val="60"/>
    <w:rsid w:val="00FC693F"/>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viesusspalvinimas5parykinimas">
    <w:name w:val="Light Shading Accent 5"/>
    <w:basedOn w:val="prastojilentel"/>
    <w:uiPriority w:val="60"/>
    <w:rsid w:val="00FC693F"/>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viesusspalvinimas6parykinimas">
    <w:name w:val="Light Shading Accent 6"/>
    <w:basedOn w:val="prastojilentel"/>
    <w:uiPriority w:val="60"/>
    <w:rsid w:val="00FC693F"/>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viesussraas">
    <w:name w:val="Light List"/>
    <w:basedOn w:val="prastojilentel"/>
    <w:uiPriority w:val="61"/>
    <w:rsid w:val="00FC693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viesussraas1parykinimas">
    <w:name w:val="Light List Accent 1"/>
    <w:basedOn w:val="prastojilentel"/>
    <w:uiPriority w:val="61"/>
    <w:rsid w:val="00FC693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viesussraas2parykinimas">
    <w:name w:val="Light List Accent 2"/>
    <w:basedOn w:val="prastojilentel"/>
    <w:uiPriority w:val="61"/>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viesussraas3parykinimas">
    <w:name w:val="Light List Accent 3"/>
    <w:basedOn w:val="prastojilentel"/>
    <w:uiPriority w:val="61"/>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viesussraas4parykinimas">
    <w:name w:val="Light List Accent 4"/>
    <w:basedOn w:val="prastojilentel"/>
    <w:uiPriority w:val="61"/>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viesussraas5parykinimas">
    <w:name w:val="Light List Accent 5"/>
    <w:basedOn w:val="prastojilentel"/>
    <w:uiPriority w:val="61"/>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viesussraas6parykinimas">
    <w:name w:val="Light List Accent 6"/>
    <w:basedOn w:val="prastojilentel"/>
    <w:uiPriority w:val="61"/>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viesustinklelis">
    <w:name w:val="Light Grid"/>
    <w:basedOn w:val="prastojilentel"/>
    <w:uiPriority w:val="62"/>
    <w:rsid w:val="00CB066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viesustinklelis1parykinimas">
    <w:name w:val="Light Grid Accent 1"/>
    <w:basedOn w:val="prastojilentel"/>
    <w:uiPriority w:val="62"/>
    <w:rsid w:val="00CB0664"/>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viesustinklelis2parykinimas">
    <w:name w:val="Light Grid Accent 2"/>
    <w:basedOn w:val="prastojilentel"/>
    <w:uiPriority w:val="62"/>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viesustinklelis3parykinimas">
    <w:name w:val="Light Grid Accent 3"/>
    <w:basedOn w:val="prastojilentel"/>
    <w:uiPriority w:val="62"/>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viesustinklelis4parykinimas">
    <w:name w:val="Light Grid Accent 4"/>
    <w:basedOn w:val="prastojilentel"/>
    <w:uiPriority w:val="62"/>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viesustinklelis5parykinimas">
    <w:name w:val="Light Grid Accent 5"/>
    <w:basedOn w:val="prastojilentel"/>
    <w:uiPriority w:val="62"/>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viesustinklelis6parykinimas">
    <w:name w:val="Light Grid Accent 6"/>
    <w:basedOn w:val="prastojilentel"/>
    <w:uiPriority w:val="62"/>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1vidutinisspalvinimas">
    <w:name w:val="Medium Shading 1"/>
    <w:basedOn w:val="prastojilentel"/>
    <w:uiPriority w:val="63"/>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1vidutinisspalvinimas1parykinimas">
    <w:name w:val="Medium Shading 1 Accent 1"/>
    <w:basedOn w:val="prastojilentel"/>
    <w:uiPriority w:val="63"/>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1vidutinisspalvinimas2parykinimas">
    <w:name w:val="Medium Shading 1 Accent 2"/>
    <w:basedOn w:val="prastojilentel"/>
    <w:uiPriority w:val="63"/>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1vidutinisspalvinimas3parykinimas">
    <w:name w:val="Medium Shading 1 Accent 3"/>
    <w:basedOn w:val="prastojilentel"/>
    <w:uiPriority w:val="63"/>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1vidutinisspalvinimas4parykinimas">
    <w:name w:val="Medium Shading 1 Accent 4"/>
    <w:basedOn w:val="prastojilentel"/>
    <w:uiPriority w:val="63"/>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1vidutinisspalvinimas5parykinimas">
    <w:name w:val="Medium Shading 1 Accent 5"/>
    <w:basedOn w:val="prastojilentel"/>
    <w:uiPriority w:val="63"/>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1vidutinisspalvinimas6parykinimas">
    <w:name w:val="Medium Shading 1 Accent 6"/>
    <w:basedOn w:val="prastojilentel"/>
    <w:uiPriority w:val="63"/>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2vidutinisspalvinimas">
    <w:name w:val="Medium Shading 2"/>
    <w:basedOn w:val="prastojilente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2vidutinisspalvinimas1parykinimas">
    <w:name w:val="Medium Shading 2 Accent 1"/>
    <w:basedOn w:val="prastojilente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2vidutinisspalvinimas2parykinimas">
    <w:name w:val="Medium Shading 2 Accent 2"/>
    <w:basedOn w:val="prastojilente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2vidutinisspalvinimas3parykinimas">
    <w:name w:val="Medium Shading 2 Accent 3"/>
    <w:basedOn w:val="prastojilente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2vidutinisspalvinimas4parykinimas">
    <w:name w:val="Medium Shading 2 Accent 4"/>
    <w:basedOn w:val="prastojilente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2vidutinisspalvinimas5parykinimas">
    <w:name w:val="Medium Shading 2 Accent 5"/>
    <w:basedOn w:val="prastojilente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2vidutinisspalvinimas6parykinimas">
    <w:name w:val="Medium Shading 2 Accent 6"/>
    <w:basedOn w:val="prastojilente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1vidutinissraas">
    <w:name w:val="Medium List 1"/>
    <w:basedOn w:val="prastojilentel"/>
    <w:uiPriority w:val="65"/>
    <w:rsid w:val="00CB0664"/>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1vidutinissraas1parykinimas">
    <w:name w:val="Medium List 1 Accent 1"/>
    <w:basedOn w:val="prastojilentel"/>
    <w:uiPriority w:val="65"/>
    <w:rsid w:val="00CB0664"/>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1vidutinissraas2parykinimas">
    <w:name w:val="Medium List 1 Accent 2"/>
    <w:basedOn w:val="prastojilentel"/>
    <w:uiPriority w:val="65"/>
    <w:rsid w:val="00CB0664"/>
    <w:pPr>
      <w:spacing w:after="0" w:line="240" w:lineRule="auto"/>
    </w:pPr>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1vidutinissraas3parykinimas">
    <w:name w:val="Medium List 1 Accent 3"/>
    <w:basedOn w:val="prastojilentel"/>
    <w:uiPriority w:val="65"/>
    <w:rsid w:val="00CB0664"/>
    <w:pPr>
      <w:spacing w:after="0" w:line="240" w:lineRule="auto"/>
    </w:pPr>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1vidutinissraas4parykinimas">
    <w:name w:val="Medium List 1 Accent 4"/>
    <w:basedOn w:val="prastojilentel"/>
    <w:uiPriority w:val="65"/>
    <w:rsid w:val="00CB0664"/>
    <w:pPr>
      <w:spacing w:after="0" w:line="240" w:lineRule="auto"/>
    </w:pPr>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1vidutinissraas5parykinimas">
    <w:name w:val="Medium List 1 Accent 5"/>
    <w:basedOn w:val="prastojilentel"/>
    <w:uiPriority w:val="65"/>
    <w:rsid w:val="00CB0664"/>
    <w:pPr>
      <w:spacing w:after="0" w:line="240" w:lineRule="auto"/>
    </w:pPr>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1vidutinissraas6parykinimas">
    <w:name w:val="Medium List 1 Accent 6"/>
    <w:basedOn w:val="prastojilentel"/>
    <w:uiPriority w:val="65"/>
    <w:rsid w:val="00CB0664"/>
    <w:pPr>
      <w:spacing w:after="0" w:line="240" w:lineRule="auto"/>
    </w:pPr>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2vidutinissraas">
    <w:name w:val="Medium List 2"/>
    <w:basedOn w:val="prastojilente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2vidutinissraas1parykinimas">
    <w:name w:val="Medium List 2 Accent 1"/>
    <w:basedOn w:val="prastojilente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2vidutinissraas2parykinimas">
    <w:name w:val="Medium List 2 Accent 2"/>
    <w:basedOn w:val="prastojilente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2vidutinissraas3parykinimas">
    <w:name w:val="Medium List 2 Accent 3"/>
    <w:basedOn w:val="prastojilente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2vidutinissraas4parykinimas">
    <w:name w:val="Medium List 2 Accent 4"/>
    <w:basedOn w:val="prastojilente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2vidutinissraas5parykinimas">
    <w:name w:val="Medium List 2 Accent 5"/>
    <w:basedOn w:val="prastojilente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2vidutinissraas6parykinimas">
    <w:name w:val="Medium List 2 Accent 6"/>
    <w:basedOn w:val="prastojilente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1vidutinistinklelis">
    <w:name w:val="Medium Grid 1"/>
    <w:basedOn w:val="prastojilentel"/>
    <w:uiPriority w:val="67"/>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1vidutinistinklelis1parykinimas">
    <w:name w:val="Medium Grid 1 Accent 1"/>
    <w:basedOn w:val="prastojilentel"/>
    <w:uiPriority w:val="67"/>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1vidutinistinklelis2parykinimas">
    <w:name w:val="Medium Grid 1 Accent 2"/>
    <w:basedOn w:val="prastojilentel"/>
    <w:uiPriority w:val="67"/>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1vidutinistinklelis3parykinimas">
    <w:name w:val="Medium Grid 1 Accent 3"/>
    <w:basedOn w:val="prastojilentel"/>
    <w:uiPriority w:val="67"/>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1vidutinistinklelis4parykinimas">
    <w:name w:val="Medium Grid 1 Accent 4"/>
    <w:basedOn w:val="prastojilentel"/>
    <w:uiPriority w:val="67"/>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1vidutinistinklelis5parykinimas">
    <w:name w:val="Medium Grid 1 Accent 5"/>
    <w:basedOn w:val="prastojilentel"/>
    <w:uiPriority w:val="67"/>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1vidutinistinklelis6parykinimas">
    <w:name w:val="Medium Grid 1 Accent 6"/>
    <w:basedOn w:val="prastojilentel"/>
    <w:uiPriority w:val="67"/>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2vidutinistinklelis">
    <w:name w:val="Medium Grid 2"/>
    <w:basedOn w:val="prastojilente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2vidutinistinklelis1parykinimas">
    <w:name w:val="Medium Grid 2 Accent 1"/>
    <w:basedOn w:val="prastojilente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2vidutinistinklelis2parykinimas">
    <w:name w:val="Medium Grid 2 Accent 2"/>
    <w:basedOn w:val="prastojilente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2vidutinistinklelis3parykinimas">
    <w:name w:val="Medium Grid 2 Accent 3"/>
    <w:basedOn w:val="prastojilente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2vidutinistinklelis4parykinimas">
    <w:name w:val="Medium Grid 2 Accent 4"/>
    <w:basedOn w:val="prastojilente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2vidutinistinklelis5parykinimas">
    <w:name w:val="Medium Grid 2 Accent 5"/>
    <w:basedOn w:val="prastojilente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2vidutinistinklelis6parykinimas">
    <w:name w:val="Medium Grid 2 Accent 6"/>
    <w:basedOn w:val="prastojilente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3vidutinistinklelis">
    <w:name w:val="Medium Grid 3"/>
    <w:basedOn w:val="prastojilente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3vidutinistinklelis1parykinimas">
    <w:name w:val="Medium Grid 3 Accent 1"/>
    <w:basedOn w:val="prastojilente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3vidutinistinklelis2parykinimas">
    <w:name w:val="Medium Grid 3 Accent 2"/>
    <w:basedOn w:val="prastojilente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3vidutinistinklelis3parykinimas">
    <w:name w:val="Medium Grid 3 Accent 3"/>
    <w:basedOn w:val="prastojilente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3vidutinistinklelis4parykinimas">
    <w:name w:val="Medium Grid 3 Accent 4"/>
    <w:basedOn w:val="prastojilente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3vidutinistinklelis5parykinimas">
    <w:name w:val="Medium Grid 3 Accent 5"/>
    <w:basedOn w:val="prastojilente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3vidutinistinklelis6parykinimas">
    <w:name w:val="Medium Grid 3 Accent 6"/>
    <w:basedOn w:val="prastojilente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Tamsussraas">
    <w:name w:val="Dark List"/>
    <w:basedOn w:val="prastojilentel"/>
    <w:uiPriority w:val="70"/>
    <w:rsid w:val="00CB0664"/>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Tamsussraas1parykinimas">
    <w:name w:val="Dark List Accent 1"/>
    <w:basedOn w:val="prastojilentel"/>
    <w:uiPriority w:val="70"/>
    <w:rsid w:val="00CB0664"/>
    <w:pPr>
      <w:spacing w:after="0" w:line="240" w:lineRule="auto"/>
    </w:pPr>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Tamsussraas2parykinimas">
    <w:name w:val="Dark List Accent 2"/>
    <w:basedOn w:val="prastojilentel"/>
    <w:uiPriority w:val="70"/>
    <w:rsid w:val="00CB0664"/>
    <w:pPr>
      <w:spacing w:after="0" w:line="240" w:lineRule="auto"/>
    </w:pPr>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Tamsussraas3parykinimas">
    <w:name w:val="Dark List Accent 3"/>
    <w:basedOn w:val="prastojilentel"/>
    <w:uiPriority w:val="70"/>
    <w:rsid w:val="00CB0664"/>
    <w:pPr>
      <w:spacing w:after="0" w:line="240" w:lineRule="auto"/>
    </w:pPr>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Tamsussraas4parykinimas">
    <w:name w:val="Dark List Accent 4"/>
    <w:basedOn w:val="prastojilentel"/>
    <w:uiPriority w:val="70"/>
    <w:rsid w:val="00CB0664"/>
    <w:pPr>
      <w:spacing w:after="0" w:line="240" w:lineRule="auto"/>
    </w:pPr>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Tamsussraas5parykinimas">
    <w:name w:val="Dark List Accent 5"/>
    <w:basedOn w:val="prastojilentel"/>
    <w:uiPriority w:val="70"/>
    <w:rsid w:val="00CB0664"/>
    <w:pPr>
      <w:spacing w:after="0" w:line="240" w:lineRule="auto"/>
    </w:pPr>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Tamsussraas6parykinimas">
    <w:name w:val="Dark List Accent 6"/>
    <w:basedOn w:val="prastojilentel"/>
    <w:uiPriority w:val="70"/>
    <w:rsid w:val="00CB0664"/>
    <w:pPr>
      <w:spacing w:after="0" w:line="240" w:lineRule="auto"/>
    </w:pPr>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Spalvotasspalvinimas">
    <w:name w:val="Colorful Shading"/>
    <w:basedOn w:val="prastojilente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Spalvotasspalvinimas1parykinimas">
    <w:name w:val="Colorful Shading Accent 1"/>
    <w:basedOn w:val="prastojilente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Spalvotasspalvinimas2parykinimas">
    <w:name w:val="Colorful Shading Accent 2"/>
    <w:basedOn w:val="prastojilente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Spalvotasspalvinimas3parykinimas">
    <w:name w:val="Colorful Shading Accent 3"/>
    <w:basedOn w:val="prastojilentel"/>
    <w:uiPriority w:val="71"/>
    <w:rsid w:val="00CB0664"/>
    <w:pPr>
      <w:spacing w:after="0" w:line="240" w:lineRule="auto"/>
    </w:pPr>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Spalvotasspalvinimas4parykinimas">
    <w:name w:val="Colorful Shading Accent 4"/>
    <w:basedOn w:val="prastojilentel"/>
    <w:uiPriority w:val="71"/>
    <w:rsid w:val="00CB0664"/>
    <w:pPr>
      <w:spacing w:after="0" w:line="240" w:lineRule="auto"/>
    </w:pPr>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Spalvotasspalvinimas5parykinimas">
    <w:name w:val="Colorful Shading Accent 5"/>
    <w:basedOn w:val="prastojilentel"/>
    <w:uiPriority w:val="71"/>
    <w:rsid w:val="00CB0664"/>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Spalvotasspalvinimas6parykinimas">
    <w:name w:val="Colorful Shading Accent 6"/>
    <w:basedOn w:val="prastojilentel"/>
    <w:uiPriority w:val="71"/>
    <w:rsid w:val="00CB0664"/>
    <w:pPr>
      <w:spacing w:after="0" w:line="240" w:lineRule="auto"/>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Spalvotassraas">
    <w:name w:val="Colorful List"/>
    <w:basedOn w:val="prastojilentel"/>
    <w:uiPriority w:val="72"/>
    <w:rsid w:val="00CB0664"/>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Spalvotassraas1parykinimas">
    <w:name w:val="Colorful List Accent 1"/>
    <w:basedOn w:val="prastojilentel"/>
    <w:uiPriority w:val="72"/>
    <w:rsid w:val="00CB0664"/>
    <w:pPr>
      <w:spacing w:after="0" w:line="240" w:lineRule="auto"/>
    </w:pPr>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Spalvotassraas2parykinimas">
    <w:name w:val="Colorful List Accent 2"/>
    <w:basedOn w:val="prastojilentel"/>
    <w:uiPriority w:val="72"/>
    <w:rsid w:val="00CB0664"/>
    <w:pPr>
      <w:spacing w:after="0" w:line="240" w:lineRule="auto"/>
    </w:pPr>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Spalvotassraas3parykinimas">
    <w:name w:val="Colorful List Accent 3"/>
    <w:basedOn w:val="prastojilentel"/>
    <w:uiPriority w:val="72"/>
    <w:rsid w:val="00CB0664"/>
    <w:pPr>
      <w:spacing w:after="0" w:line="240" w:lineRule="auto"/>
    </w:pPr>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Spalvotassraas4parykinimas">
    <w:name w:val="Colorful List Accent 4"/>
    <w:basedOn w:val="prastojilentel"/>
    <w:uiPriority w:val="72"/>
    <w:rsid w:val="00CB0664"/>
    <w:pPr>
      <w:spacing w:after="0" w:line="240" w:lineRule="auto"/>
    </w:pPr>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Spalvotassraas5parykinimas">
    <w:name w:val="Colorful List Accent 5"/>
    <w:basedOn w:val="prastojilentel"/>
    <w:uiPriority w:val="72"/>
    <w:rsid w:val="00CB0664"/>
    <w:pPr>
      <w:spacing w:after="0" w:line="240" w:lineRule="auto"/>
    </w:pPr>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Spalvotassraas6parykinimas">
    <w:name w:val="Colorful List Accent 6"/>
    <w:basedOn w:val="prastojilentel"/>
    <w:uiPriority w:val="72"/>
    <w:rsid w:val="00CB0664"/>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Spalvotastinklelis">
    <w:name w:val="Colorful Grid"/>
    <w:basedOn w:val="prastojilente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Spalvotastinklelis1parykinimas">
    <w:name w:val="Colorful Grid Accent 1"/>
    <w:basedOn w:val="prastojilente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Spalvotastinklelis2parykinimas">
    <w:name w:val="Colorful Grid Accent 2"/>
    <w:basedOn w:val="prastojilente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Spalvotastinklelis3parykinimas">
    <w:name w:val="Colorful Grid Accent 3"/>
    <w:basedOn w:val="prastojilente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Spalvotastinklelis4parykinimas">
    <w:name w:val="Colorful Grid Accent 4"/>
    <w:basedOn w:val="prastojilente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Spalvotastinklelis5parykinimas">
    <w:name w:val="Colorful Grid Accent 5"/>
    <w:basedOn w:val="prastojilente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Spalvotastinklelis6parykinimas">
    <w:name w:val="Colorful Grid Accent 6"/>
    <w:basedOn w:val="prastojilente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styleId="Debesliotekstas">
    <w:name w:val="Balloon Text"/>
    <w:basedOn w:val="prastasis"/>
    <w:link w:val="DebesliotekstasDiagrama"/>
    <w:uiPriority w:val="99"/>
    <w:semiHidden/>
    <w:unhideWhenUsed/>
    <w:rsid w:val="00CC4B75"/>
    <w:pPr>
      <w:spacing w:after="0" w:line="240" w:lineRule="auto"/>
    </w:pPr>
    <w:rPr>
      <w:rFonts w:ascii="Tahoma" w:hAnsi="Tahoma" w:cs="Tahoma"/>
      <w:sz w:val="16"/>
      <w:szCs w:val="16"/>
    </w:rPr>
  </w:style>
  <w:style w:type="character" w:customStyle="1" w:styleId="DebesliotekstasDiagrama">
    <w:name w:val="Debesėlio tekstas Diagrama"/>
    <w:basedOn w:val="Numatytasispastraiposriftas"/>
    <w:link w:val="Debesliotekstas"/>
    <w:uiPriority w:val="99"/>
    <w:semiHidden/>
    <w:rsid w:val="00CC4B75"/>
    <w:rPr>
      <w:rFonts w:ascii="Tahoma" w:hAnsi="Tahoma" w:cs="Tahoma"/>
      <w:sz w:val="16"/>
      <w:szCs w:val="16"/>
    </w:rPr>
  </w:style>
  <w:style w:type="character" w:styleId="Hipersaitas">
    <w:name w:val="Hyperlink"/>
    <w:basedOn w:val="Numatytasispastraiposriftas"/>
    <w:uiPriority w:val="99"/>
    <w:unhideWhenUsed/>
    <w:rsid w:val="008D4AB4"/>
    <w:rPr>
      <w:color w:val="0000FF" w:themeColor="hyperlink"/>
      <w:u w:val="single"/>
    </w:rPr>
  </w:style>
  <w:style w:type="paragraph" w:styleId="Turinys2">
    <w:name w:val="toc 2"/>
    <w:basedOn w:val="prastasis"/>
    <w:next w:val="prastasis"/>
    <w:autoRedefine/>
    <w:uiPriority w:val="39"/>
    <w:unhideWhenUsed/>
    <w:qFormat/>
    <w:rsid w:val="008C64C0"/>
    <w:pPr>
      <w:spacing w:after="100"/>
      <w:ind w:left="220"/>
    </w:pPr>
    <w:rPr>
      <w:lang w:eastAsia="ja-JP"/>
    </w:rPr>
  </w:style>
  <w:style w:type="paragraph" w:styleId="Turinys1">
    <w:name w:val="toc 1"/>
    <w:basedOn w:val="prastasis"/>
    <w:next w:val="prastasis"/>
    <w:autoRedefine/>
    <w:uiPriority w:val="39"/>
    <w:unhideWhenUsed/>
    <w:qFormat/>
    <w:rsid w:val="008C64C0"/>
    <w:pPr>
      <w:spacing w:after="100"/>
    </w:pPr>
    <w:rPr>
      <w:lang w:eastAsia="ja-JP"/>
    </w:rPr>
  </w:style>
  <w:style w:type="paragraph" w:styleId="Turinys3">
    <w:name w:val="toc 3"/>
    <w:basedOn w:val="prastasis"/>
    <w:next w:val="prastasis"/>
    <w:autoRedefine/>
    <w:uiPriority w:val="39"/>
    <w:unhideWhenUsed/>
    <w:qFormat/>
    <w:rsid w:val="008C64C0"/>
    <w:pPr>
      <w:spacing w:after="100"/>
      <w:ind w:left="440"/>
    </w:pPr>
    <w:rPr>
      <w:lang w:eastAsia="ja-JP"/>
    </w:rPr>
  </w:style>
  <w:style w:type="paragraph" w:styleId="prastasiniatinklio">
    <w:name w:val="Normal (Web)"/>
    <w:basedOn w:val="prastasis"/>
    <w:uiPriority w:val="99"/>
    <w:unhideWhenUsed/>
    <w:rsid w:val="00FE7324"/>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34645">
      <w:bodyDiv w:val="1"/>
      <w:marLeft w:val="0"/>
      <w:marRight w:val="0"/>
      <w:marTop w:val="0"/>
      <w:marBottom w:val="0"/>
      <w:divBdr>
        <w:top w:val="none" w:sz="0" w:space="0" w:color="auto"/>
        <w:left w:val="none" w:sz="0" w:space="0" w:color="auto"/>
        <w:bottom w:val="none" w:sz="0" w:space="0" w:color="auto"/>
        <w:right w:val="none" w:sz="0" w:space="0" w:color="auto"/>
      </w:divBdr>
    </w:div>
    <w:div w:id="16783294">
      <w:bodyDiv w:val="1"/>
      <w:marLeft w:val="0"/>
      <w:marRight w:val="0"/>
      <w:marTop w:val="0"/>
      <w:marBottom w:val="0"/>
      <w:divBdr>
        <w:top w:val="none" w:sz="0" w:space="0" w:color="auto"/>
        <w:left w:val="none" w:sz="0" w:space="0" w:color="auto"/>
        <w:bottom w:val="none" w:sz="0" w:space="0" w:color="auto"/>
        <w:right w:val="none" w:sz="0" w:space="0" w:color="auto"/>
      </w:divBdr>
    </w:div>
    <w:div w:id="36244766">
      <w:bodyDiv w:val="1"/>
      <w:marLeft w:val="0"/>
      <w:marRight w:val="0"/>
      <w:marTop w:val="0"/>
      <w:marBottom w:val="0"/>
      <w:divBdr>
        <w:top w:val="none" w:sz="0" w:space="0" w:color="auto"/>
        <w:left w:val="none" w:sz="0" w:space="0" w:color="auto"/>
        <w:bottom w:val="none" w:sz="0" w:space="0" w:color="auto"/>
        <w:right w:val="none" w:sz="0" w:space="0" w:color="auto"/>
      </w:divBdr>
    </w:div>
    <w:div w:id="54672524">
      <w:bodyDiv w:val="1"/>
      <w:marLeft w:val="0"/>
      <w:marRight w:val="0"/>
      <w:marTop w:val="0"/>
      <w:marBottom w:val="0"/>
      <w:divBdr>
        <w:top w:val="none" w:sz="0" w:space="0" w:color="auto"/>
        <w:left w:val="none" w:sz="0" w:space="0" w:color="auto"/>
        <w:bottom w:val="none" w:sz="0" w:space="0" w:color="auto"/>
        <w:right w:val="none" w:sz="0" w:space="0" w:color="auto"/>
      </w:divBdr>
    </w:div>
    <w:div w:id="87242697">
      <w:bodyDiv w:val="1"/>
      <w:marLeft w:val="0"/>
      <w:marRight w:val="0"/>
      <w:marTop w:val="0"/>
      <w:marBottom w:val="0"/>
      <w:divBdr>
        <w:top w:val="none" w:sz="0" w:space="0" w:color="auto"/>
        <w:left w:val="none" w:sz="0" w:space="0" w:color="auto"/>
        <w:bottom w:val="none" w:sz="0" w:space="0" w:color="auto"/>
        <w:right w:val="none" w:sz="0" w:space="0" w:color="auto"/>
      </w:divBdr>
    </w:div>
    <w:div w:id="101343612">
      <w:bodyDiv w:val="1"/>
      <w:marLeft w:val="0"/>
      <w:marRight w:val="0"/>
      <w:marTop w:val="0"/>
      <w:marBottom w:val="0"/>
      <w:divBdr>
        <w:top w:val="none" w:sz="0" w:space="0" w:color="auto"/>
        <w:left w:val="none" w:sz="0" w:space="0" w:color="auto"/>
        <w:bottom w:val="none" w:sz="0" w:space="0" w:color="auto"/>
        <w:right w:val="none" w:sz="0" w:space="0" w:color="auto"/>
      </w:divBdr>
    </w:div>
    <w:div w:id="162474067">
      <w:bodyDiv w:val="1"/>
      <w:marLeft w:val="0"/>
      <w:marRight w:val="0"/>
      <w:marTop w:val="0"/>
      <w:marBottom w:val="0"/>
      <w:divBdr>
        <w:top w:val="none" w:sz="0" w:space="0" w:color="auto"/>
        <w:left w:val="none" w:sz="0" w:space="0" w:color="auto"/>
        <w:bottom w:val="none" w:sz="0" w:space="0" w:color="auto"/>
        <w:right w:val="none" w:sz="0" w:space="0" w:color="auto"/>
      </w:divBdr>
    </w:div>
    <w:div w:id="184641031">
      <w:bodyDiv w:val="1"/>
      <w:marLeft w:val="0"/>
      <w:marRight w:val="0"/>
      <w:marTop w:val="0"/>
      <w:marBottom w:val="0"/>
      <w:divBdr>
        <w:top w:val="none" w:sz="0" w:space="0" w:color="auto"/>
        <w:left w:val="none" w:sz="0" w:space="0" w:color="auto"/>
        <w:bottom w:val="none" w:sz="0" w:space="0" w:color="auto"/>
        <w:right w:val="none" w:sz="0" w:space="0" w:color="auto"/>
      </w:divBdr>
    </w:div>
    <w:div w:id="227687871">
      <w:bodyDiv w:val="1"/>
      <w:marLeft w:val="0"/>
      <w:marRight w:val="0"/>
      <w:marTop w:val="0"/>
      <w:marBottom w:val="0"/>
      <w:divBdr>
        <w:top w:val="none" w:sz="0" w:space="0" w:color="auto"/>
        <w:left w:val="none" w:sz="0" w:space="0" w:color="auto"/>
        <w:bottom w:val="none" w:sz="0" w:space="0" w:color="auto"/>
        <w:right w:val="none" w:sz="0" w:space="0" w:color="auto"/>
      </w:divBdr>
    </w:div>
    <w:div w:id="244387393">
      <w:bodyDiv w:val="1"/>
      <w:marLeft w:val="0"/>
      <w:marRight w:val="0"/>
      <w:marTop w:val="0"/>
      <w:marBottom w:val="0"/>
      <w:divBdr>
        <w:top w:val="none" w:sz="0" w:space="0" w:color="auto"/>
        <w:left w:val="none" w:sz="0" w:space="0" w:color="auto"/>
        <w:bottom w:val="none" w:sz="0" w:space="0" w:color="auto"/>
        <w:right w:val="none" w:sz="0" w:space="0" w:color="auto"/>
      </w:divBdr>
    </w:div>
    <w:div w:id="259682505">
      <w:bodyDiv w:val="1"/>
      <w:marLeft w:val="0"/>
      <w:marRight w:val="0"/>
      <w:marTop w:val="0"/>
      <w:marBottom w:val="0"/>
      <w:divBdr>
        <w:top w:val="none" w:sz="0" w:space="0" w:color="auto"/>
        <w:left w:val="none" w:sz="0" w:space="0" w:color="auto"/>
        <w:bottom w:val="none" w:sz="0" w:space="0" w:color="auto"/>
        <w:right w:val="none" w:sz="0" w:space="0" w:color="auto"/>
      </w:divBdr>
    </w:div>
    <w:div w:id="262807304">
      <w:bodyDiv w:val="1"/>
      <w:marLeft w:val="0"/>
      <w:marRight w:val="0"/>
      <w:marTop w:val="0"/>
      <w:marBottom w:val="0"/>
      <w:divBdr>
        <w:top w:val="none" w:sz="0" w:space="0" w:color="auto"/>
        <w:left w:val="none" w:sz="0" w:space="0" w:color="auto"/>
        <w:bottom w:val="none" w:sz="0" w:space="0" w:color="auto"/>
        <w:right w:val="none" w:sz="0" w:space="0" w:color="auto"/>
      </w:divBdr>
    </w:div>
    <w:div w:id="262962008">
      <w:bodyDiv w:val="1"/>
      <w:marLeft w:val="0"/>
      <w:marRight w:val="0"/>
      <w:marTop w:val="0"/>
      <w:marBottom w:val="0"/>
      <w:divBdr>
        <w:top w:val="none" w:sz="0" w:space="0" w:color="auto"/>
        <w:left w:val="none" w:sz="0" w:space="0" w:color="auto"/>
        <w:bottom w:val="none" w:sz="0" w:space="0" w:color="auto"/>
        <w:right w:val="none" w:sz="0" w:space="0" w:color="auto"/>
      </w:divBdr>
    </w:div>
    <w:div w:id="329799125">
      <w:bodyDiv w:val="1"/>
      <w:marLeft w:val="0"/>
      <w:marRight w:val="0"/>
      <w:marTop w:val="0"/>
      <w:marBottom w:val="0"/>
      <w:divBdr>
        <w:top w:val="none" w:sz="0" w:space="0" w:color="auto"/>
        <w:left w:val="none" w:sz="0" w:space="0" w:color="auto"/>
        <w:bottom w:val="none" w:sz="0" w:space="0" w:color="auto"/>
        <w:right w:val="none" w:sz="0" w:space="0" w:color="auto"/>
      </w:divBdr>
    </w:div>
    <w:div w:id="438985703">
      <w:bodyDiv w:val="1"/>
      <w:marLeft w:val="0"/>
      <w:marRight w:val="0"/>
      <w:marTop w:val="0"/>
      <w:marBottom w:val="0"/>
      <w:divBdr>
        <w:top w:val="none" w:sz="0" w:space="0" w:color="auto"/>
        <w:left w:val="none" w:sz="0" w:space="0" w:color="auto"/>
        <w:bottom w:val="none" w:sz="0" w:space="0" w:color="auto"/>
        <w:right w:val="none" w:sz="0" w:space="0" w:color="auto"/>
      </w:divBdr>
    </w:div>
    <w:div w:id="451821620">
      <w:bodyDiv w:val="1"/>
      <w:marLeft w:val="0"/>
      <w:marRight w:val="0"/>
      <w:marTop w:val="0"/>
      <w:marBottom w:val="0"/>
      <w:divBdr>
        <w:top w:val="none" w:sz="0" w:space="0" w:color="auto"/>
        <w:left w:val="none" w:sz="0" w:space="0" w:color="auto"/>
        <w:bottom w:val="none" w:sz="0" w:space="0" w:color="auto"/>
        <w:right w:val="none" w:sz="0" w:space="0" w:color="auto"/>
      </w:divBdr>
    </w:div>
    <w:div w:id="464543102">
      <w:bodyDiv w:val="1"/>
      <w:marLeft w:val="0"/>
      <w:marRight w:val="0"/>
      <w:marTop w:val="0"/>
      <w:marBottom w:val="0"/>
      <w:divBdr>
        <w:top w:val="none" w:sz="0" w:space="0" w:color="auto"/>
        <w:left w:val="none" w:sz="0" w:space="0" w:color="auto"/>
        <w:bottom w:val="none" w:sz="0" w:space="0" w:color="auto"/>
        <w:right w:val="none" w:sz="0" w:space="0" w:color="auto"/>
      </w:divBdr>
    </w:div>
    <w:div w:id="516693151">
      <w:bodyDiv w:val="1"/>
      <w:marLeft w:val="0"/>
      <w:marRight w:val="0"/>
      <w:marTop w:val="0"/>
      <w:marBottom w:val="0"/>
      <w:divBdr>
        <w:top w:val="none" w:sz="0" w:space="0" w:color="auto"/>
        <w:left w:val="none" w:sz="0" w:space="0" w:color="auto"/>
        <w:bottom w:val="none" w:sz="0" w:space="0" w:color="auto"/>
        <w:right w:val="none" w:sz="0" w:space="0" w:color="auto"/>
      </w:divBdr>
    </w:div>
    <w:div w:id="553202365">
      <w:bodyDiv w:val="1"/>
      <w:marLeft w:val="0"/>
      <w:marRight w:val="0"/>
      <w:marTop w:val="0"/>
      <w:marBottom w:val="0"/>
      <w:divBdr>
        <w:top w:val="none" w:sz="0" w:space="0" w:color="auto"/>
        <w:left w:val="none" w:sz="0" w:space="0" w:color="auto"/>
        <w:bottom w:val="none" w:sz="0" w:space="0" w:color="auto"/>
        <w:right w:val="none" w:sz="0" w:space="0" w:color="auto"/>
      </w:divBdr>
    </w:div>
    <w:div w:id="556933346">
      <w:bodyDiv w:val="1"/>
      <w:marLeft w:val="0"/>
      <w:marRight w:val="0"/>
      <w:marTop w:val="0"/>
      <w:marBottom w:val="0"/>
      <w:divBdr>
        <w:top w:val="none" w:sz="0" w:space="0" w:color="auto"/>
        <w:left w:val="none" w:sz="0" w:space="0" w:color="auto"/>
        <w:bottom w:val="none" w:sz="0" w:space="0" w:color="auto"/>
        <w:right w:val="none" w:sz="0" w:space="0" w:color="auto"/>
      </w:divBdr>
    </w:div>
    <w:div w:id="594246130">
      <w:bodyDiv w:val="1"/>
      <w:marLeft w:val="0"/>
      <w:marRight w:val="0"/>
      <w:marTop w:val="0"/>
      <w:marBottom w:val="0"/>
      <w:divBdr>
        <w:top w:val="none" w:sz="0" w:space="0" w:color="auto"/>
        <w:left w:val="none" w:sz="0" w:space="0" w:color="auto"/>
        <w:bottom w:val="none" w:sz="0" w:space="0" w:color="auto"/>
        <w:right w:val="none" w:sz="0" w:space="0" w:color="auto"/>
      </w:divBdr>
    </w:div>
    <w:div w:id="685137349">
      <w:bodyDiv w:val="1"/>
      <w:marLeft w:val="0"/>
      <w:marRight w:val="0"/>
      <w:marTop w:val="0"/>
      <w:marBottom w:val="0"/>
      <w:divBdr>
        <w:top w:val="none" w:sz="0" w:space="0" w:color="auto"/>
        <w:left w:val="none" w:sz="0" w:space="0" w:color="auto"/>
        <w:bottom w:val="none" w:sz="0" w:space="0" w:color="auto"/>
        <w:right w:val="none" w:sz="0" w:space="0" w:color="auto"/>
      </w:divBdr>
    </w:div>
    <w:div w:id="691493940">
      <w:bodyDiv w:val="1"/>
      <w:marLeft w:val="0"/>
      <w:marRight w:val="0"/>
      <w:marTop w:val="0"/>
      <w:marBottom w:val="0"/>
      <w:divBdr>
        <w:top w:val="none" w:sz="0" w:space="0" w:color="auto"/>
        <w:left w:val="none" w:sz="0" w:space="0" w:color="auto"/>
        <w:bottom w:val="none" w:sz="0" w:space="0" w:color="auto"/>
        <w:right w:val="none" w:sz="0" w:space="0" w:color="auto"/>
      </w:divBdr>
    </w:div>
    <w:div w:id="700515149">
      <w:bodyDiv w:val="1"/>
      <w:marLeft w:val="0"/>
      <w:marRight w:val="0"/>
      <w:marTop w:val="0"/>
      <w:marBottom w:val="0"/>
      <w:divBdr>
        <w:top w:val="none" w:sz="0" w:space="0" w:color="auto"/>
        <w:left w:val="none" w:sz="0" w:space="0" w:color="auto"/>
        <w:bottom w:val="none" w:sz="0" w:space="0" w:color="auto"/>
        <w:right w:val="none" w:sz="0" w:space="0" w:color="auto"/>
      </w:divBdr>
    </w:div>
    <w:div w:id="710687224">
      <w:bodyDiv w:val="1"/>
      <w:marLeft w:val="0"/>
      <w:marRight w:val="0"/>
      <w:marTop w:val="0"/>
      <w:marBottom w:val="0"/>
      <w:divBdr>
        <w:top w:val="none" w:sz="0" w:space="0" w:color="auto"/>
        <w:left w:val="none" w:sz="0" w:space="0" w:color="auto"/>
        <w:bottom w:val="none" w:sz="0" w:space="0" w:color="auto"/>
        <w:right w:val="none" w:sz="0" w:space="0" w:color="auto"/>
      </w:divBdr>
    </w:div>
    <w:div w:id="750390557">
      <w:bodyDiv w:val="1"/>
      <w:marLeft w:val="0"/>
      <w:marRight w:val="0"/>
      <w:marTop w:val="0"/>
      <w:marBottom w:val="0"/>
      <w:divBdr>
        <w:top w:val="none" w:sz="0" w:space="0" w:color="auto"/>
        <w:left w:val="none" w:sz="0" w:space="0" w:color="auto"/>
        <w:bottom w:val="none" w:sz="0" w:space="0" w:color="auto"/>
        <w:right w:val="none" w:sz="0" w:space="0" w:color="auto"/>
      </w:divBdr>
    </w:div>
    <w:div w:id="774982774">
      <w:bodyDiv w:val="1"/>
      <w:marLeft w:val="0"/>
      <w:marRight w:val="0"/>
      <w:marTop w:val="0"/>
      <w:marBottom w:val="0"/>
      <w:divBdr>
        <w:top w:val="none" w:sz="0" w:space="0" w:color="auto"/>
        <w:left w:val="none" w:sz="0" w:space="0" w:color="auto"/>
        <w:bottom w:val="none" w:sz="0" w:space="0" w:color="auto"/>
        <w:right w:val="none" w:sz="0" w:space="0" w:color="auto"/>
      </w:divBdr>
    </w:div>
    <w:div w:id="805581955">
      <w:bodyDiv w:val="1"/>
      <w:marLeft w:val="0"/>
      <w:marRight w:val="0"/>
      <w:marTop w:val="0"/>
      <w:marBottom w:val="0"/>
      <w:divBdr>
        <w:top w:val="none" w:sz="0" w:space="0" w:color="auto"/>
        <w:left w:val="none" w:sz="0" w:space="0" w:color="auto"/>
        <w:bottom w:val="none" w:sz="0" w:space="0" w:color="auto"/>
        <w:right w:val="none" w:sz="0" w:space="0" w:color="auto"/>
      </w:divBdr>
    </w:div>
    <w:div w:id="814101358">
      <w:bodyDiv w:val="1"/>
      <w:marLeft w:val="0"/>
      <w:marRight w:val="0"/>
      <w:marTop w:val="0"/>
      <w:marBottom w:val="0"/>
      <w:divBdr>
        <w:top w:val="none" w:sz="0" w:space="0" w:color="auto"/>
        <w:left w:val="none" w:sz="0" w:space="0" w:color="auto"/>
        <w:bottom w:val="none" w:sz="0" w:space="0" w:color="auto"/>
        <w:right w:val="none" w:sz="0" w:space="0" w:color="auto"/>
      </w:divBdr>
    </w:div>
    <w:div w:id="822432486">
      <w:bodyDiv w:val="1"/>
      <w:marLeft w:val="0"/>
      <w:marRight w:val="0"/>
      <w:marTop w:val="0"/>
      <w:marBottom w:val="0"/>
      <w:divBdr>
        <w:top w:val="none" w:sz="0" w:space="0" w:color="auto"/>
        <w:left w:val="none" w:sz="0" w:space="0" w:color="auto"/>
        <w:bottom w:val="none" w:sz="0" w:space="0" w:color="auto"/>
        <w:right w:val="none" w:sz="0" w:space="0" w:color="auto"/>
      </w:divBdr>
    </w:div>
    <w:div w:id="834609905">
      <w:bodyDiv w:val="1"/>
      <w:marLeft w:val="0"/>
      <w:marRight w:val="0"/>
      <w:marTop w:val="0"/>
      <w:marBottom w:val="0"/>
      <w:divBdr>
        <w:top w:val="none" w:sz="0" w:space="0" w:color="auto"/>
        <w:left w:val="none" w:sz="0" w:space="0" w:color="auto"/>
        <w:bottom w:val="none" w:sz="0" w:space="0" w:color="auto"/>
        <w:right w:val="none" w:sz="0" w:space="0" w:color="auto"/>
      </w:divBdr>
    </w:div>
    <w:div w:id="886723498">
      <w:bodyDiv w:val="1"/>
      <w:marLeft w:val="0"/>
      <w:marRight w:val="0"/>
      <w:marTop w:val="0"/>
      <w:marBottom w:val="0"/>
      <w:divBdr>
        <w:top w:val="none" w:sz="0" w:space="0" w:color="auto"/>
        <w:left w:val="none" w:sz="0" w:space="0" w:color="auto"/>
        <w:bottom w:val="none" w:sz="0" w:space="0" w:color="auto"/>
        <w:right w:val="none" w:sz="0" w:space="0" w:color="auto"/>
      </w:divBdr>
    </w:div>
    <w:div w:id="907619387">
      <w:bodyDiv w:val="1"/>
      <w:marLeft w:val="0"/>
      <w:marRight w:val="0"/>
      <w:marTop w:val="0"/>
      <w:marBottom w:val="0"/>
      <w:divBdr>
        <w:top w:val="none" w:sz="0" w:space="0" w:color="auto"/>
        <w:left w:val="none" w:sz="0" w:space="0" w:color="auto"/>
        <w:bottom w:val="none" w:sz="0" w:space="0" w:color="auto"/>
        <w:right w:val="none" w:sz="0" w:space="0" w:color="auto"/>
      </w:divBdr>
    </w:div>
    <w:div w:id="918519507">
      <w:bodyDiv w:val="1"/>
      <w:marLeft w:val="0"/>
      <w:marRight w:val="0"/>
      <w:marTop w:val="0"/>
      <w:marBottom w:val="0"/>
      <w:divBdr>
        <w:top w:val="none" w:sz="0" w:space="0" w:color="auto"/>
        <w:left w:val="none" w:sz="0" w:space="0" w:color="auto"/>
        <w:bottom w:val="none" w:sz="0" w:space="0" w:color="auto"/>
        <w:right w:val="none" w:sz="0" w:space="0" w:color="auto"/>
      </w:divBdr>
    </w:div>
    <w:div w:id="942767874">
      <w:bodyDiv w:val="1"/>
      <w:marLeft w:val="0"/>
      <w:marRight w:val="0"/>
      <w:marTop w:val="0"/>
      <w:marBottom w:val="0"/>
      <w:divBdr>
        <w:top w:val="none" w:sz="0" w:space="0" w:color="auto"/>
        <w:left w:val="none" w:sz="0" w:space="0" w:color="auto"/>
        <w:bottom w:val="none" w:sz="0" w:space="0" w:color="auto"/>
        <w:right w:val="none" w:sz="0" w:space="0" w:color="auto"/>
      </w:divBdr>
    </w:div>
    <w:div w:id="947934953">
      <w:bodyDiv w:val="1"/>
      <w:marLeft w:val="0"/>
      <w:marRight w:val="0"/>
      <w:marTop w:val="0"/>
      <w:marBottom w:val="0"/>
      <w:divBdr>
        <w:top w:val="none" w:sz="0" w:space="0" w:color="auto"/>
        <w:left w:val="none" w:sz="0" w:space="0" w:color="auto"/>
        <w:bottom w:val="none" w:sz="0" w:space="0" w:color="auto"/>
        <w:right w:val="none" w:sz="0" w:space="0" w:color="auto"/>
      </w:divBdr>
    </w:div>
    <w:div w:id="951670762">
      <w:bodyDiv w:val="1"/>
      <w:marLeft w:val="0"/>
      <w:marRight w:val="0"/>
      <w:marTop w:val="0"/>
      <w:marBottom w:val="0"/>
      <w:divBdr>
        <w:top w:val="none" w:sz="0" w:space="0" w:color="auto"/>
        <w:left w:val="none" w:sz="0" w:space="0" w:color="auto"/>
        <w:bottom w:val="none" w:sz="0" w:space="0" w:color="auto"/>
        <w:right w:val="none" w:sz="0" w:space="0" w:color="auto"/>
      </w:divBdr>
    </w:div>
    <w:div w:id="994993321">
      <w:bodyDiv w:val="1"/>
      <w:marLeft w:val="0"/>
      <w:marRight w:val="0"/>
      <w:marTop w:val="0"/>
      <w:marBottom w:val="0"/>
      <w:divBdr>
        <w:top w:val="none" w:sz="0" w:space="0" w:color="auto"/>
        <w:left w:val="none" w:sz="0" w:space="0" w:color="auto"/>
        <w:bottom w:val="none" w:sz="0" w:space="0" w:color="auto"/>
        <w:right w:val="none" w:sz="0" w:space="0" w:color="auto"/>
      </w:divBdr>
    </w:div>
    <w:div w:id="1016928802">
      <w:bodyDiv w:val="1"/>
      <w:marLeft w:val="0"/>
      <w:marRight w:val="0"/>
      <w:marTop w:val="0"/>
      <w:marBottom w:val="0"/>
      <w:divBdr>
        <w:top w:val="none" w:sz="0" w:space="0" w:color="auto"/>
        <w:left w:val="none" w:sz="0" w:space="0" w:color="auto"/>
        <w:bottom w:val="none" w:sz="0" w:space="0" w:color="auto"/>
        <w:right w:val="none" w:sz="0" w:space="0" w:color="auto"/>
      </w:divBdr>
    </w:div>
    <w:div w:id="1048914875">
      <w:bodyDiv w:val="1"/>
      <w:marLeft w:val="0"/>
      <w:marRight w:val="0"/>
      <w:marTop w:val="0"/>
      <w:marBottom w:val="0"/>
      <w:divBdr>
        <w:top w:val="none" w:sz="0" w:space="0" w:color="auto"/>
        <w:left w:val="none" w:sz="0" w:space="0" w:color="auto"/>
        <w:bottom w:val="none" w:sz="0" w:space="0" w:color="auto"/>
        <w:right w:val="none" w:sz="0" w:space="0" w:color="auto"/>
      </w:divBdr>
    </w:div>
    <w:div w:id="1075586194">
      <w:bodyDiv w:val="1"/>
      <w:marLeft w:val="0"/>
      <w:marRight w:val="0"/>
      <w:marTop w:val="0"/>
      <w:marBottom w:val="0"/>
      <w:divBdr>
        <w:top w:val="none" w:sz="0" w:space="0" w:color="auto"/>
        <w:left w:val="none" w:sz="0" w:space="0" w:color="auto"/>
        <w:bottom w:val="none" w:sz="0" w:space="0" w:color="auto"/>
        <w:right w:val="none" w:sz="0" w:space="0" w:color="auto"/>
      </w:divBdr>
    </w:div>
    <w:div w:id="1088306599">
      <w:bodyDiv w:val="1"/>
      <w:marLeft w:val="0"/>
      <w:marRight w:val="0"/>
      <w:marTop w:val="0"/>
      <w:marBottom w:val="0"/>
      <w:divBdr>
        <w:top w:val="none" w:sz="0" w:space="0" w:color="auto"/>
        <w:left w:val="none" w:sz="0" w:space="0" w:color="auto"/>
        <w:bottom w:val="none" w:sz="0" w:space="0" w:color="auto"/>
        <w:right w:val="none" w:sz="0" w:space="0" w:color="auto"/>
      </w:divBdr>
    </w:div>
    <w:div w:id="1089889065">
      <w:bodyDiv w:val="1"/>
      <w:marLeft w:val="0"/>
      <w:marRight w:val="0"/>
      <w:marTop w:val="0"/>
      <w:marBottom w:val="0"/>
      <w:divBdr>
        <w:top w:val="none" w:sz="0" w:space="0" w:color="auto"/>
        <w:left w:val="none" w:sz="0" w:space="0" w:color="auto"/>
        <w:bottom w:val="none" w:sz="0" w:space="0" w:color="auto"/>
        <w:right w:val="none" w:sz="0" w:space="0" w:color="auto"/>
      </w:divBdr>
    </w:div>
    <w:div w:id="1139497507">
      <w:bodyDiv w:val="1"/>
      <w:marLeft w:val="0"/>
      <w:marRight w:val="0"/>
      <w:marTop w:val="0"/>
      <w:marBottom w:val="0"/>
      <w:divBdr>
        <w:top w:val="none" w:sz="0" w:space="0" w:color="auto"/>
        <w:left w:val="none" w:sz="0" w:space="0" w:color="auto"/>
        <w:bottom w:val="none" w:sz="0" w:space="0" w:color="auto"/>
        <w:right w:val="none" w:sz="0" w:space="0" w:color="auto"/>
      </w:divBdr>
    </w:div>
    <w:div w:id="1156415342">
      <w:bodyDiv w:val="1"/>
      <w:marLeft w:val="0"/>
      <w:marRight w:val="0"/>
      <w:marTop w:val="0"/>
      <w:marBottom w:val="0"/>
      <w:divBdr>
        <w:top w:val="none" w:sz="0" w:space="0" w:color="auto"/>
        <w:left w:val="none" w:sz="0" w:space="0" w:color="auto"/>
        <w:bottom w:val="none" w:sz="0" w:space="0" w:color="auto"/>
        <w:right w:val="none" w:sz="0" w:space="0" w:color="auto"/>
      </w:divBdr>
    </w:div>
    <w:div w:id="1166088935">
      <w:bodyDiv w:val="1"/>
      <w:marLeft w:val="0"/>
      <w:marRight w:val="0"/>
      <w:marTop w:val="0"/>
      <w:marBottom w:val="0"/>
      <w:divBdr>
        <w:top w:val="none" w:sz="0" w:space="0" w:color="auto"/>
        <w:left w:val="none" w:sz="0" w:space="0" w:color="auto"/>
        <w:bottom w:val="none" w:sz="0" w:space="0" w:color="auto"/>
        <w:right w:val="none" w:sz="0" w:space="0" w:color="auto"/>
      </w:divBdr>
    </w:div>
    <w:div w:id="1207136991">
      <w:bodyDiv w:val="1"/>
      <w:marLeft w:val="0"/>
      <w:marRight w:val="0"/>
      <w:marTop w:val="0"/>
      <w:marBottom w:val="0"/>
      <w:divBdr>
        <w:top w:val="none" w:sz="0" w:space="0" w:color="auto"/>
        <w:left w:val="none" w:sz="0" w:space="0" w:color="auto"/>
        <w:bottom w:val="none" w:sz="0" w:space="0" w:color="auto"/>
        <w:right w:val="none" w:sz="0" w:space="0" w:color="auto"/>
      </w:divBdr>
    </w:div>
    <w:div w:id="1214387754">
      <w:bodyDiv w:val="1"/>
      <w:marLeft w:val="0"/>
      <w:marRight w:val="0"/>
      <w:marTop w:val="0"/>
      <w:marBottom w:val="0"/>
      <w:divBdr>
        <w:top w:val="none" w:sz="0" w:space="0" w:color="auto"/>
        <w:left w:val="none" w:sz="0" w:space="0" w:color="auto"/>
        <w:bottom w:val="none" w:sz="0" w:space="0" w:color="auto"/>
        <w:right w:val="none" w:sz="0" w:space="0" w:color="auto"/>
      </w:divBdr>
    </w:div>
    <w:div w:id="1218737384">
      <w:bodyDiv w:val="1"/>
      <w:marLeft w:val="0"/>
      <w:marRight w:val="0"/>
      <w:marTop w:val="0"/>
      <w:marBottom w:val="0"/>
      <w:divBdr>
        <w:top w:val="none" w:sz="0" w:space="0" w:color="auto"/>
        <w:left w:val="none" w:sz="0" w:space="0" w:color="auto"/>
        <w:bottom w:val="none" w:sz="0" w:space="0" w:color="auto"/>
        <w:right w:val="none" w:sz="0" w:space="0" w:color="auto"/>
      </w:divBdr>
    </w:div>
    <w:div w:id="1244603612">
      <w:bodyDiv w:val="1"/>
      <w:marLeft w:val="0"/>
      <w:marRight w:val="0"/>
      <w:marTop w:val="0"/>
      <w:marBottom w:val="0"/>
      <w:divBdr>
        <w:top w:val="none" w:sz="0" w:space="0" w:color="auto"/>
        <w:left w:val="none" w:sz="0" w:space="0" w:color="auto"/>
        <w:bottom w:val="none" w:sz="0" w:space="0" w:color="auto"/>
        <w:right w:val="none" w:sz="0" w:space="0" w:color="auto"/>
      </w:divBdr>
    </w:div>
    <w:div w:id="1259950971">
      <w:bodyDiv w:val="1"/>
      <w:marLeft w:val="0"/>
      <w:marRight w:val="0"/>
      <w:marTop w:val="0"/>
      <w:marBottom w:val="0"/>
      <w:divBdr>
        <w:top w:val="none" w:sz="0" w:space="0" w:color="auto"/>
        <w:left w:val="none" w:sz="0" w:space="0" w:color="auto"/>
        <w:bottom w:val="none" w:sz="0" w:space="0" w:color="auto"/>
        <w:right w:val="none" w:sz="0" w:space="0" w:color="auto"/>
      </w:divBdr>
    </w:div>
    <w:div w:id="1316181147">
      <w:bodyDiv w:val="1"/>
      <w:marLeft w:val="0"/>
      <w:marRight w:val="0"/>
      <w:marTop w:val="0"/>
      <w:marBottom w:val="0"/>
      <w:divBdr>
        <w:top w:val="none" w:sz="0" w:space="0" w:color="auto"/>
        <w:left w:val="none" w:sz="0" w:space="0" w:color="auto"/>
        <w:bottom w:val="none" w:sz="0" w:space="0" w:color="auto"/>
        <w:right w:val="none" w:sz="0" w:space="0" w:color="auto"/>
      </w:divBdr>
    </w:div>
    <w:div w:id="1362708412">
      <w:bodyDiv w:val="1"/>
      <w:marLeft w:val="0"/>
      <w:marRight w:val="0"/>
      <w:marTop w:val="0"/>
      <w:marBottom w:val="0"/>
      <w:divBdr>
        <w:top w:val="none" w:sz="0" w:space="0" w:color="auto"/>
        <w:left w:val="none" w:sz="0" w:space="0" w:color="auto"/>
        <w:bottom w:val="none" w:sz="0" w:space="0" w:color="auto"/>
        <w:right w:val="none" w:sz="0" w:space="0" w:color="auto"/>
      </w:divBdr>
    </w:div>
    <w:div w:id="1378702249">
      <w:bodyDiv w:val="1"/>
      <w:marLeft w:val="0"/>
      <w:marRight w:val="0"/>
      <w:marTop w:val="0"/>
      <w:marBottom w:val="0"/>
      <w:divBdr>
        <w:top w:val="none" w:sz="0" w:space="0" w:color="auto"/>
        <w:left w:val="none" w:sz="0" w:space="0" w:color="auto"/>
        <w:bottom w:val="none" w:sz="0" w:space="0" w:color="auto"/>
        <w:right w:val="none" w:sz="0" w:space="0" w:color="auto"/>
      </w:divBdr>
    </w:div>
    <w:div w:id="1445071751">
      <w:bodyDiv w:val="1"/>
      <w:marLeft w:val="0"/>
      <w:marRight w:val="0"/>
      <w:marTop w:val="0"/>
      <w:marBottom w:val="0"/>
      <w:divBdr>
        <w:top w:val="none" w:sz="0" w:space="0" w:color="auto"/>
        <w:left w:val="none" w:sz="0" w:space="0" w:color="auto"/>
        <w:bottom w:val="none" w:sz="0" w:space="0" w:color="auto"/>
        <w:right w:val="none" w:sz="0" w:space="0" w:color="auto"/>
      </w:divBdr>
    </w:div>
    <w:div w:id="1481920326">
      <w:bodyDiv w:val="1"/>
      <w:marLeft w:val="0"/>
      <w:marRight w:val="0"/>
      <w:marTop w:val="0"/>
      <w:marBottom w:val="0"/>
      <w:divBdr>
        <w:top w:val="none" w:sz="0" w:space="0" w:color="auto"/>
        <w:left w:val="none" w:sz="0" w:space="0" w:color="auto"/>
        <w:bottom w:val="none" w:sz="0" w:space="0" w:color="auto"/>
        <w:right w:val="none" w:sz="0" w:space="0" w:color="auto"/>
      </w:divBdr>
    </w:div>
    <w:div w:id="1494644935">
      <w:bodyDiv w:val="1"/>
      <w:marLeft w:val="0"/>
      <w:marRight w:val="0"/>
      <w:marTop w:val="0"/>
      <w:marBottom w:val="0"/>
      <w:divBdr>
        <w:top w:val="none" w:sz="0" w:space="0" w:color="auto"/>
        <w:left w:val="none" w:sz="0" w:space="0" w:color="auto"/>
        <w:bottom w:val="none" w:sz="0" w:space="0" w:color="auto"/>
        <w:right w:val="none" w:sz="0" w:space="0" w:color="auto"/>
      </w:divBdr>
    </w:div>
    <w:div w:id="1519124941">
      <w:bodyDiv w:val="1"/>
      <w:marLeft w:val="0"/>
      <w:marRight w:val="0"/>
      <w:marTop w:val="0"/>
      <w:marBottom w:val="0"/>
      <w:divBdr>
        <w:top w:val="none" w:sz="0" w:space="0" w:color="auto"/>
        <w:left w:val="none" w:sz="0" w:space="0" w:color="auto"/>
        <w:bottom w:val="none" w:sz="0" w:space="0" w:color="auto"/>
        <w:right w:val="none" w:sz="0" w:space="0" w:color="auto"/>
      </w:divBdr>
    </w:div>
    <w:div w:id="1526094853">
      <w:bodyDiv w:val="1"/>
      <w:marLeft w:val="0"/>
      <w:marRight w:val="0"/>
      <w:marTop w:val="0"/>
      <w:marBottom w:val="0"/>
      <w:divBdr>
        <w:top w:val="none" w:sz="0" w:space="0" w:color="auto"/>
        <w:left w:val="none" w:sz="0" w:space="0" w:color="auto"/>
        <w:bottom w:val="none" w:sz="0" w:space="0" w:color="auto"/>
        <w:right w:val="none" w:sz="0" w:space="0" w:color="auto"/>
      </w:divBdr>
    </w:div>
    <w:div w:id="1533955461">
      <w:bodyDiv w:val="1"/>
      <w:marLeft w:val="0"/>
      <w:marRight w:val="0"/>
      <w:marTop w:val="0"/>
      <w:marBottom w:val="0"/>
      <w:divBdr>
        <w:top w:val="none" w:sz="0" w:space="0" w:color="auto"/>
        <w:left w:val="none" w:sz="0" w:space="0" w:color="auto"/>
        <w:bottom w:val="none" w:sz="0" w:space="0" w:color="auto"/>
        <w:right w:val="none" w:sz="0" w:space="0" w:color="auto"/>
      </w:divBdr>
    </w:div>
    <w:div w:id="1581015186">
      <w:bodyDiv w:val="1"/>
      <w:marLeft w:val="0"/>
      <w:marRight w:val="0"/>
      <w:marTop w:val="0"/>
      <w:marBottom w:val="0"/>
      <w:divBdr>
        <w:top w:val="none" w:sz="0" w:space="0" w:color="auto"/>
        <w:left w:val="none" w:sz="0" w:space="0" w:color="auto"/>
        <w:bottom w:val="none" w:sz="0" w:space="0" w:color="auto"/>
        <w:right w:val="none" w:sz="0" w:space="0" w:color="auto"/>
      </w:divBdr>
    </w:div>
    <w:div w:id="1614752355">
      <w:bodyDiv w:val="1"/>
      <w:marLeft w:val="0"/>
      <w:marRight w:val="0"/>
      <w:marTop w:val="0"/>
      <w:marBottom w:val="0"/>
      <w:divBdr>
        <w:top w:val="none" w:sz="0" w:space="0" w:color="auto"/>
        <w:left w:val="none" w:sz="0" w:space="0" w:color="auto"/>
        <w:bottom w:val="none" w:sz="0" w:space="0" w:color="auto"/>
        <w:right w:val="none" w:sz="0" w:space="0" w:color="auto"/>
      </w:divBdr>
    </w:div>
    <w:div w:id="1628781589">
      <w:bodyDiv w:val="1"/>
      <w:marLeft w:val="0"/>
      <w:marRight w:val="0"/>
      <w:marTop w:val="0"/>
      <w:marBottom w:val="0"/>
      <w:divBdr>
        <w:top w:val="none" w:sz="0" w:space="0" w:color="auto"/>
        <w:left w:val="none" w:sz="0" w:space="0" w:color="auto"/>
        <w:bottom w:val="none" w:sz="0" w:space="0" w:color="auto"/>
        <w:right w:val="none" w:sz="0" w:space="0" w:color="auto"/>
      </w:divBdr>
    </w:div>
    <w:div w:id="1633051141">
      <w:bodyDiv w:val="1"/>
      <w:marLeft w:val="0"/>
      <w:marRight w:val="0"/>
      <w:marTop w:val="0"/>
      <w:marBottom w:val="0"/>
      <w:divBdr>
        <w:top w:val="none" w:sz="0" w:space="0" w:color="auto"/>
        <w:left w:val="none" w:sz="0" w:space="0" w:color="auto"/>
        <w:bottom w:val="none" w:sz="0" w:space="0" w:color="auto"/>
        <w:right w:val="none" w:sz="0" w:space="0" w:color="auto"/>
      </w:divBdr>
    </w:div>
    <w:div w:id="1662542114">
      <w:bodyDiv w:val="1"/>
      <w:marLeft w:val="0"/>
      <w:marRight w:val="0"/>
      <w:marTop w:val="0"/>
      <w:marBottom w:val="0"/>
      <w:divBdr>
        <w:top w:val="none" w:sz="0" w:space="0" w:color="auto"/>
        <w:left w:val="none" w:sz="0" w:space="0" w:color="auto"/>
        <w:bottom w:val="none" w:sz="0" w:space="0" w:color="auto"/>
        <w:right w:val="none" w:sz="0" w:space="0" w:color="auto"/>
      </w:divBdr>
    </w:div>
    <w:div w:id="1668244152">
      <w:bodyDiv w:val="1"/>
      <w:marLeft w:val="0"/>
      <w:marRight w:val="0"/>
      <w:marTop w:val="0"/>
      <w:marBottom w:val="0"/>
      <w:divBdr>
        <w:top w:val="none" w:sz="0" w:space="0" w:color="auto"/>
        <w:left w:val="none" w:sz="0" w:space="0" w:color="auto"/>
        <w:bottom w:val="none" w:sz="0" w:space="0" w:color="auto"/>
        <w:right w:val="none" w:sz="0" w:space="0" w:color="auto"/>
      </w:divBdr>
    </w:div>
    <w:div w:id="1693066942">
      <w:bodyDiv w:val="1"/>
      <w:marLeft w:val="0"/>
      <w:marRight w:val="0"/>
      <w:marTop w:val="0"/>
      <w:marBottom w:val="0"/>
      <w:divBdr>
        <w:top w:val="none" w:sz="0" w:space="0" w:color="auto"/>
        <w:left w:val="none" w:sz="0" w:space="0" w:color="auto"/>
        <w:bottom w:val="none" w:sz="0" w:space="0" w:color="auto"/>
        <w:right w:val="none" w:sz="0" w:space="0" w:color="auto"/>
      </w:divBdr>
    </w:div>
    <w:div w:id="1706980257">
      <w:bodyDiv w:val="1"/>
      <w:marLeft w:val="0"/>
      <w:marRight w:val="0"/>
      <w:marTop w:val="0"/>
      <w:marBottom w:val="0"/>
      <w:divBdr>
        <w:top w:val="none" w:sz="0" w:space="0" w:color="auto"/>
        <w:left w:val="none" w:sz="0" w:space="0" w:color="auto"/>
        <w:bottom w:val="none" w:sz="0" w:space="0" w:color="auto"/>
        <w:right w:val="none" w:sz="0" w:space="0" w:color="auto"/>
      </w:divBdr>
    </w:div>
    <w:div w:id="1732071631">
      <w:bodyDiv w:val="1"/>
      <w:marLeft w:val="0"/>
      <w:marRight w:val="0"/>
      <w:marTop w:val="0"/>
      <w:marBottom w:val="0"/>
      <w:divBdr>
        <w:top w:val="none" w:sz="0" w:space="0" w:color="auto"/>
        <w:left w:val="none" w:sz="0" w:space="0" w:color="auto"/>
        <w:bottom w:val="none" w:sz="0" w:space="0" w:color="auto"/>
        <w:right w:val="none" w:sz="0" w:space="0" w:color="auto"/>
      </w:divBdr>
    </w:div>
    <w:div w:id="1751272429">
      <w:bodyDiv w:val="1"/>
      <w:marLeft w:val="0"/>
      <w:marRight w:val="0"/>
      <w:marTop w:val="0"/>
      <w:marBottom w:val="0"/>
      <w:divBdr>
        <w:top w:val="none" w:sz="0" w:space="0" w:color="auto"/>
        <w:left w:val="none" w:sz="0" w:space="0" w:color="auto"/>
        <w:bottom w:val="none" w:sz="0" w:space="0" w:color="auto"/>
        <w:right w:val="none" w:sz="0" w:space="0" w:color="auto"/>
      </w:divBdr>
    </w:div>
    <w:div w:id="1755204242">
      <w:bodyDiv w:val="1"/>
      <w:marLeft w:val="0"/>
      <w:marRight w:val="0"/>
      <w:marTop w:val="0"/>
      <w:marBottom w:val="0"/>
      <w:divBdr>
        <w:top w:val="none" w:sz="0" w:space="0" w:color="auto"/>
        <w:left w:val="none" w:sz="0" w:space="0" w:color="auto"/>
        <w:bottom w:val="none" w:sz="0" w:space="0" w:color="auto"/>
        <w:right w:val="none" w:sz="0" w:space="0" w:color="auto"/>
      </w:divBdr>
    </w:div>
    <w:div w:id="1780370598">
      <w:bodyDiv w:val="1"/>
      <w:marLeft w:val="0"/>
      <w:marRight w:val="0"/>
      <w:marTop w:val="0"/>
      <w:marBottom w:val="0"/>
      <w:divBdr>
        <w:top w:val="none" w:sz="0" w:space="0" w:color="auto"/>
        <w:left w:val="none" w:sz="0" w:space="0" w:color="auto"/>
        <w:bottom w:val="none" w:sz="0" w:space="0" w:color="auto"/>
        <w:right w:val="none" w:sz="0" w:space="0" w:color="auto"/>
      </w:divBdr>
    </w:div>
    <w:div w:id="1808545720">
      <w:bodyDiv w:val="1"/>
      <w:marLeft w:val="0"/>
      <w:marRight w:val="0"/>
      <w:marTop w:val="0"/>
      <w:marBottom w:val="0"/>
      <w:divBdr>
        <w:top w:val="none" w:sz="0" w:space="0" w:color="auto"/>
        <w:left w:val="none" w:sz="0" w:space="0" w:color="auto"/>
        <w:bottom w:val="none" w:sz="0" w:space="0" w:color="auto"/>
        <w:right w:val="none" w:sz="0" w:space="0" w:color="auto"/>
      </w:divBdr>
    </w:div>
    <w:div w:id="1815676747">
      <w:bodyDiv w:val="1"/>
      <w:marLeft w:val="0"/>
      <w:marRight w:val="0"/>
      <w:marTop w:val="0"/>
      <w:marBottom w:val="0"/>
      <w:divBdr>
        <w:top w:val="none" w:sz="0" w:space="0" w:color="auto"/>
        <w:left w:val="none" w:sz="0" w:space="0" w:color="auto"/>
        <w:bottom w:val="none" w:sz="0" w:space="0" w:color="auto"/>
        <w:right w:val="none" w:sz="0" w:space="0" w:color="auto"/>
      </w:divBdr>
    </w:div>
    <w:div w:id="1823693925">
      <w:bodyDiv w:val="1"/>
      <w:marLeft w:val="0"/>
      <w:marRight w:val="0"/>
      <w:marTop w:val="0"/>
      <w:marBottom w:val="0"/>
      <w:divBdr>
        <w:top w:val="none" w:sz="0" w:space="0" w:color="auto"/>
        <w:left w:val="none" w:sz="0" w:space="0" w:color="auto"/>
        <w:bottom w:val="none" w:sz="0" w:space="0" w:color="auto"/>
        <w:right w:val="none" w:sz="0" w:space="0" w:color="auto"/>
      </w:divBdr>
    </w:div>
    <w:div w:id="1853034959">
      <w:bodyDiv w:val="1"/>
      <w:marLeft w:val="0"/>
      <w:marRight w:val="0"/>
      <w:marTop w:val="0"/>
      <w:marBottom w:val="0"/>
      <w:divBdr>
        <w:top w:val="none" w:sz="0" w:space="0" w:color="auto"/>
        <w:left w:val="none" w:sz="0" w:space="0" w:color="auto"/>
        <w:bottom w:val="none" w:sz="0" w:space="0" w:color="auto"/>
        <w:right w:val="none" w:sz="0" w:space="0" w:color="auto"/>
      </w:divBdr>
    </w:div>
    <w:div w:id="1891333030">
      <w:bodyDiv w:val="1"/>
      <w:marLeft w:val="0"/>
      <w:marRight w:val="0"/>
      <w:marTop w:val="0"/>
      <w:marBottom w:val="0"/>
      <w:divBdr>
        <w:top w:val="none" w:sz="0" w:space="0" w:color="auto"/>
        <w:left w:val="none" w:sz="0" w:space="0" w:color="auto"/>
        <w:bottom w:val="none" w:sz="0" w:space="0" w:color="auto"/>
        <w:right w:val="none" w:sz="0" w:space="0" w:color="auto"/>
      </w:divBdr>
    </w:div>
    <w:div w:id="1963875712">
      <w:bodyDiv w:val="1"/>
      <w:marLeft w:val="0"/>
      <w:marRight w:val="0"/>
      <w:marTop w:val="0"/>
      <w:marBottom w:val="0"/>
      <w:divBdr>
        <w:top w:val="none" w:sz="0" w:space="0" w:color="auto"/>
        <w:left w:val="none" w:sz="0" w:space="0" w:color="auto"/>
        <w:bottom w:val="none" w:sz="0" w:space="0" w:color="auto"/>
        <w:right w:val="none" w:sz="0" w:space="0" w:color="auto"/>
      </w:divBdr>
    </w:div>
    <w:div w:id="2033728690">
      <w:bodyDiv w:val="1"/>
      <w:marLeft w:val="0"/>
      <w:marRight w:val="0"/>
      <w:marTop w:val="0"/>
      <w:marBottom w:val="0"/>
      <w:divBdr>
        <w:top w:val="none" w:sz="0" w:space="0" w:color="auto"/>
        <w:left w:val="none" w:sz="0" w:space="0" w:color="auto"/>
        <w:bottom w:val="none" w:sz="0" w:space="0" w:color="auto"/>
        <w:right w:val="none" w:sz="0" w:space="0" w:color="auto"/>
      </w:divBdr>
    </w:div>
    <w:div w:id="2037537669">
      <w:bodyDiv w:val="1"/>
      <w:marLeft w:val="0"/>
      <w:marRight w:val="0"/>
      <w:marTop w:val="0"/>
      <w:marBottom w:val="0"/>
      <w:divBdr>
        <w:top w:val="none" w:sz="0" w:space="0" w:color="auto"/>
        <w:left w:val="none" w:sz="0" w:space="0" w:color="auto"/>
        <w:bottom w:val="none" w:sz="0" w:space="0" w:color="auto"/>
        <w:right w:val="none" w:sz="0" w:space="0" w:color="auto"/>
      </w:divBdr>
    </w:div>
    <w:div w:id="2065567010">
      <w:bodyDiv w:val="1"/>
      <w:marLeft w:val="0"/>
      <w:marRight w:val="0"/>
      <w:marTop w:val="0"/>
      <w:marBottom w:val="0"/>
      <w:divBdr>
        <w:top w:val="none" w:sz="0" w:space="0" w:color="auto"/>
        <w:left w:val="none" w:sz="0" w:space="0" w:color="auto"/>
        <w:bottom w:val="none" w:sz="0" w:space="0" w:color="auto"/>
        <w:right w:val="none" w:sz="0" w:space="0" w:color="auto"/>
      </w:divBdr>
    </w:div>
    <w:div w:id="2072999503">
      <w:bodyDiv w:val="1"/>
      <w:marLeft w:val="0"/>
      <w:marRight w:val="0"/>
      <w:marTop w:val="0"/>
      <w:marBottom w:val="0"/>
      <w:divBdr>
        <w:top w:val="none" w:sz="0" w:space="0" w:color="auto"/>
        <w:left w:val="none" w:sz="0" w:space="0" w:color="auto"/>
        <w:bottom w:val="none" w:sz="0" w:space="0" w:color="auto"/>
        <w:right w:val="none" w:sz="0" w:space="0" w:color="auto"/>
      </w:divBdr>
    </w:div>
    <w:div w:id="2119333626">
      <w:bodyDiv w:val="1"/>
      <w:marLeft w:val="0"/>
      <w:marRight w:val="0"/>
      <w:marTop w:val="0"/>
      <w:marBottom w:val="0"/>
      <w:divBdr>
        <w:top w:val="none" w:sz="0" w:space="0" w:color="auto"/>
        <w:left w:val="none" w:sz="0" w:space="0" w:color="auto"/>
        <w:bottom w:val="none" w:sz="0" w:space="0" w:color="auto"/>
        <w:right w:val="none" w:sz="0" w:space="0" w:color="auto"/>
      </w:divBdr>
    </w:div>
    <w:div w:id="2127775856">
      <w:bodyDiv w:val="1"/>
      <w:marLeft w:val="0"/>
      <w:marRight w:val="0"/>
      <w:marTop w:val="0"/>
      <w:marBottom w:val="0"/>
      <w:divBdr>
        <w:top w:val="none" w:sz="0" w:space="0" w:color="auto"/>
        <w:left w:val="none" w:sz="0" w:space="0" w:color="auto"/>
        <w:bottom w:val="none" w:sz="0" w:space="0" w:color="auto"/>
        <w:right w:val="none" w:sz="0" w:space="0" w:color="auto"/>
      </w:divBdr>
    </w:div>
    <w:div w:id="2130124961">
      <w:bodyDiv w:val="1"/>
      <w:marLeft w:val="0"/>
      <w:marRight w:val="0"/>
      <w:marTop w:val="0"/>
      <w:marBottom w:val="0"/>
      <w:divBdr>
        <w:top w:val="none" w:sz="0" w:space="0" w:color="auto"/>
        <w:left w:val="none" w:sz="0" w:space="0" w:color="auto"/>
        <w:bottom w:val="none" w:sz="0" w:space="0" w:color="auto"/>
        <w:right w:val="none" w:sz="0" w:space="0" w:color="auto"/>
      </w:divBdr>
    </w:div>
    <w:div w:id="213674832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g"/><Relationship Id="rId42" Type="http://schemas.openxmlformats.org/officeDocument/2006/relationships/image" Target="media/image35.jpg"/><Relationship Id="rId47" Type="http://schemas.openxmlformats.org/officeDocument/2006/relationships/image" Target="media/image39.jpg"/><Relationship Id="rId63" Type="http://schemas.openxmlformats.org/officeDocument/2006/relationships/image" Target="media/image55.png"/><Relationship Id="rId68" Type="http://schemas.openxmlformats.org/officeDocument/2006/relationships/image" Target="media/image60.jpg"/><Relationship Id="rId16" Type="http://schemas.openxmlformats.org/officeDocument/2006/relationships/image" Target="media/image9.jpg"/><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jpg"/><Relationship Id="rId37" Type="http://schemas.openxmlformats.org/officeDocument/2006/relationships/image" Target="media/image30.jpg"/><Relationship Id="rId40" Type="http://schemas.openxmlformats.org/officeDocument/2006/relationships/image" Target="media/image33.jpg"/><Relationship Id="rId45" Type="http://schemas.openxmlformats.org/officeDocument/2006/relationships/image" Target="media/image37.png"/><Relationship Id="rId53" Type="http://schemas.openxmlformats.org/officeDocument/2006/relationships/image" Target="media/image45.jpg"/><Relationship Id="rId58" Type="http://schemas.openxmlformats.org/officeDocument/2006/relationships/image" Target="media/image50.jpg"/><Relationship Id="rId66" Type="http://schemas.openxmlformats.org/officeDocument/2006/relationships/image" Target="media/image58.jpg"/><Relationship Id="rId74" Type="http://schemas.openxmlformats.org/officeDocument/2006/relationships/image" Target="media/image66.png"/><Relationship Id="rId79"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3.pn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jpg"/><Relationship Id="rId30" Type="http://schemas.openxmlformats.org/officeDocument/2006/relationships/image" Target="media/image23.jpg"/><Relationship Id="rId35" Type="http://schemas.openxmlformats.org/officeDocument/2006/relationships/image" Target="media/image28.jpg"/><Relationship Id="rId43" Type="http://schemas.openxmlformats.org/officeDocument/2006/relationships/hyperlink" Target="mailto:mail@1lyk-ierap.las.sch.gr" TargetMode="External"/><Relationship Id="rId48" Type="http://schemas.openxmlformats.org/officeDocument/2006/relationships/image" Target="media/image40.jpg"/><Relationship Id="rId56" Type="http://schemas.openxmlformats.org/officeDocument/2006/relationships/image" Target="media/image48.jpg"/><Relationship Id="rId64" Type="http://schemas.openxmlformats.org/officeDocument/2006/relationships/image" Target="media/image56.png"/><Relationship Id="rId69" Type="http://schemas.openxmlformats.org/officeDocument/2006/relationships/image" Target="media/image61.png"/><Relationship Id="rId77" Type="http://schemas.openxmlformats.org/officeDocument/2006/relationships/image" Target="media/image69.png"/><Relationship Id="rId8" Type="http://schemas.openxmlformats.org/officeDocument/2006/relationships/image" Target="media/image1.jpg"/><Relationship Id="rId51" Type="http://schemas.openxmlformats.org/officeDocument/2006/relationships/image" Target="media/image43.jpg"/><Relationship Id="rId72" Type="http://schemas.openxmlformats.org/officeDocument/2006/relationships/image" Target="media/image64.png"/><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jpg"/><Relationship Id="rId25" Type="http://schemas.openxmlformats.org/officeDocument/2006/relationships/image" Target="media/image18.jpeg"/><Relationship Id="rId33" Type="http://schemas.openxmlformats.org/officeDocument/2006/relationships/image" Target="media/image26.jpg"/><Relationship Id="rId38" Type="http://schemas.openxmlformats.org/officeDocument/2006/relationships/image" Target="media/image31.jpg"/><Relationship Id="rId46" Type="http://schemas.openxmlformats.org/officeDocument/2006/relationships/image" Target="media/image38.jpg"/><Relationship Id="rId59" Type="http://schemas.openxmlformats.org/officeDocument/2006/relationships/image" Target="media/image51.jpg"/><Relationship Id="rId67" Type="http://schemas.openxmlformats.org/officeDocument/2006/relationships/image" Target="media/image59.jpg"/><Relationship Id="rId20" Type="http://schemas.openxmlformats.org/officeDocument/2006/relationships/image" Target="media/image13.jpg"/><Relationship Id="rId41" Type="http://schemas.openxmlformats.org/officeDocument/2006/relationships/image" Target="media/image34.jpg"/><Relationship Id="rId54" Type="http://schemas.openxmlformats.org/officeDocument/2006/relationships/image" Target="media/image46.jp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image" Target="media/image67.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jpg"/><Relationship Id="rId36" Type="http://schemas.openxmlformats.org/officeDocument/2006/relationships/image" Target="media/image29.png"/><Relationship Id="rId49" Type="http://schemas.openxmlformats.org/officeDocument/2006/relationships/image" Target="media/image41.jpg"/><Relationship Id="rId57" Type="http://schemas.openxmlformats.org/officeDocument/2006/relationships/image" Target="media/image49.jpg"/><Relationship Id="rId10" Type="http://schemas.openxmlformats.org/officeDocument/2006/relationships/image" Target="media/image3.png"/><Relationship Id="rId31" Type="http://schemas.openxmlformats.org/officeDocument/2006/relationships/image" Target="media/image24.jpg"/><Relationship Id="rId44" Type="http://schemas.openxmlformats.org/officeDocument/2006/relationships/image" Target="media/image36.png"/><Relationship Id="rId52" Type="http://schemas.openxmlformats.org/officeDocument/2006/relationships/image" Target="media/image44.jpg"/><Relationship Id="rId60" Type="http://schemas.openxmlformats.org/officeDocument/2006/relationships/image" Target="media/image52.jpg"/><Relationship Id="rId65" Type="http://schemas.openxmlformats.org/officeDocument/2006/relationships/image" Target="media/image57.jpg"/><Relationship Id="rId73" Type="http://schemas.openxmlformats.org/officeDocument/2006/relationships/image" Target="media/image65.png"/><Relationship Id="rId78"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g"/><Relationship Id="rId13" Type="http://schemas.openxmlformats.org/officeDocument/2006/relationships/image" Target="media/image6.png"/><Relationship Id="rId18" Type="http://schemas.openxmlformats.org/officeDocument/2006/relationships/image" Target="media/image11.jpeg"/><Relationship Id="rId39" Type="http://schemas.openxmlformats.org/officeDocument/2006/relationships/image" Target="media/image32.jpg"/><Relationship Id="rId34" Type="http://schemas.openxmlformats.org/officeDocument/2006/relationships/image" Target="media/image27.jpg"/><Relationship Id="rId50" Type="http://schemas.openxmlformats.org/officeDocument/2006/relationships/image" Target="media/image42.jpg"/><Relationship Id="rId55" Type="http://schemas.openxmlformats.org/officeDocument/2006/relationships/image" Target="media/image47.jpg"/><Relationship Id="rId76" Type="http://schemas.openxmlformats.org/officeDocument/2006/relationships/image" Target="media/image68.png"/><Relationship Id="rId7" Type="http://schemas.openxmlformats.org/officeDocument/2006/relationships/endnotes" Target="endnotes.xml"/><Relationship Id="rId71" Type="http://schemas.openxmlformats.org/officeDocument/2006/relationships/image" Target="media/image63.png"/><Relationship Id="rId2" Type="http://schemas.openxmlformats.org/officeDocument/2006/relationships/numbering" Target="numbering.xml"/><Relationship Id="rId29" Type="http://schemas.openxmlformats.org/officeDocument/2006/relationships/image" Target="media/image2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D37DE9F-775D-45FB-B9D6-C1FE1FD599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56</Pages>
  <Words>9710</Words>
  <Characters>58262</Characters>
  <Application>Microsoft Office Word</Application>
  <DocSecurity>0</DocSecurity>
  <Lines>485</Lines>
  <Paragraphs>135</Paragraphs>
  <ScaleCrop>false</ScaleCrop>
  <HeadingPairs>
    <vt:vector size="6" baseType="variant">
      <vt:variant>
        <vt:lpstr>Pavadinimas</vt:lpstr>
      </vt:variant>
      <vt:variant>
        <vt:i4>1</vt:i4>
      </vt:variant>
      <vt:variant>
        <vt:lpstr>Title</vt:lpstr>
      </vt:variant>
      <vt:variant>
        <vt:i4>1</vt:i4>
      </vt:variant>
      <vt:variant>
        <vt:lpstr>Headings</vt:lpstr>
      </vt:variant>
      <vt:variant>
        <vt:i4>11</vt:i4>
      </vt:variant>
    </vt:vector>
  </HeadingPairs>
  <TitlesOfParts>
    <vt:vector size="13" baseType="lpstr">
      <vt:lpstr/>
      <vt:lpstr/>
      <vt:lpstr/>
      <vt:lpstr/>
      <vt:lpstr>    </vt:lpstr>
      <vt:lpstr>    </vt:lpstr>
      <vt:lpstr>    </vt:lpstr>
      <vt:lpstr>    </vt:lpstr>
      <vt:lpstr>    Информации за училиштата</vt:lpstr>
      <vt:lpstr>    Средношколски комплекс „Генерал Никодем Сулик“</vt:lpstr>
      <vt:lpstr>        Типови на училишта</vt:lpstr>
      <vt:lpstr>        Современа училишна база</vt:lpstr>
      <vt:lpstr>        Образовни насоки</vt:lpstr>
    </vt:vector>
  </TitlesOfParts>
  <Manager/>
  <Company/>
  <LinksUpToDate>false</LinksUpToDate>
  <CharactersWithSpaces>67837</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Vartotojas</cp:lastModifiedBy>
  <cp:revision>2</cp:revision>
  <dcterms:created xsi:type="dcterms:W3CDTF">2026-02-02T10:46:00Z</dcterms:created>
  <dcterms:modified xsi:type="dcterms:W3CDTF">2026-02-02T10:46:00Z</dcterms:modified>
  <cp:category/>
</cp:coreProperties>
</file>